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911" w:rsidRDefault="00A1422A">
      <w:pPr>
        <w:spacing w:before="240" w:after="480"/>
        <w:jc w:val="center"/>
        <w:rPr>
          <w:lang w:eastAsia="ko-KR"/>
        </w:rPr>
      </w:pPr>
      <w:bookmarkStart w:id="0" w:name="_top"/>
      <w:bookmarkEnd w:id="0"/>
      <w:r>
        <w:rPr>
          <w:b/>
          <w:color w:val="1B365D"/>
          <w:sz w:val="40"/>
          <w:lang w:eastAsia="ko-KR"/>
        </w:rPr>
        <w:t>도시가스</w:t>
      </w:r>
      <w:r>
        <w:rPr>
          <w:b/>
          <w:color w:val="1B365D"/>
          <w:sz w:val="40"/>
          <w:lang w:eastAsia="ko-KR"/>
        </w:rPr>
        <w:t xml:space="preserve"> </w:t>
      </w:r>
      <w:r>
        <w:rPr>
          <w:b/>
          <w:color w:val="1B365D"/>
          <w:sz w:val="40"/>
          <w:lang w:eastAsia="ko-KR"/>
        </w:rPr>
        <w:t>노후밸브</w:t>
      </w:r>
      <w:r>
        <w:rPr>
          <w:b/>
          <w:color w:val="1B365D"/>
          <w:sz w:val="40"/>
          <w:lang w:eastAsia="ko-KR"/>
        </w:rPr>
        <w:t xml:space="preserve"> </w:t>
      </w:r>
      <w:r>
        <w:rPr>
          <w:b/>
          <w:color w:val="1B365D"/>
          <w:sz w:val="40"/>
          <w:lang w:eastAsia="ko-KR"/>
        </w:rPr>
        <w:t>등</w:t>
      </w:r>
      <w:r>
        <w:rPr>
          <w:b/>
          <w:color w:val="1B365D"/>
          <w:sz w:val="40"/>
          <w:lang w:eastAsia="ko-KR"/>
        </w:rPr>
        <w:t xml:space="preserve"> </w:t>
      </w:r>
      <w:r>
        <w:rPr>
          <w:b/>
          <w:color w:val="1B365D"/>
          <w:sz w:val="40"/>
          <w:lang w:eastAsia="ko-KR"/>
        </w:rPr>
        <w:t>교체공사</w:t>
      </w:r>
      <w:r>
        <w:rPr>
          <w:b/>
          <w:color w:val="1B365D"/>
          <w:sz w:val="40"/>
          <w:lang w:eastAsia="ko-KR"/>
        </w:rPr>
        <w:t xml:space="preserve"> </w:t>
      </w:r>
      <w:r>
        <w:rPr>
          <w:b/>
          <w:color w:val="1B365D"/>
          <w:sz w:val="40"/>
          <w:lang w:eastAsia="ko-KR"/>
        </w:rPr>
        <w:t>업체선정</w:t>
      </w:r>
      <w:r>
        <w:rPr>
          <w:b/>
          <w:color w:val="1B365D"/>
          <w:sz w:val="40"/>
          <w:lang w:eastAsia="ko-KR"/>
        </w:rPr>
        <w:t xml:space="preserve"> </w:t>
      </w:r>
      <w:r>
        <w:rPr>
          <w:b/>
          <w:color w:val="1B365D"/>
          <w:sz w:val="40"/>
          <w:lang w:eastAsia="ko-KR"/>
        </w:rPr>
        <w:t>공고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관련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근거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공동주택관리법</w:t>
      </w:r>
      <w:r>
        <w:rPr>
          <w:lang w:eastAsia="ko-KR"/>
        </w:rPr>
        <w:t xml:space="preserve"> </w:t>
      </w:r>
      <w:r>
        <w:rPr>
          <w:lang w:eastAsia="ko-KR"/>
        </w:rPr>
        <w:t>시행령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25</w:t>
      </w:r>
      <w:r>
        <w:rPr>
          <w:lang w:eastAsia="ko-KR"/>
        </w:rPr>
        <w:t>조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국토교통부고시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 xml:space="preserve"> 2024 - 196</w:t>
      </w:r>
      <w:r>
        <w:rPr>
          <w:lang w:eastAsia="ko-KR"/>
        </w:rPr>
        <w:t>호</w:t>
      </w:r>
      <w:r>
        <w:rPr>
          <w:lang w:eastAsia="ko-KR"/>
        </w:rPr>
        <w:t>(</w:t>
      </w:r>
      <w:r>
        <w:rPr>
          <w:lang w:eastAsia="ko-KR"/>
        </w:rPr>
        <w:t>주택관리업자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선정지침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단지개요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단지명</w:t>
      </w:r>
      <w:r>
        <w:rPr>
          <w:lang w:eastAsia="ko-KR"/>
        </w:rPr>
        <w:t xml:space="preserve"> : </w:t>
      </w:r>
      <w:r>
        <w:rPr>
          <w:rFonts w:eastAsia="맑은 고딕" w:cs="맑은 고딕" w:hint="eastAsia"/>
          <w:lang w:eastAsia="ko-KR"/>
        </w:rPr>
        <w:t xml:space="preserve">조례 </w:t>
      </w:r>
      <w:r>
        <w:rPr>
          <w:lang w:eastAsia="ko-KR"/>
        </w:rPr>
        <w:t>동아아파트</w:t>
      </w:r>
    </w:p>
    <w:p w:rsidR="002A0911" w:rsidRDefault="00A1422A">
      <w:pPr>
        <w:spacing w:after="80" w:line="288" w:lineRule="auto"/>
        <w:ind w:left="288"/>
        <w:rPr>
          <w:rFonts w:eastAsia="맑은 고딕"/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소재지</w:t>
      </w:r>
      <w:r>
        <w:rPr>
          <w:lang w:eastAsia="ko-KR"/>
        </w:rPr>
        <w:t xml:space="preserve"> : </w:t>
      </w:r>
      <w:r>
        <w:rPr>
          <w:lang w:eastAsia="ko-KR"/>
        </w:rPr>
        <w:t>전남광주통합특별시</w:t>
      </w:r>
      <w:r>
        <w:rPr>
          <w:rFonts w:eastAsia="맑은 고딕" w:cs="맑은 고딕" w:hint="eastAsia"/>
          <w:lang w:eastAsia="ko-KR"/>
        </w:rPr>
        <w:t xml:space="preserve"> 순천시 비봉길 </w:t>
      </w:r>
      <w:r>
        <w:rPr>
          <w:rFonts w:eastAsia="맑은 고딕" w:cs="맑은 고딕"/>
          <w:lang w:eastAsia="ko-KR"/>
        </w:rPr>
        <w:t>70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단지규모</w:t>
      </w:r>
      <w:r>
        <w:rPr>
          <w:lang w:eastAsia="ko-KR"/>
        </w:rPr>
        <w:t xml:space="preserve"> : 4</w:t>
      </w:r>
      <w:r>
        <w:rPr>
          <w:lang w:eastAsia="ko-KR"/>
        </w:rPr>
        <w:t>개동</w:t>
      </w:r>
      <w:r>
        <w:rPr>
          <w:lang w:eastAsia="ko-KR"/>
        </w:rPr>
        <w:t xml:space="preserve"> 474</w:t>
      </w:r>
      <w:r>
        <w:rPr>
          <w:lang w:eastAsia="ko-KR"/>
        </w:rPr>
        <w:t>세대</w:t>
      </w:r>
      <w:r>
        <w:rPr>
          <w:lang w:eastAsia="ko-KR"/>
        </w:rPr>
        <w:t>(</w:t>
      </w:r>
      <w:r>
        <w:rPr>
          <w:lang w:eastAsia="ko-KR"/>
        </w:rPr>
        <w:t>연면적</w:t>
      </w:r>
      <w:r>
        <w:rPr>
          <w:lang w:eastAsia="ko-KR"/>
        </w:rPr>
        <w:t xml:space="preserve"> 49,598</w:t>
      </w:r>
      <w:r>
        <w:rPr>
          <w:lang w:eastAsia="ko-KR"/>
        </w:rPr>
        <w:t>㎡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3. </w:t>
      </w:r>
      <w:r>
        <w:rPr>
          <w:b/>
          <w:lang w:eastAsia="ko-KR"/>
        </w:rPr>
        <w:t>사업공사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내용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공사명</w:t>
      </w:r>
      <w:r>
        <w:rPr>
          <w:lang w:eastAsia="ko-KR"/>
        </w:rPr>
        <w:t xml:space="preserve"> : </w:t>
      </w:r>
      <w:r>
        <w:rPr>
          <w:lang w:eastAsia="ko-KR"/>
        </w:rPr>
        <w:t>도시가스</w:t>
      </w:r>
      <w:r>
        <w:rPr>
          <w:rFonts w:eastAsia="맑은 고딕" w:cs="맑은 고딕" w:hint="eastAsia"/>
          <w:lang w:eastAsia="ko-KR"/>
        </w:rPr>
        <w:t xml:space="preserve"> 노후밸브 등 교체공사</w:t>
      </w:r>
    </w:p>
    <w:p w:rsidR="002A0911" w:rsidRDefault="00A1422A">
      <w:pPr>
        <w:spacing w:after="80" w:line="288" w:lineRule="auto"/>
        <w:ind w:left="288"/>
        <w:rPr>
          <w:rFonts w:eastAsia="맑은 고딕" w:cs="맑은 고딕"/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공사범위</w:t>
      </w:r>
      <w:r>
        <w:rPr>
          <w:lang w:eastAsia="ko-KR"/>
        </w:rPr>
        <w:t xml:space="preserve"> : 1) </w:t>
      </w:r>
      <w:r>
        <w:rPr>
          <w:rFonts w:eastAsia="맑은 고딕" w:cs="맑은 고딕" w:hint="eastAsia"/>
          <w:lang w:eastAsia="ko-KR"/>
        </w:rPr>
        <w:t xml:space="preserve">조례 동아아파트 노후입상밸브 및 </w:t>
      </w:r>
      <w:r>
        <w:rPr>
          <w:rFonts w:eastAsia="맑은 고딕" w:cs="맑은 고딕"/>
          <w:lang w:eastAsia="ko-KR"/>
        </w:rPr>
        <w:t xml:space="preserve">T/F </w:t>
      </w:r>
      <w:r>
        <w:rPr>
          <w:rFonts w:eastAsia="맑은 고딕" w:cs="맑은 고딕" w:hint="eastAsia"/>
          <w:lang w:eastAsia="ko-KR"/>
        </w:rPr>
        <w:t xml:space="preserve">교체  </w:t>
      </w:r>
      <w:r>
        <w:rPr>
          <w:rFonts w:eastAsia="맑은 고딕" w:cs="맑은 고딕"/>
          <w:lang w:eastAsia="ko-KR"/>
        </w:rPr>
        <w:t>(</w:t>
      </w:r>
      <w:r>
        <w:rPr>
          <w:rFonts w:eastAsia="맑은 고딕" w:cs="맑은 고딕" w:hint="eastAsia"/>
          <w:lang w:eastAsia="ko-KR"/>
        </w:rPr>
        <w:t xml:space="preserve">입상밸브 </w:t>
      </w:r>
      <w:r>
        <w:rPr>
          <w:rFonts w:eastAsia="맑은 고딕" w:cs="맑은 고딕"/>
          <w:lang w:eastAsia="ko-KR"/>
        </w:rPr>
        <w:t>30</w:t>
      </w:r>
      <w:r>
        <w:rPr>
          <w:rFonts w:eastAsia="맑은 고딕" w:cs="맑은 고딕" w:hint="eastAsia"/>
          <w:lang w:eastAsia="ko-KR"/>
        </w:rPr>
        <w:t>개소,</w:t>
      </w:r>
      <w:r>
        <w:rPr>
          <w:rFonts w:eastAsia="맑은 고딕" w:cs="맑은 고딕"/>
          <w:lang w:eastAsia="ko-KR"/>
        </w:rPr>
        <w:t xml:space="preserve"> T/F 15</w:t>
      </w:r>
      <w:r>
        <w:rPr>
          <w:rFonts w:eastAsia="맑은 고딕" w:cs="맑은 고딕" w:hint="eastAsia"/>
          <w:lang w:eastAsia="ko-KR"/>
        </w:rPr>
        <w:t>개소)</w:t>
      </w:r>
    </w:p>
    <w:p w:rsidR="002A0911" w:rsidRDefault="00A1422A">
      <w:pPr>
        <w:spacing w:after="80" w:line="288" w:lineRule="auto"/>
        <w:rPr>
          <w:rFonts w:eastAsia="맑은 고딕" w:cs="맑은 고딕"/>
          <w:lang w:eastAsia="ko-KR"/>
        </w:rPr>
      </w:pPr>
      <w:r>
        <w:rPr>
          <w:rFonts w:eastAsia="맑은 고딕" w:cs="맑은 고딕"/>
          <w:lang w:eastAsia="ko-KR"/>
        </w:rPr>
        <w:t xml:space="preserve">                      2) 104</w:t>
      </w:r>
      <w:r>
        <w:rPr>
          <w:rFonts w:eastAsia="맑은 고딕" w:cs="맑은 고딕" w:hint="eastAsia"/>
          <w:lang w:eastAsia="ko-KR"/>
        </w:rPr>
        <w:t xml:space="preserve">동 매몰형 동 밸브 </w:t>
      </w:r>
      <w:r>
        <w:rPr>
          <w:rFonts w:eastAsia="맑은 고딕" w:cs="맑은 고딕"/>
          <w:lang w:eastAsia="ko-KR"/>
        </w:rPr>
        <w:t>1</w:t>
      </w:r>
      <w:r>
        <w:rPr>
          <w:rFonts w:eastAsia="맑은 고딕" w:cs="맑은 고딕" w:hint="eastAsia"/>
          <w:lang w:eastAsia="ko-KR"/>
        </w:rPr>
        <w:t xml:space="preserve">개소 교체  </w:t>
      </w:r>
    </w:p>
    <w:p w:rsidR="002A0911" w:rsidRDefault="00A1422A">
      <w:pPr>
        <w:spacing w:after="80" w:line="288" w:lineRule="auto"/>
        <w:rPr>
          <w:rFonts w:eastAsia="맑은 고딕" w:cs="맑은 고딕"/>
          <w:lang w:eastAsia="ko-KR"/>
        </w:rPr>
      </w:pPr>
      <w:r>
        <w:rPr>
          <w:rFonts w:eastAsia="맑은 고딕" w:cs="맑은 고딕" w:hint="eastAsia"/>
          <w:lang w:eastAsia="ko-KR"/>
        </w:rPr>
        <w:t xml:space="preserve">                      3) 라인마크 </w:t>
      </w:r>
      <w:r>
        <w:rPr>
          <w:rFonts w:eastAsia="맑은 고딕" w:cs="맑은 고딕"/>
          <w:lang w:eastAsia="ko-KR"/>
        </w:rPr>
        <w:t>30</w:t>
      </w:r>
      <w:r>
        <w:rPr>
          <w:rFonts w:eastAsia="맑은 고딕" w:cs="맑은 고딕" w:hint="eastAsia"/>
          <w:lang w:eastAsia="ko-KR"/>
        </w:rPr>
        <w:t>개소,</w:t>
      </w:r>
      <w:r>
        <w:rPr>
          <w:rFonts w:eastAsia="맑은 고딕" w:cs="맑은 고딕"/>
          <w:lang w:eastAsia="ko-KR"/>
        </w:rPr>
        <w:t xml:space="preserve"> </w:t>
      </w:r>
      <w:r>
        <w:rPr>
          <w:rFonts w:eastAsia="맑은 고딕" w:cs="맑은 고딕" w:hint="eastAsia"/>
          <w:lang w:eastAsia="ko-KR"/>
        </w:rPr>
        <w:t>관말 수축기 철거</w:t>
      </w:r>
      <w:r>
        <w:rPr>
          <w:rFonts w:eastAsia="맑은 고딕" w:cs="맑은 고딕"/>
          <w:lang w:eastAsia="ko-KR"/>
        </w:rPr>
        <w:t xml:space="preserve"> </w:t>
      </w:r>
      <w:r>
        <w:rPr>
          <w:rFonts w:eastAsia="맑은 고딕" w:cs="맑은 고딕" w:hint="eastAsia"/>
          <w:lang w:eastAsia="ko-KR"/>
        </w:rPr>
        <w:t>및 캡처리 등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rFonts w:eastAsia="맑은 고딕" w:cs="맑은 고딕" w:hint="eastAsia"/>
          <w:lang w:eastAsia="ko-KR"/>
        </w:rPr>
        <w:t xml:space="preserve">                      4) 세부사항은 </w:t>
      </w:r>
      <w:r>
        <w:rPr>
          <w:lang w:eastAsia="ko-KR"/>
        </w:rPr>
        <w:t>현장설명회</w:t>
      </w:r>
      <w:r>
        <w:rPr>
          <w:lang w:eastAsia="ko-KR"/>
        </w:rPr>
        <w:t xml:space="preserve"> </w:t>
      </w:r>
      <w:r>
        <w:rPr>
          <w:lang w:eastAsia="ko-KR"/>
        </w:rPr>
        <w:t>참석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설명</w:t>
      </w:r>
      <w:r>
        <w:rPr>
          <w:lang w:eastAsia="ko-KR"/>
        </w:rPr>
        <w:t>(</w:t>
      </w:r>
      <w:r>
        <w:rPr>
          <w:lang w:eastAsia="ko-KR"/>
        </w:rPr>
        <w:t>시방서</w:t>
      </w:r>
      <w:r>
        <w:rPr>
          <w:lang w:eastAsia="ko-KR"/>
        </w:rPr>
        <w:t xml:space="preserve"> </w:t>
      </w:r>
      <w:r>
        <w:rPr>
          <w:lang w:eastAsia="ko-KR"/>
        </w:rPr>
        <w:t>배포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4. </w:t>
      </w:r>
      <w:r>
        <w:rPr>
          <w:b/>
          <w:lang w:eastAsia="ko-KR"/>
        </w:rPr>
        <w:t>입찰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방식</w:t>
      </w:r>
      <w:r>
        <w:rPr>
          <w:b/>
          <w:lang w:eastAsia="ko-KR"/>
        </w:rPr>
        <w:t xml:space="preserve"> : </w:t>
      </w:r>
      <w:r>
        <w:rPr>
          <w:b/>
          <w:lang w:eastAsia="ko-KR"/>
        </w:rPr>
        <w:t>제한경쟁입찰</w:t>
      </w:r>
      <w:r>
        <w:rPr>
          <w:b/>
          <w:lang w:eastAsia="ko-KR"/>
        </w:rPr>
        <w:t xml:space="preserve">, </w:t>
      </w:r>
      <w:r>
        <w:rPr>
          <w:b/>
          <w:lang w:eastAsia="ko-KR"/>
        </w:rPr>
        <w:t>전자입찰</w:t>
      </w:r>
      <w:r>
        <w:rPr>
          <w:b/>
          <w:lang w:eastAsia="ko-KR"/>
        </w:rPr>
        <w:t xml:space="preserve">(www.k-apt.go.kr), </w:t>
      </w:r>
      <w:r>
        <w:rPr>
          <w:b/>
          <w:lang w:eastAsia="ko-KR"/>
        </w:rPr>
        <w:t>적격심사제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5. </w:t>
      </w:r>
      <w:r>
        <w:rPr>
          <w:b/>
          <w:lang w:eastAsia="ko-KR"/>
        </w:rPr>
        <w:t>참가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자격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국토교통부</w:t>
      </w:r>
      <w:r>
        <w:rPr>
          <w:lang w:eastAsia="ko-KR"/>
        </w:rPr>
        <w:t xml:space="preserve"> </w:t>
      </w:r>
      <w:r>
        <w:rPr>
          <w:lang w:eastAsia="ko-KR"/>
        </w:rPr>
        <w:t>고시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2024-196</w:t>
      </w:r>
      <w:r>
        <w:rPr>
          <w:lang w:eastAsia="ko-KR"/>
        </w:rPr>
        <w:t>호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26</w:t>
      </w:r>
      <w:r>
        <w:rPr>
          <w:lang w:eastAsia="ko-KR"/>
        </w:rPr>
        <w:t>조</w:t>
      </w:r>
      <w:r>
        <w:rPr>
          <w:lang w:eastAsia="ko-KR"/>
        </w:rPr>
        <w:t>(</w:t>
      </w:r>
      <w:r>
        <w:rPr>
          <w:lang w:eastAsia="ko-KR"/>
        </w:rPr>
        <w:t>참가자격의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해당되지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건설산업기본법에</w:t>
      </w:r>
      <w:r>
        <w:rPr>
          <w:lang w:eastAsia="ko-KR"/>
        </w:rPr>
        <w:t xml:space="preserve"> </w:t>
      </w:r>
      <w:r>
        <w:rPr>
          <w:lang w:eastAsia="ko-KR"/>
        </w:rPr>
        <w:t>의한</w:t>
      </w:r>
      <w:r>
        <w:rPr>
          <w:lang w:eastAsia="ko-KR"/>
        </w:rPr>
        <w:t xml:space="preserve"> </w:t>
      </w:r>
      <w:r>
        <w:rPr>
          <w:lang w:eastAsia="ko-KR"/>
        </w:rPr>
        <w:t>가스시설시공업</w:t>
      </w:r>
      <w:r>
        <w:rPr>
          <w:lang w:eastAsia="ko-KR"/>
        </w:rPr>
        <w:t xml:space="preserve"> 1</w:t>
      </w:r>
      <w:r>
        <w:rPr>
          <w:lang w:eastAsia="ko-KR"/>
        </w:rPr>
        <w:t>종</w:t>
      </w:r>
      <w:r>
        <w:rPr>
          <w:lang w:eastAsia="ko-KR"/>
        </w:rPr>
        <w:t xml:space="preserve"> </w:t>
      </w:r>
      <w:r>
        <w:rPr>
          <w:lang w:eastAsia="ko-KR"/>
        </w:rPr>
        <w:t>보유업체</w:t>
      </w:r>
    </w:p>
    <w:p w:rsidR="002A0911" w:rsidRDefault="00A1422A">
      <w:pPr>
        <w:spacing w:after="80" w:line="288" w:lineRule="auto"/>
        <w:ind w:left="288"/>
        <w:rPr>
          <w:rFonts w:eastAsia="맑은 고딕"/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현재</w:t>
      </w:r>
      <w:r>
        <w:rPr>
          <w:lang w:eastAsia="ko-KR"/>
        </w:rPr>
        <w:t xml:space="preserve"> </w:t>
      </w:r>
      <w:r>
        <w:rPr>
          <w:lang w:eastAsia="ko-KR"/>
        </w:rPr>
        <w:t>자본금</w:t>
      </w:r>
      <w:r>
        <w:rPr>
          <w:lang w:eastAsia="ko-KR"/>
        </w:rPr>
        <w:t xml:space="preserve"> 1.5</w:t>
      </w:r>
      <w:r>
        <w:rPr>
          <w:lang w:eastAsia="ko-KR"/>
        </w:rPr>
        <w:t>억원</w:t>
      </w:r>
      <w:r>
        <w:rPr>
          <w:lang w:eastAsia="ko-KR"/>
        </w:rPr>
        <w:t xml:space="preserve"> </w:t>
      </w:r>
      <w:r>
        <w:rPr>
          <w:lang w:eastAsia="ko-KR"/>
        </w:rPr>
        <w:t>이상인</w:t>
      </w:r>
      <w:r>
        <w:rPr>
          <w:lang w:eastAsia="ko-KR"/>
        </w:rPr>
        <w:t xml:space="preserve"> </w:t>
      </w:r>
      <w:r>
        <w:rPr>
          <w:lang w:eastAsia="ko-KR"/>
        </w:rPr>
        <w:t>업</w:t>
      </w:r>
      <w:r>
        <w:rPr>
          <w:rFonts w:eastAsia="맑은 고딕" w:cs="맑은 고딕" w:hint="eastAsia"/>
          <w:lang w:eastAsia="ko-KR"/>
        </w:rPr>
        <w:t>체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현재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 xml:space="preserve"> </w:t>
      </w:r>
      <w:r>
        <w:rPr>
          <w:lang w:eastAsia="ko-KR"/>
        </w:rPr>
        <w:t>최근</w:t>
      </w:r>
      <w:r>
        <w:rPr>
          <w:lang w:eastAsia="ko-KR"/>
        </w:rPr>
        <w:t xml:space="preserve"> 5</w:t>
      </w:r>
      <w:r>
        <w:rPr>
          <w:lang w:eastAsia="ko-KR"/>
        </w:rPr>
        <w:t>년간</w:t>
      </w:r>
      <w:r>
        <w:rPr>
          <w:lang w:eastAsia="ko-KR"/>
        </w:rPr>
        <w:t xml:space="preserve"> </w:t>
      </w:r>
      <w:r>
        <w:rPr>
          <w:lang w:eastAsia="ko-KR"/>
        </w:rPr>
        <w:t>공동주택</w:t>
      </w:r>
      <w:r>
        <w:rPr>
          <w:lang w:eastAsia="ko-KR"/>
        </w:rPr>
        <w:t xml:space="preserve"> </w:t>
      </w:r>
      <w:r>
        <w:rPr>
          <w:lang w:eastAsia="ko-KR"/>
        </w:rPr>
        <w:t>도시가스</w:t>
      </w:r>
      <w:r>
        <w:rPr>
          <w:lang w:eastAsia="ko-KR"/>
        </w:rPr>
        <w:t xml:space="preserve"> </w:t>
      </w:r>
      <w:r>
        <w:rPr>
          <w:lang w:eastAsia="ko-KR"/>
        </w:rPr>
        <w:t>노후</w:t>
      </w:r>
      <w:r>
        <w:rPr>
          <w:lang w:eastAsia="ko-KR"/>
        </w:rPr>
        <w:t xml:space="preserve"> </w:t>
      </w:r>
      <w:r>
        <w:rPr>
          <w:lang w:eastAsia="ko-KR"/>
        </w:rPr>
        <w:t>배관</w:t>
      </w:r>
      <w:r>
        <w:rPr>
          <w:lang w:eastAsia="ko-KR"/>
        </w:rPr>
        <w:t xml:space="preserve"> </w:t>
      </w:r>
      <w:r>
        <w:rPr>
          <w:lang w:eastAsia="ko-KR"/>
        </w:rPr>
        <w:t>교체공사</w:t>
      </w:r>
      <w:r>
        <w:rPr>
          <w:lang w:eastAsia="ko-KR"/>
        </w:rPr>
        <w:t xml:space="preserve"> 1</w:t>
      </w:r>
      <w:r w:rsidR="006D400C">
        <w:rPr>
          <w:lang w:eastAsia="ko-KR"/>
        </w:rPr>
        <w:t>0</w:t>
      </w:r>
      <w:r>
        <w:rPr>
          <w:lang w:eastAsia="ko-KR"/>
        </w:rPr>
        <w:t>건</w:t>
      </w:r>
      <w:r>
        <w:rPr>
          <w:lang w:eastAsia="ko-KR"/>
        </w:rPr>
        <w:t xml:space="preserve"> </w:t>
      </w:r>
      <w:proofErr w:type="gramStart"/>
      <w:r>
        <w:rPr>
          <w:rFonts w:eastAsia="맑은 고딕" w:cs="맑은 고딕" w:hint="eastAsia"/>
          <w:lang w:eastAsia="ko-KR"/>
        </w:rPr>
        <w:t xml:space="preserve">이상  </w:t>
      </w:r>
      <w:r>
        <w:rPr>
          <w:lang w:eastAsia="ko-KR"/>
        </w:rPr>
        <w:t>실적보유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>(</w:t>
      </w:r>
      <w:r>
        <w:rPr>
          <w:lang w:eastAsia="ko-KR"/>
        </w:rPr>
        <w:t>하도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공동수급</w:t>
      </w:r>
      <w:r>
        <w:rPr>
          <w:lang w:eastAsia="ko-KR"/>
        </w:rPr>
        <w:t xml:space="preserve">, </w:t>
      </w:r>
      <w:r>
        <w:rPr>
          <w:lang w:eastAsia="ko-KR"/>
        </w:rPr>
        <w:t>부분교체</w:t>
      </w:r>
      <w:r>
        <w:rPr>
          <w:lang w:eastAsia="ko-KR"/>
        </w:rPr>
        <w:t xml:space="preserve"> </w:t>
      </w:r>
      <w:r>
        <w:rPr>
          <w:lang w:eastAsia="ko-KR"/>
        </w:rPr>
        <w:t>제외</w:t>
      </w:r>
      <w:r>
        <w:rPr>
          <w:lang w:eastAsia="ko-KR"/>
        </w:rPr>
        <w:t>).)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마</w:t>
      </w:r>
      <w:r>
        <w:rPr>
          <w:lang w:eastAsia="ko-KR"/>
        </w:rPr>
        <w:t xml:space="preserve">. </w:t>
      </w:r>
      <w:r>
        <w:rPr>
          <w:lang w:eastAsia="ko-KR"/>
        </w:rPr>
        <w:t>현장설명회에</w:t>
      </w:r>
      <w:r>
        <w:rPr>
          <w:lang w:eastAsia="ko-KR"/>
        </w:rPr>
        <w:t xml:space="preserve"> </w:t>
      </w:r>
      <w:r>
        <w:rPr>
          <w:lang w:eastAsia="ko-KR"/>
        </w:rPr>
        <w:t>참여한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>(</w:t>
      </w:r>
      <w:r>
        <w:rPr>
          <w:lang w:eastAsia="ko-KR"/>
        </w:rPr>
        <w:t>필수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6. </w:t>
      </w:r>
      <w:r>
        <w:rPr>
          <w:b/>
          <w:lang w:eastAsia="ko-KR"/>
        </w:rPr>
        <w:t>제출서류</w:t>
      </w:r>
      <w:r>
        <w:rPr>
          <w:b/>
          <w:lang w:eastAsia="ko-KR"/>
        </w:rPr>
        <w:t>(</w:t>
      </w:r>
      <w:r>
        <w:rPr>
          <w:b/>
          <w:lang w:eastAsia="ko-KR"/>
        </w:rPr>
        <w:t>아래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순서로</w:t>
      </w:r>
      <w:r>
        <w:rPr>
          <w:b/>
          <w:lang w:eastAsia="ko-KR"/>
        </w:rPr>
        <w:t xml:space="preserve"> www.k-apt.go.kr </w:t>
      </w:r>
      <w:r>
        <w:rPr>
          <w:b/>
          <w:lang w:eastAsia="ko-KR"/>
        </w:rPr>
        <w:t>전자입찰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등록</w:t>
      </w:r>
      <w:r>
        <w:rPr>
          <w:b/>
          <w:lang w:eastAsia="ko-KR"/>
        </w:rPr>
        <w:t xml:space="preserve">) 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입찰서</w:t>
      </w:r>
      <w:r>
        <w:rPr>
          <w:lang w:eastAsia="ko-KR"/>
        </w:rPr>
        <w:t>(</w:t>
      </w:r>
      <w:r>
        <w:rPr>
          <w:lang w:eastAsia="ko-KR"/>
        </w:rPr>
        <w:t>전자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, </w:t>
      </w:r>
      <w:r>
        <w:rPr>
          <w:lang w:eastAsia="ko-KR"/>
        </w:rPr>
        <w:t>부가세</w:t>
      </w:r>
      <w:r>
        <w:rPr>
          <w:lang w:eastAsia="ko-KR"/>
        </w:rPr>
        <w:t xml:space="preserve"> </w:t>
      </w:r>
      <w:r>
        <w:rPr>
          <w:lang w:eastAsia="ko-KR"/>
        </w:rPr>
        <w:t>별도</w:t>
      </w:r>
      <w:r>
        <w:rPr>
          <w:lang w:eastAsia="ko-KR"/>
        </w:rPr>
        <w:t>)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산출</w:t>
      </w:r>
      <w:r>
        <w:rPr>
          <w:lang w:eastAsia="ko-KR"/>
        </w:rPr>
        <w:t xml:space="preserve"> </w:t>
      </w:r>
      <w:r>
        <w:rPr>
          <w:lang w:eastAsia="ko-KR"/>
        </w:rPr>
        <w:t>내역서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  <w:r>
        <w:rPr>
          <w:lang w:eastAsia="ko-KR"/>
        </w:rPr>
        <w:t xml:space="preserve"> (</w:t>
      </w:r>
      <w:r>
        <w:rPr>
          <w:lang w:eastAsia="ko-KR"/>
        </w:rPr>
        <w:t>자재비</w:t>
      </w:r>
      <w:r>
        <w:rPr>
          <w:lang w:eastAsia="ko-KR"/>
        </w:rPr>
        <w:t xml:space="preserve">, </w:t>
      </w:r>
      <w:r>
        <w:rPr>
          <w:lang w:eastAsia="ko-KR"/>
        </w:rPr>
        <w:t>노무비</w:t>
      </w:r>
      <w:r>
        <w:rPr>
          <w:lang w:eastAsia="ko-KR"/>
        </w:rPr>
        <w:t xml:space="preserve">. </w:t>
      </w:r>
      <w:r>
        <w:rPr>
          <w:lang w:eastAsia="ko-KR"/>
        </w:rPr>
        <w:t>경비</w:t>
      </w:r>
      <w:r>
        <w:rPr>
          <w:lang w:eastAsia="ko-KR"/>
        </w:rPr>
        <w:t xml:space="preserve">, </w:t>
      </w:r>
      <w:r>
        <w:rPr>
          <w:lang w:eastAsia="ko-KR"/>
        </w:rPr>
        <w:t>산업안전보건관리비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세부적으로</w:t>
      </w:r>
      <w:r>
        <w:rPr>
          <w:lang w:eastAsia="ko-KR"/>
        </w:rPr>
        <w:t xml:space="preserve"> </w:t>
      </w:r>
      <w:r>
        <w:rPr>
          <w:lang w:eastAsia="ko-KR"/>
        </w:rPr>
        <w:t>표기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전문건설업</w:t>
      </w:r>
      <w:r>
        <w:rPr>
          <w:lang w:eastAsia="ko-KR"/>
        </w:rPr>
        <w:t>(</w:t>
      </w:r>
      <w:r>
        <w:rPr>
          <w:lang w:eastAsia="ko-KR"/>
        </w:rPr>
        <w:t>가스시설시공업</w:t>
      </w:r>
      <w:r>
        <w:rPr>
          <w:lang w:eastAsia="ko-KR"/>
        </w:rPr>
        <w:t xml:space="preserve"> 1</w:t>
      </w:r>
      <w:r>
        <w:rPr>
          <w:lang w:eastAsia="ko-KR"/>
        </w:rPr>
        <w:t>종</w:t>
      </w:r>
      <w:r>
        <w:rPr>
          <w:lang w:eastAsia="ko-KR"/>
        </w:rPr>
        <w:t xml:space="preserve">) </w:t>
      </w:r>
      <w:r>
        <w:rPr>
          <w:lang w:eastAsia="ko-KR"/>
        </w:rPr>
        <w:t>면허증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면허수첩</w:t>
      </w:r>
      <w:r>
        <w:rPr>
          <w:lang w:eastAsia="ko-KR"/>
        </w:rPr>
        <w:t xml:space="preserve"> </w:t>
      </w:r>
      <w:r>
        <w:rPr>
          <w:lang w:eastAsia="ko-KR"/>
        </w:rPr>
        <w:t>사본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등록증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법인</w:t>
      </w:r>
      <w:r>
        <w:rPr>
          <w:lang w:eastAsia="ko-KR"/>
        </w:rPr>
        <w:t xml:space="preserve"> </w:t>
      </w:r>
      <w:r>
        <w:rPr>
          <w:lang w:eastAsia="ko-KR"/>
        </w:rPr>
        <w:t>등기부</w:t>
      </w:r>
      <w:r>
        <w:rPr>
          <w:lang w:eastAsia="ko-KR"/>
        </w:rPr>
        <w:t xml:space="preserve"> </w:t>
      </w:r>
      <w:r>
        <w:rPr>
          <w:lang w:eastAsia="ko-KR"/>
        </w:rPr>
        <w:t>등본</w:t>
      </w:r>
      <w:r>
        <w:rPr>
          <w:lang w:eastAsia="ko-KR"/>
        </w:rPr>
        <w:t xml:space="preserve"> </w:t>
      </w:r>
      <w:r>
        <w:rPr>
          <w:lang w:eastAsia="ko-KR"/>
        </w:rPr>
        <w:t>사본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lastRenderedPageBreak/>
        <w:t>마</w:t>
      </w:r>
      <w:r>
        <w:rPr>
          <w:lang w:eastAsia="ko-KR"/>
        </w:rPr>
        <w:t xml:space="preserve">. </w:t>
      </w:r>
      <w:r>
        <w:rPr>
          <w:lang w:eastAsia="ko-KR"/>
        </w:rPr>
        <w:t>법인</w:t>
      </w:r>
      <w:r>
        <w:rPr>
          <w:lang w:eastAsia="ko-KR"/>
        </w:rPr>
        <w:t xml:space="preserve"> </w:t>
      </w:r>
      <w:r>
        <w:rPr>
          <w:lang w:eastAsia="ko-KR"/>
        </w:rPr>
        <w:t>인감증명서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사용</w:t>
      </w:r>
      <w:r>
        <w:rPr>
          <w:lang w:eastAsia="ko-KR"/>
        </w:rPr>
        <w:t xml:space="preserve"> </w:t>
      </w:r>
      <w:r>
        <w:rPr>
          <w:lang w:eastAsia="ko-KR"/>
        </w:rPr>
        <w:t>인감계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바</w:t>
      </w:r>
      <w:r>
        <w:rPr>
          <w:lang w:eastAsia="ko-KR"/>
        </w:rPr>
        <w:t xml:space="preserve">. </w:t>
      </w:r>
      <w:r>
        <w:rPr>
          <w:lang w:eastAsia="ko-KR"/>
        </w:rPr>
        <w:t>국세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지방세</w:t>
      </w:r>
      <w:r>
        <w:rPr>
          <w:lang w:eastAsia="ko-KR"/>
        </w:rPr>
        <w:t xml:space="preserve"> </w:t>
      </w:r>
      <w:r>
        <w:rPr>
          <w:lang w:eastAsia="ko-KR"/>
        </w:rPr>
        <w:t>납세증명서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사</w:t>
      </w:r>
      <w:r>
        <w:rPr>
          <w:lang w:eastAsia="ko-KR"/>
        </w:rPr>
        <w:t xml:space="preserve">.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보증금</w:t>
      </w:r>
      <w:r>
        <w:rPr>
          <w:lang w:eastAsia="ko-KR"/>
        </w:rPr>
        <w:t>(</w:t>
      </w:r>
      <w:r>
        <w:rPr>
          <w:lang w:eastAsia="ko-KR"/>
        </w:rPr>
        <w:t>입찰금액의</w:t>
      </w:r>
      <w:r>
        <w:rPr>
          <w:lang w:eastAsia="ko-KR"/>
        </w:rPr>
        <w:t xml:space="preserve"> 5%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보증서</w:t>
      </w:r>
      <w:r>
        <w:rPr>
          <w:lang w:eastAsia="ko-KR"/>
        </w:rPr>
        <w:t xml:space="preserve">, </w:t>
      </w:r>
      <w:r>
        <w:rPr>
          <w:lang w:eastAsia="ko-KR"/>
        </w:rPr>
        <w:t>공제증권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아</w:t>
      </w:r>
      <w:r>
        <w:rPr>
          <w:lang w:eastAsia="ko-KR"/>
        </w:rPr>
        <w:t xml:space="preserve">. </w:t>
      </w:r>
      <w:r>
        <w:rPr>
          <w:lang w:eastAsia="ko-KR"/>
        </w:rPr>
        <w:t>적격심사제에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  <w:r>
        <w:rPr>
          <w:lang w:eastAsia="ko-KR"/>
        </w:rPr>
        <w:t xml:space="preserve"> </w:t>
      </w:r>
      <w:r>
        <w:rPr>
          <w:lang w:eastAsia="ko-KR"/>
        </w:rPr>
        <w:t>일체</w:t>
      </w:r>
      <w:r>
        <w:rPr>
          <w:lang w:eastAsia="ko-KR"/>
        </w:rPr>
        <w:t xml:space="preserve"> 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1) </w:t>
      </w:r>
      <w:r>
        <w:rPr>
          <w:lang w:eastAsia="ko-KR"/>
        </w:rPr>
        <w:t>기업신용평가등급확인서</w:t>
      </w:r>
      <w:r>
        <w:rPr>
          <w:lang w:eastAsia="ko-KR"/>
        </w:rPr>
        <w:t>(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이전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최근에</w:t>
      </w:r>
      <w:r>
        <w:rPr>
          <w:lang w:eastAsia="ko-KR"/>
        </w:rPr>
        <w:t xml:space="preserve"> </w:t>
      </w:r>
      <w:r>
        <w:rPr>
          <w:lang w:eastAsia="ko-KR"/>
        </w:rPr>
        <w:t>평가한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유효기간</w:t>
      </w:r>
      <w:r>
        <w:rPr>
          <w:lang w:eastAsia="ko-KR"/>
        </w:rPr>
        <w:t xml:space="preserve"> </w:t>
      </w:r>
      <w:r>
        <w:rPr>
          <w:lang w:eastAsia="ko-KR"/>
        </w:rPr>
        <w:t>이내의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2) </w:t>
      </w:r>
      <w:r>
        <w:rPr>
          <w:lang w:eastAsia="ko-KR"/>
        </w:rPr>
        <w:t>행정처분확인서</w:t>
      </w:r>
      <w:r>
        <w:rPr>
          <w:lang w:eastAsia="ko-KR"/>
        </w:rPr>
        <w:t>(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전일</w:t>
      </w:r>
      <w:r>
        <w:rPr>
          <w:lang w:eastAsia="ko-KR"/>
        </w:rPr>
        <w:t xml:space="preserve"> </w:t>
      </w:r>
      <w:r>
        <w:rPr>
          <w:lang w:eastAsia="ko-KR"/>
        </w:rPr>
        <w:t>기준으로</w:t>
      </w:r>
      <w:r>
        <w:rPr>
          <w:lang w:eastAsia="ko-KR"/>
        </w:rPr>
        <w:t xml:space="preserve"> </w:t>
      </w:r>
      <w:r>
        <w:rPr>
          <w:lang w:eastAsia="ko-KR"/>
        </w:rPr>
        <w:t>최근</w:t>
      </w:r>
      <w:r>
        <w:rPr>
          <w:lang w:eastAsia="ko-KR"/>
        </w:rPr>
        <w:t xml:space="preserve"> 1</w:t>
      </w:r>
      <w:r>
        <w:rPr>
          <w:lang w:eastAsia="ko-KR"/>
        </w:rPr>
        <w:t>년간</w:t>
      </w:r>
      <w:r>
        <w:rPr>
          <w:lang w:eastAsia="ko-KR"/>
        </w:rPr>
        <w:t xml:space="preserve"> </w:t>
      </w:r>
      <w:r>
        <w:rPr>
          <w:lang w:eastAsia="ko-KR"/>
        </w:rPr>
        <w:t>행정처분</w:t>
      </w:r>
      <w:r>
        <w:rPr>
          <w:lang w:eastAsia="ko-KR"/>
        </w:rPr>
        <w:t xml:space="preserve"> </w:t>
      </w:r>
      <w:r>
        <w:rPr>
          <w:lang w:eastAsia="ko-KR"/>
        </w:rPr>
        <w:t>확인서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3) 4</w:t>
      </w:r>
      <w:r>
        <w:rPr>
          <w:lang w:eastAsia="ko-KR"/>
        </w:rPr>
        <w:t>대</w:t>
      </w:r>
      <w:r>
        <w:rPr>
          <w:lang w:eastAsia="ko-KR"/>
        </w:rPr>
        <w:t xml:space="preserve"> </w:t>
      </w:r>
      <w:r>
        <w:rPr>
          <w:lang w:eastAsia="ko-KR"/>
        </w:rPr>
        <w:t>보험</w:t>
      </w:r>
      <w:r>
        <w:rPr>
          <w:lang w:eastAsia="ko-KR"/>
        </w:rPr>
        <w:t xml:space="preserve"> </w:t>
      </w:r>
      <w:r>
        <w:rPr>
          <w:lang w:eastAsia="ko-KR"/>
        </w:rPr>
        <w:t>사업장</w:t>
      </w:r>
      <w:r>
        <w:rPr>
          <w:lang w:eastAsia="ko-KR"/>
        </w:rPr>
        <w:t xml:space="preserve"> </w:t>
      </w:r>
      <w:r>
        <w:rPr>
          <w:lang w:eastAsia="ko-KR"/>
        </w:rPr>
        <w:t>가입증명서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4)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장비보유</w:t>
      </w:r>
      <w:r>
        <w:rPr>
          <w:lang w:eastAsia="ko-KR"/>
        </w:rPr>
        <w:t>(</w:t>
      </w:r>
      <w:r>
        <w:rPr>
          <w:lang w:eastAsia="ko-KR"/>
        </w:rPr>
        <w:t>제출서류</w:t>
      </w:r>
      <w:r>
        <w:rPr>
          <w:lang w:eastAsia="ko-KR"/>
        </w:rPr>
        <w:t xml:space="preserve"> </w:t>
      </w:r>
      <w:r>
        <w:rPr>
          <w:lang w:eastAsia="ko-KR"/>
        </w:rPr>
        <w:t>마감일</w:t>
      </w:r>
      <w:r>
        <w:rPr>
          <w:lang w:eastAsia="ko-KR"/>
        </w:rPr>
        <w:t xml:space="preserve"> </w:t>
      </w:r>
      <w:r>
        <w:rPr>
          <w:lang w:eastAsia="ko-KR"/>
        </w:rPr>
        <w:t>현재</w:t>
      </w:r>
      <w:r>
        <w:rPr>
          <w:lang w:eastAsia="ko-KR"/>
        </w:rPr>
        <w:t xml:space="preserve"> </w:t>
      </w:r>
      <w:r>
        <w:rPr>
          <w:lang w:eastAsia="ko-KR"/>
        </w:rPr>
        <w:t>보유한</w:t>
      </w:r>
      <w:r>
        <w:rPr>
          <w:lang w:eastAsia="ko-KR"/>
        </w:rPr>
        <w:t xml:space="preserve"> </w:t>
      </w:r>
      <w:r>
        <w:rPr>
          <w:lang w:eastAsia="ko-KR"/>
        </w:rPr>
        <w:t>방비구입</w:t>
      </w:r>
      <w:r>
        <w:rPr>
          <w:lang w:eastAsia="ko-KR"/>
        </w:rPr>
        <w:t xml:space="preserve"> </w:t>
      </w:r>
      <w:r>
        <w:rPr>
          <w:lang w:eastAsia="ko-KR"/>
        </w:rPr>
        <w:t>영수증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장비임대확인서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5) </w:t>
      </w:r>
      <w:r>
        <w:rPr>
          <w:lang w:eastAsia="ko-KR"/>
        </w:rPr>
        <w:t>기술</w:t>
      </w:r>
      <w:r>
        <w:rPr>
          <w:lang w:eastAsia="ko-KR"/>
        </w:rPr>
        <w:t xml:space="preserve"> </w:t>
      </w:r>
      <w:r>
        <w:rPr>
          <w:lang w:eastAsia="ko-KR"/>
        </w:rPr>
        <w:t>인력현황</w:t>
      </w:r>
      <w:r>
        <w:rPr>
          <w:lang w:eastAsia="ko-KR"/>
        </w:rPr>
        <w:t xml:space="preserve"> (</w:t>
      </w:r>
      <w:r>
        <w:rPr>
          <w:lang w:eastAsia="ko-KR"/>
        </w:rPr>
        <w:t>최근</w:t>
      </w:r>
      <w:r>
        <w:rPr>
          <w:lang w:eastAsia="ko-KR"/>
        </w:rPr>
        <w:t xml:space="preserve"> 1</w:t>
      </w:r>
      <w:r>
        <w:rPr>
          <w:lang w:eastAsia="ko-KR"/>
        </w:rPr>
        <w:t>개월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근무자에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4</w:t>
      </w:r>
      <w:r>
        <w:rPr>
          <w:lang w:eastAsia="ko-KR"/>
        </w:rPr>
        <w:t>대보험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, </w:t>
      </w:r>
      <w:r>
        <w:rPr>
          <w:lang w:eastAsia="ko-KR"/>
        </w:rPr>
        <w:t>자격증</w:t>
      </w:r>
      <w:r>
        <w:rPr>
          <w:lang w:eastAsia="ko-KR"/>
        </w:rPr>
        <w:t xml:space="preserve"> </w:t>
      </w:r>
      <w:r>
        <w:rPr>
          <w:lang w:eastAsia="ko-KR"/>
        </w:rPr>
        <w:t>사본</w:t>
      </w:r>
      <w:r>
        <w:rPr>
          <w:lang w:eastAsia="ko-KR"/>
        </w:rPr>
        <w:t xml:space="preserve"> - 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이후</w:t>
      </w:r>
      <w:r>
        <w:rPr>
          <w:lang w:eastAsia="ko-KR"/>
        </w:rPr>
        <w:t xml:space="preserve"> </w:t>
      </w:r>
      <w:r>
        <w:rPr>
          <w:lang w:eastAsia="ko-KR"/>
        </w:rPr>
        <w:t>발행</w:t>
      </w:r>
      <w:r>
        <w:rPr>
          <w:lang w:eastAsia="ko-KR"/>
        </w:rPr>
        <w:t xml:space="preserve">)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6) </w:t>
      </w:r>
      <w:r>
        <w:rPr>
          <w:lang w:eastAsia="ko-KR"/>
        </w:rPr>
        <w:t>최근</w:t>
      </w:r>
      <w:r>
        <w:rPr>
          <w:lang w:eastAsia="ko-KR"/>
        </w:rPr>
        <w:t xml:space="preserve"> 5</w:t>
      </w:r>
      <w:r>
        <w:rPr>
          <w:lang w:eastAsia="ko-KR"/>
        </w:rPr>
        <w:t>년간</w:t>
      </w:r>
      <w:r>
        <w:rPr>
          <w:lang w:eastAsia="ko-KR"/>
        </w:rPr>
        <w:t xml:space="preserve"> </w:t>
      </w:r>
      <w:r>
        <w:rPr>
          <w:lang w:eastAsia="ko-KR"/>
        </w:rPr>
        <w:t>공동주택</w:t>
      </w:r>
      <w:r>
        <w:rPr>
          <w:lang w:eastAsia="ko-KR"/>
        </w:rPr>
        <w:t xml:space="preserve"> </w:t>
      </w:r>
      <w:r>
        <w:rPr>
          <w:lang w:eastAsia="ko-KR"/>
        </w:rPr>
        <w:t>도시가스</w:t>
      </w:r>
      <w:r>
        <w:rPr>
          <w:lang w:eastAsia="ko-KR"/>
        </w:rPr>
        <w:t xml:space="preserve"> </w:t>
      </w:r>
      <w:r>
        <w:rPr>
          <w:lang w:eastAsia="ko-KR"/>
        </w:rPr>
        <w:t>노후</w:t>
      </w:r>
      <w:r>
        <w:rPr>
          <w:lang w:eastAsia="ko-KR"/>
        </w:rPr>
        <w:t xml:space="preserve"> </w:t>
      </w:r>
      <w:r>
        <w:rPr>
          <w:lang w:eastAsia="ko-KR"/>
        </w:rPr>
        <w:t>배관</w:t>
      </w:r>
      <w:r>
        <w:rPr>
          <w:lang w:eastAsia="ko-KR"/>
        </w:rPr>
        <w:t xml:space="preserve"> </w:t>
      </w:r>
      <w:r>
        <w:rPr>
          <w:lang w:eastAsia="ko-KR"/>
        </w:rPr>
        <w:t>교체공사</w:t>
      </w:r>
      <w:r>
        <w:rPr>
          <w:lang w:eastAsia="ko-KR"/>
        </w:rPr>
        <w:t xml:space="preserve"> 10</w:t>
      </w:r>
      <w:r>
        <w:rPr>
          <w:lang w:eastAsia="ko-KR"/>
        </w:rPr>
        <w:t>건이상</w:t>
      </w:r>
      <w:r>
        <w:rPr>
          <w:rFonts w:eastAsia="맑은 고딕" w:cs="맑은 고딕" w:hint="eastAsia"/>
          <w:lang w:eastAsia="ko-KR"/>
        </w:rPr>
        <w:t xml:space="preserve"> </w:t>
      </w:r>
      <w:r>
        <w:rPr>
          <w:lang w:eastAsia="ko-KR"/>
        </w:rPr>
        <w:t>실적보유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>(</w:t>
      </w:r>
      <w:r>
        <w:rPr>
          <w:lang w:eastAsia="ko-KR"/>
        </w:rPr>
        <w:t>하도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공동수급</w:t>
      </w:r>
      <w:r>
        <w:rPr>
          <w:lang w:eastAsia="ko-KR"/>
        </w:rPr>
        <w:t xml:space="preserve">, </w:t>
      </w:r>
      <w:r>
        <w:rPr>
          <w:lang w:eastAsia="ko-KR"/>
        </w:rPr>
        <w:t>부분교체</w:t>
      </w:r>
      <w:r>
        <w:rPr>
          <w:lang w:eastAsia="ko-KR"/>
        </w:rPr>
        <w:t xml:space="preserve"> </w:t>
      </w:r>
      <w:r>
        <w:rPr>
          <w:lang w:eastAsia="ko-KR"/>
        </w:rPr>
        <w:t>제외</w:t>
      </w:r>
      <w:r>
        <w:rPr>
          <w:lang w:eastAsia="ko-KR"/>
        </w:rPr>
        <w:t xml:space="preserve">) </w:t>
      </w:r>
      <w:proofErr w:type="gramStart"/>
      <w:r>
        <w:rPr>
          <w:rFonts w:eastAsia="맑은 고딕" w:hint="eastAsia"/>
          <w:lang w:eastAsia="ko-KR"/>
        </w:rPr>
        <w:t>(</w:t>
      </w:r>
      <w:r>
        <w:rPr>
          <w:lang w:eastAsia="ko-KR"/>
        </w:rPr>
        <w:t xml:space="preserve"> </w:t>
      </w:r>
      <w:r>
        <w:rPr>
          <w:lang w:eastAsia="ko-KR"/>
        </w:rPr>
        <w:t>단지명</w:t>
      </w:r>
      <w:proofErr w:type="gramEnd"/>
      <w:r>
        <w:rPr>
          <w:lang w:eastAsia="ko-KR"/>
        </w:rPr>
        <w:t xml:space="preserve">, </w:t>
      </w:r>
      <w:r>
        <w:rPr>
          <w:lang w:eastAsia="ko-KR"/>
        </w:rPr>
        <w:t>세대수</w:t>
      </w:r>
      <w:r>
        <w:rPr>
          <w:lang w:eastAsia="ko-KR"/>
        </w:rPr>
        <w:t>,</w:t>
      </w:r>
      <w:r>
        <w:rPr>
          <w:lang w:eastAsia="ko-KR"/>
        </w:rPr>
        <w:t>소재지</w:t>
      </w:r>
      <w:r>
        <w:rPr>
          <w:lang w:eastAsia="ko-KR"/>
        </w:rPr>
        <w:t xml:space="preserve">, </w:t>
      </w:r>
      <w:r>
        <w:rPr>
          <w:lang w:eastAsia="ko-KR"/>
        </w:rPr>
        <w:t>전화번호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기재</w:t>
      </w:r>
      <w:r>
        <w:rPr>
          <w:lang w:eastAsia="ko-KR"/>
        </w:rPr>
        <w:t>)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7) </w:t>
      </w:r>
      <w:r>
        <w:rPr>
          <w:lang w:eastAsia="ko-KR"/>
        </w:rPr>
        <w:t>사업</w:t>
      </w:r>
      <w:r>
        <w:rPr>
          <w:lang w:eastAsia="ko-KR"/>
        </w:rPr>
        <w:t xml:space="preserve"> </w:t>
      </w:r>
      <w:r>
        <w:rPr>
          <w:lang w:eastAsia="ko-KR"/>
        </w:rPr>
        <w:t>제안서</w:t>
      </w:r>
      <w:r>
        <w:rPr>
          <w:lang w:eastAsia="ko-KR"/>
        </w:rPr>
        <w:t>(</w:t>
      </w:r>
      <w:r>
        <w:rPr>
          <w:lang w:eastAsia="ko-KR"/>
        </w:rPr>
        <w:t>안전관리계획서</w:t>
      </w:r>
      <w:r>
        <w:rPr>
          <w:lang w:eastAsia="ko-KR"/>
        </w:rPr>
        <w:t xml:space="preserve">, </w:t>
      </w:r>
      <w:r>
        <w:rPr>
          <w:lang w:eastAsia="ko-KR"/>
        </w:rPr>
        <w:t>작업계획서</w:t>
      </w:r>
      <w:r>
        <w:rPr>
          <w:lang w:eastAsia="ko-KR"/>
        </w:rPr>
        <w:t xml:space="preserve"> </w:t>
      </w:r>
      <w:r>
        <w:rPr>
          <w:lang w:eastAsia="ko-KR"/>
        </w:rPr>
        <w:t>포함</w:t>
      </w:r>
      <w:r>
        <w:rPr>
          <w:lang w:eastAsia="ko-KR"/>
        </w:rPr>
        <w:t>) 1</w:t>
      </w:r>
      <w:r>
        <w:rPr>
          <w:lang w:eastAsia="ko-KR"/>
        </w:rPr>
        <w:t>부</w:t>
      </w:r>
    </w:p>
    <w:p w:rsidR="002A0911" w:rsidRDefault="00A1422A">
      <w:pPr>
        <w:spacing w:after="80" w:line="288" w:lineRule="auto"/>
        <w:ind w:left="288"/>
        <w:rPr>
          <w:b/>
          <w:bCs/>
          <w:lang w:eastAsia="ko-KR"/>
        </w:rPr>
      </w:pPr>
      <w:r>
        <w:rPr>
          <w:lang w:eastAsia="ko-KR"/>
        </w:rPr>
        <w:t xml:space="preserve">   8</w:t>
      </w:r>
      <w:r>
        <w:rPr>
          <w:b/>
          <w:bCs/>
          <w:lang w:eastAsia="ko-KR"/>
        </w:rPr>
        <w:t xml:space="preserve">) </w:t>
      </w:r>
      <w:r>
        <w:rPr>
          <w:b/>
          <w:bCs/>
          <w:lang w:eastAsia="ko-KR"/>
        </w:rPr>
        <w:t>행정처분확인서</w:t>
      </w:r>
      <w:r>
        <w:rPr>
          <w:b/>
          <w:bCs/>
          <w:lang w:eastAsia="ko-KR"/>
        </w:rPr>
        <w:t xml:space="preserve"> 1</w:t>
      </w:r>
      <w:r>
        <w:rPr>
          <w:b/>
          <w:bCs/>
          <w:lang w:eastAsia="ko-KR"/>
        </w:rPr>
        <w:t>부</w:t>
      </w:r>
      <w:r>
        <w:rPr>
          <w:b/>
          <w:bCs/>
          <w:lang w:eastAsia="ko-KR"/>
        </w:rPr>
        <w:t xml:space="preserve"> (</w:t>
      </w:r>
      <w:r>
        <w:rPr>
          <w:b/>
          <w:bCs/>
          <w:lang w:eastAsia="ko-KR"/>
        </w:rPr>
        <w:t>입찰공고일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전일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기준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최근</w:t>
      </w:r>
      <w:r>
        <w:rPr>
          <w:b/>
          <w:bCs/>
          <w:lang w:eastAsia="ko-KR"/>
        </w:rPr>
        <w:t xml:space="preserve"> 1</w:t>
      </w:r>
      <w:r>
        <w:rPr>
          <w:b/>
          <w:bCs/>
          <w:lang w:eastAsia="ko-KR"/>
        </w:rPr>
        <w:t>년간</w:t>
      </w:r>
      <w:r>
        <w:rPr>
          <w:b/>
          <w:bCs/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9) </w:t>
      </w:r>
      <w:r>
        <w:rPr>
          <w:lang w:eastAsia="ko-KR"/>
        </w:rPr>
        <w:t>공정거래위원회의</w:t>
      </w:r>
      <w:r>
        <w:rPr>
          <w:lang w:eastAsia="ko-KR"/>
        </w:rPr>
        <w:t xml:space="preserve"> </w:t>
      </w:r>
      <w:r>
        <w:rPr>
          <w:lang w:eastAsia="ko-KR"/>
        </w:rPr>
        <w:t>과징금</w:t>
      </w:r>
      <w:r>
        <w:rPr>
          <w:lang w:eastAsia="ko-KR"/>
        </w:rPr>
        <w:t xml:space="preserve"> </w:t>
      </w:r>
      <w:r>
        <w:rPr>
          <w:lang w:eastAsia="ko-KR"/>
        </w:rPr>
        <w:t>처분</w:t>
      </w:r>
      <w:r>
        <w:rPr>
          <w:lang w:eastAsia="ko-KR"/>
        </w:rPr>
        <w:t xml:space="preserve"> </w:t>
      </w:r>
      <w:r>
        <w:rPr>
          <w:lang w:eastAsia="ko-KR"/>
        </w:rPr>
        <w:t>사실확인서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  <w:r>
        <w:rPr>
          <w:lang w:eastAsia="ko-KR"/>
        </w:rPr>
        <w:t>(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전일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 xml:space="preserve"> </w:t>
      </w:r>
      <w:r>
        <w:rPr>
          <w:lang w:eastAsia="ko-KR"/>
        </w:rPr>
        <w:t>최근</w:t>
      </w:r>
      <w:r>
        <w:rPr>
          <w:lang w:eastAsia="ko-KR"/>
        </w:rPr>
        <w:t xml:space="preserve"> 1</w:t>
      </w:r>
      <w:r>
        <w:rPr>
          <w:lang w:eastAsia="ko-KR"/>
        </w:rPr>
        <w:t>년간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7. </w:t>
      </w:r>
      <w:r>
        <w:rPr>
          <w:b/>
          <w:lang w:eastAsia="ko-KR"/>
        </w:rPr>
        <w:t>현장설명회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일시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장소</w:t>
      </w:r>
    </w:p>
    <w:p w:rsidR="002A0911" w:rsidRPr="006D400C" w:rsidRDefault="00A1422A">
      <w:pPr>
        <w:spacing w:after="80" w:line="288" w:lineRule="auto"/>
        <w:ind w:left="288"/>
        <w:rPr>
          <w:color w:val="0070C0"/>
          <w:lang w:eastAsia="ko-KR"/>
        </w:rPr>
      </w:pPr>
      <w:r w:rsidRPr="006D400C">
        <w:rPr>
          <w:color w:val="0070C0"/>
          <w:lang w:eastAsia="ko-KR"/>
        </w:rPr>
        <w:t>가</w:t>
      </w:r>
      <w:r w:rsidRPr="006D400C">
        <w:rPr>
          <w:color w:val="0070C0"/>
          <w:lang w:eastAsia="ko-KR"/>
        </w:rPr>
        <w:t xml:space="preserve">. </w:t>
      </w:r>
      <w:r w:rsidRPr="006D400C">
        <w:rPr>
          <w:color w:val="0070C0"/>
          <w:lang w:eastAsia="ko-KR"/>
        </w:rPr>
        <w:t>일</w:t>
      </w:r>
      <w:r w:rsidRPr="006D400C">
        <w:rPr>
          <w:color w:val="0070C0"/>
          <w:lang w:eastAsia="ko-KR"/>
        </w:rPr>
        <w:t xml:space="preserve"> </w:t>
      </w:r>
      <w:proofErr w:type="gramStart"/>
      <w:r w:rsidRPr="006D400C">
        <w:rPr>
          <w:color w:val="0070C0"/>
          <w:lang w:eastAsia="ko-KR"/>
        </w:rPr>
        <w:t>시</w:t>
      </w:r>
      <w:r w:rsidRPr="006D400C">
        <w:rPr>
          <w:color w:val="0070C0"/>
          <w:lang w:eastAsia="ko-KR"/>
        </w:rPr>
        <w:t xml:space="preserve"> :</w:t>
      </w:r>
      <w:proofErr w:type="gramEnd"/>
      <w:r w:rsidRPr="006D400C">
        <w:rPr>
          <w:color w:val="0070C0"/>
          <w:lang w:eastAsia="ko-KR"/>
        </w:rPr>
        <w:t xml:space="preserve"> 2026</w:t>
      </w:r>
      <w:r w:rsidRPr="006D400C">
        <w:rPr>
          <w:color w:val="0070C0"/>
          <w:lang w:eastAsia="ko-KR"/>
        </w:rPr>
        <w:t>년</w:t>
      </w:r>
      <w:r w:rsidRPr="006D400C">
        <w:rPr>
          <w:color w:val="0070C0"/>
          <w:lang w:eastAsia="ko-KR"/>
        </w:rPr>
        <w:t xml:space="preserve"> 1</w:t>
      </w:r>
      <w:r w:rsidR="006D400C" w:rsidRPr="006D400C">
        <w:rPr>
          <w:color w:val="0070C0"/>
          <w:lang w:eastAsia="ko-KR"/>
        </w:rPr>
        <w:t>1</w:t>
      </w:r>
      <w:r w:rsidRPr="006D400C">
        <w:rPr>
          <w:color w:val="0070C0"/>
          <w:lang w:eastAsia="ko-KR"/>
        </w:rPr>
        <w:t>월</w:t>
      </w:r>
      <w:r w:rsidRPr="006D400C">
        <w:rPr>
          <w:color w:val="0070C0"/>
          <w:lang w:eastAsia="ko-KR"/>
        </w:rPr>
        <w:t xml:space="preserve">  </w:t>
      </w:r>
      <w:r w:rsidR="00B422B2">
        <w:rPr>
          <w:color w:val="0070C0"/>
          <w:lang w:eastAsia="ko-KR"/>
        </w:rPr>
        <w:t>2</w:t>
      </w:r>
      <w:r w:rsidRPr="006D400C">
        <w:rPr>
          <w:color w:val="0070C0"/>
          <w:lang w:eastAsia="ko-KR"/>
        </w:rPr>
        <w:t>일</w:t>
      </w:r>
      <w:r w:rsidR="009A36B2">
        <w:rPr>
          <w:rFonts w:eastAsia="맑은 고딕" w:hint="eastAsia"/>
          <w:color w:val="0070C0"/>
          <w:lang w:eastAsia="ko-KR"/>
        </w:rPr>
        <w:t xml:space="preserve"> </w:t>
      </w:r>
      <w:r w:rsidRPr="006D400C">
        <w:rPr>
          <w:color w:val="0070C0"/>
          <w:lang w:eastAsia="ko-KR"/>
        </w:rPr>
        <w:t>(</w:t>
      </w:r>
      <w:r w:rsidR="00B422B2">
        <w:rPr>
          <w:rFonts w:eastAsia="맑은 고딕" w:hint="eastAsia"/>
          <w:color w:val="0070C0"/>
          <w:lang w:eastAsia="ko-KR"/>
        </w:rPr>
        <w:t>월</w:t>
      </w:r>
      <w:r w:rsidRPr="006D400C">
        <w:rPr>
          <w:color w:val="0070C0"/>
          <w:lang w:eastAsia="ko-KR"/>
        </w:rPr>
        <w:t xml:space="preserve">) </w:t>
      </w:r>
      <w:r w:rsidRPr="006D400C">
        <w:rPr>
          <w:color w:val="0070C0"/>
          <w:lang w:eastAsia="ko-KR"/>
        </w:rPr>
        <w:t>오</w:t>
      </w:r>
      <w:r w:rsidR="00B422B2">
        <w:rPr>
          <w:rFonts w:eastAsia="맑은 고딕" w:cs="맑은 고딕" w:hint="eastAsia"/>
          <w:color w:val="0070C0"/>
          <w:lang w:eastAsia="ko-KR"/>
        </w:rPr>
        <w:t>후</w:t>
      </w:r>
      <w:r w:rsidRPr="006D400C">
        <w:rPr>
          <w:color w:val="0070C0"/>
          <w:lang w:eastAsia="ko-KR"/>
        </w:rPr>
        <w:t xml:space="preserve"> </w:t>
      </w:r>
      <w:r w:rsidR="00B422B2">
        <w:rPr>
          <w:color w:val="0070C0"/>
          <w:lang w:eastAsia="ko-KR"/>
        </w:rPr>
        <w:t>2</w:t>
      </w:r>
      <w:r w:rsidRPr="006D400C">
        <w:rPr>
          <w:color w:val="0070C0"/>
          <w:lang w:eastAsia="ko-KR"/>
        </w:rPr>
        <w:t>시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소</w:t>
      </w:r>
      <w:r>
        <w:rPr>
          <w:lang w:eastAsia="ko-KR"/>
        </w:rPr>
        <w:t xml:space="preserve"> : </w:t>
      </w:r>
      <w:r>
        <w:rPr>
          <w:lang w:eastAsia="ko-KR"/>
        </w:rPr>
        <w:t>당</w:t>
      </w:r>
      <w:r>
        <w:rPr>
          <w:lang w:eastAsia="ko-KR"/>
        </w:rPr>
        <w:t xml:space="preserve"> </w:t>
      </w:r>
      <w:r>
        <w:rPr>
          <w:lang w:eastAsia="ko-KR"/>
        </w:rPr>
        <w:t>아파트</w:t>
      </w:r>
      <w:r>
        <w:rPr>
          <w:lang w:eastAsia="ko-KR"/>
        </w:rPr>
        <w:t xml:space="preserve"> </w:t>
      </w:r>
      <w:r>
        <w:rPr>
          <w:lang w:eastAsia="ko-KR"/>
        </w:rPr>
        <w:t>관리사무소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제출서류</w:t>
      </w:r>
      <w:r>
        <w:rPr>
          <w:lang w:eastAsia="ko-KR"/>
        </w:rPr>
        <w:t xml:space="preserve"> : </w:t>
      </w:r>
      <w:r>
        <w:rPr>
          <w:lang w:eastAsia="ko-KR"/>
        </w:rPr>
        <w:t>대표자</w:t>
      </w:r>
      <w:r>
        <w:rPr>
          <w:lang w:eastAsia="ko-KR"/>
        </w:rPr>
        <w:t xml:space="preserve"> </w:t>
      </w:r>
      <w:r>
        <w:rPr>
          <w:lang w:eastAsia="ko-KR"/>
        </w:rPr>
        <w:t>본인</w:t>
      </w:r>
      <w:r>
        <w:rPr>
          <w:lang w:eastAsia="ko-KR"/>
        </w:rPr>
        <w:t xml:space="preserve"> -  </w:t>
      </w:r>
      <w:r>
        <w:rPr>
          <w:lang w:eastAsia="ko-KR"/>
        </w:rPr>
        <w:t>참가신청서</w:t>
      </w:r>
      <w:r>
        <w:rPr>
          <w:lang w:eastAsia="ko-KR"/>
        </w:rPr>
        <w:t xml:space="preserve"> (</w:t>
      </w:r>
      <w:r>
        <w:rPr>
          <w:lang w:eastAsia="ko-KR"/>
        </w:rPr>
        <w:t>당일</w:t>
      </w:r>
      <w:r>
        <w:rPr>
          <w:lang w:eastAsia="ko-KR"/>
        </w:rPr>
        <w:t xml:space="preserve">) , </w:t>
      </w:r>
      <w:r>
        <w:rPr>
          <w:lang w:eastAsia="ko-KR"/>
        </w:rPr>
        <w:t>사업자등록증</w:t>
      </w:r>
      <w:r>
        <w:rPr>
          <w:lang w:eastAsia="ko-KR"/>
        </w:rPr>
        <w:t xml:space="preserve">, </w:t>
      </w:r>
      <w:r>
        <w:rPr>
          <w:lang w:eastAsia="ko-KR"/>
        </w:rPr>
        <w:t>신분증</w:t>
      </w:r>
      <w:r>
        <w:rPr>
          <w:lang w:eastAsia="ko-KR"/>
        </w:rPr>
        <w:t>(</w:t>
      </w:r>
      <w:r>
        <w:rPr>
          <w:lang w:eastAsia="ko-KR"/>
        </w:rPr>
        <w:t>명함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 xml:space="preserve">                  </w:t>
      </w:r>
      <w:r>
        <w:rPr>
          <w:lang w:eastAsia="ko-KR"/>
        </w:rPr>
        <w:t>대리인</w:t>
      </w:r>
      <w:r>
        <w:rPr>
          <w:lang w:eastAsia="ko-KR"/>
        </w:rPr>
        <w:t>(</w:t>
      </w:r>
      <w:r>
        <w:rPr>
          <w:lang w:eastAsia="ko-KR"/>
        </w:rPr>
        <w:t>직원</w:t>
      </w:r>
      <w:r>
        <w:rPr>
          <w:lang w:eastAsia="ko-KR"/>
        </w:rPr>
        <w:t xml:space="preserve">) - </w:t>
      </w:r>
      <w:r>
        <w:rPr>
          <w:lang w:eastAsia="ko-KR"/>
        </w:rPr>
        <w:t>참가신청서</w:t>
      </w:r>
      <w:r>
        <w:rPr>
          <w:lang w:eastAsia="ko-KR"/>
        </w:rPr>
        <w:t xml:space="preserve"> (</w:t>
      </w:r>
      <w:r>
        <w:rPr>
          <w:lang w:eastAsia="ko-KR"/>
        </w:rPr>
        <w:t>당일</w:t>
      </w:r>
      <w:r>
        <w:rPr>
          <w:lang w:eastAsia="ko-KR"/>
        </w:rPr>
        <w:t xml:space="preserve">) , </w:t>
      </w:r>
      <w:r>
        <w:rPr>
          <w:lang w:eastAsia="ko-KR"/>
        </w:rPr>
        <w:t>사업자등록증</w:t>
      </w:r>
      <w:r>
        <w:rPr>
          <w:lang w:eastAsia="ko-KR"/>
        </w:rPr>
        <w:t xml:space="preserve">, </w:t>
      </w:r>
      <w:r>
        <w:rPr>
          <w:lang w:eastAsia="ko-KR"/>
        </w:rPr>
        <w:t>위임장</w:t>
      </w:r>
      <w:r>
        <w:rPr>
          <w:lang w:eastAsia="ko-KR"/>
        </w:rPr>
        <w:t xml:space="preserve">, </w:t>
      </w:r>
      <w:r>
        <w:rPr>
          <w:lang w:eastAsia="ko-KR"/>
        </w:rPr>
        <w:t>재직증명서</w:t>
      </w:r>
      <w:r>
        <w:rPr>
          <w:lang w:eastAsia="ko-KR"/>
        </w:rPr>
        <w:t xml:space="preserve">, </w:t>
      </w:r>
      <w:r>
        <w:rPr>
          <w:lang w:eastAsia="ko-KR"/>
        </w:rPr>
        <w:t>신분증</w:t>
      </w:r>
      <w:r>
        <w:rPr>
          <w:lang w:eastAsia="ko-KR"/>
        </w:rPr>
        <w:t>(</w:t>
      </w:r>
      <w:r>
        <w:rPr>
          <w:lang w:eastAsia="ko-KR"/>
        </w:rPr>
        <w:t>명함</w:t>
      </w:r>
      <w:r>
        <w:rPr>
          <w:lang w:eastAsia="ko-KR"/>
        </w:rPr>
        <w:t>)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입찰참가자는</w:t>
      </w:r>
      <w:r>
        <w:rPr>
          <w:lang w:eastAsia="ko-KR"/>
        </w:rPr>
        <w:t xml:space="preserve"> </w:t>
      </w:r>
      <w:r>
        <w:rPr>
          <w:lang w:eastAsia="ko-KR"/>
        </w:rPr>
        <w:t>공사범위를</w:t>
      </w:r>
      <w:r>
        <w:rPr>
          <w:lang w:eastAsia="ko-KR"/>
        </w:rPr>
        <w:t xml:space="preserve"> </w:t>
      </w:r>
      <w:r>
        <w:rPr>
          <w:lang w:eastAsia="ko-KR"/>
        </w:rPr>
        <w:t>반드시</w:t>
      </w:r>
      <w:r>
        <w:rPr>
          <w:lang w:eastAsia="ko-KR"/>
        </w:rPr>
        <w:t xml:space="preserve"> </w:t>
      </w:r>
      <w:r>
        <w:rPr>
          <w:lang w:eastAsia="ko-KR"/>
        </w:rPr>
        <w:t>확인하고</w:t>
      </w:r>
      <w:r>
        <w:rPr>
          <w:lang w:eastAsia="ko-KR"/>
        </w:rPr>
        <w:t xml:space="preserve"> </w:t>
      </w:r>
      <w:r>
        <w:rPr>
          <w:lang w:eastAsia="ko-KR"/>
        </w:rPr>
        <w:t>공사범위</w:t>
      </w:r>
      <w:r>
        <w:rPr>
          <w:lang w:eastAsia="ko-KR"/>
        </w:rPr>
        <w:t xml:space="preserve"> </w:t>
      </w:r>
      <w:r>
        <w:rPr>
          <w:lang w:eastAsia="ko-KR"/>
        </w:rPr>
        <w:t>실측하여</w:t>
      </w:r>
      <w:r>
        <w:rPr>
          <w:lang w:eastAsia="ko-KR"/>
        </w:rPr>
        <w:t xml:space="preserve"> </w:t>
      </w:r>
      <w:r>
        <w:rPr>
          <w:lang w:eastAsia="ko-KR"/>
        </w:rPr>
        <w:t>입찰에</w:t>
      </w:r>
      <w:r>
        <w:rPr>
          <w:lang w:eastAsia="ko-KR"/>
        </w:rPr>
        <w:t xml:space="preserve"> </w:t>
      </w:r>
      <w:r>
        <w:rPr>
          <w:lang w:eastAsia="ko-KR"/>
        </w:rPr>
        <w:t>참가하여야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소요물량</w:t>
      </w:r>
      <w:r>
        <w:rPr>
          <w:lang w:eastAsia="ko-KR"/>
        </w:rPr>
        <w:t xml:space="preserve"> </w:t>
      </w:r>
      <w:r>
        <w:rPr>
          <w:lang w:eastAsia="ko-KR"/>
        </w:rPr>
        <w:t>산출과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  <w:r>
        <w:rPr>
          <w:lang w:eastAsia="ko-KR"/>
        </w:rPr>
        <w:t xml:space="preserve"> </w:t>
      </w:r>
      <w:r>
        <w:rPr>
          <w:lang w:eastAsia="ko-KR"/>
        </w:rPr>
        <w:t>미숙지로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r>
        <w:rPr>
          <w:lang w:eastAsia="ko-KR"/>
        </w:rPr>
        <w:t>물량</w:t>
      </w:r>
      <w:r>
        <w:rPr>
          <w:lang w:eastAsia="ko-KR"/>
        </w:rPr>
        <w:t xml:space="preserve"> </w:t>
      </w:r>
      <w:r>
        <w:rPr>
          <w:lang w:eastAsia="ko-KR"/>
        </w:rPr>
        <w:t>착오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불일치의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업체에게</w:t>
      </w:r>
      <w:r>
        <w:rPr>
          <w:lang w:eastAsia="ko-KR"/>
        </w:rPr>
        <w:t xml:space="preserve"> </w:t>
      </w:r>
      <w:r>
        <w:rPr>
          <w:lang w:eastAsia="ko-KR"/>
        </w:rPr>
        <w:t>있음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8. </w:t>
      </w:r>
      <w:r>
        <w:rPr>
          <w:b/>
          <w:lang w:eastAsia="ko-KR"/>
        </w:rPr>
        <w:t>서류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등록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마감</w:t>
      </w:r>
      <w:r>
        <w:rPr>
          <w:b/>
          <w:lang w:eastAsia="ko-KR"/>
        </w:rPr>
        <w:t xml:space="preserve">, </w:t>
      </w:r>
      <w:r>
        <w:rPr>
          <w:b/>
          <w:lang w:eastAsia="ko-KR"/>
        </w:rPr>
        <w:t>개찰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일시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및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장소</w:t>
      </w:r>
    </w:p>
    <w:p w:rsidR="002A0911" w:rsidRPr="006D400C" w:rsidRDefault="00A1422A">
      <w:pPr>
        <w:spacing w:after="80" w:line="288" w:lineRule="auto"/>
        <w:ind w:left="288"/>
        <w:rPr>
          <w:color w:val="0070C0"/>
          <w:lang w:eastAsia="ko-KR"/>
        </w:rPr>
      </w:pPr>
      <w:r w:rsidRPr="006D400C">
        <w:rPr>
          <w:color w:val="0070C0"/>
          <w:lang w:eastAsia="ko-KR"/>
        </w:rPr>
        <w:t>가</w:t>
      </w:r>
      <w:r w:rsidRPr="006D400C">
        <w:rPr>
          <w:color w:val="0070C0"/>
          <w:lang w:eastAsia="ko-KR"/>
        </w:rPr>
        <w:t xml:space="preserve">. </w:t>
      </w:r>
      <w:r w:rsidRPr="006D400C">
        <w:rPr>
          <w:color w:val="0070C0"/>
          <w:lang w:eastAsia="ko-KR"/>
        </w:rPr>
        <w:t>서류</w:t>
      </w:r>
      <w:r w:rsidRPr="006D400C">
        <w:rPr>
          <w:color w:val="0070C0"/>
          <w:lang w:eastAsia="ko-KR"/>
        </w:rPr>
        <w:t xml:space="preserve"> </w:t>
      </w:r>
      <w:proofErr w:type="gramStart"/>
      <w:r w:rsidRPr="006D400C">
        <w:rPr>
          <w:color w:val="0070C0"/>
          <w:lang w:eastAsia="ko-KR"/>
        </w:rPr>
        <w:t>등록</w:t>
      </w:r>
      <w:r w:rsidRPr="006D400C">
        <w:rPr>
          <w:color w:val="0070C0"/>
          <w:lang w:eastAsia="ko-KR"/>
        </w:rPr>
        <w:t xml:space="preserve"> </w:t>
      </w:r>
      <w:r w:rsidR="00B422B2">
        <w:rPr>
          <w:color w:val="0070C0"/>
          <w:lang w:eastAsia="ko-KR"/>
        </w:rPr>
        <w:t xml:space="preserve"> </w:t>
      </w:r>
      <w:r w:rsidRPr="006D400C">
        <w:rPr>
          <w:color w:val="0070C0"/>
          <w:lang w:eastAsia="ko-KR"/>
        </w:rPr>
        <w:t>마감</w:t>
      </w:r>
      <w:proofErr w:type="gramEnd"/>
      <w:r w:rsidRPr="006D400C">
        <w:rPr>
          <w:color w:val="0070C0"/>
          <w:lang w:eastAsia="ko-KR"/>
        </w:rPr>
        <w:t xml:space="preserve"> : 2026</w:t>
      </w:r>
      <w:r w:rsidRPr="006D400C">
        <w:rPr>
          <w:color w:val="0070C0"/>
          <w:lang w:eastAsia="ko-KR"/>
        </w:rPr>
        <w:t>년</w:t>
      </w:r>
      <w:r w:rsidRPr="006D400C">
        <w:rPr>
          <w:color w:val="0070C0"/>
          <w:lang w:eastAsia="ko-KR"/>
        </w:rPr>
        <w:t xml:space="preserve"> 11</w:t>
      </w:r>
      <w:r w:rsidRPr="006D400C">
        <w:rPr>
          <w:color w:val="0070C0"/>
          <w:lang w:eastAsia="ko-KR"/>
        </w:rPr>
        <w:t>월</w:t>
      </w:r>
      <w:r w:rsidRPr="006D400C">
        <w:rPr>
          <w:color w:val="0070C0"/>
          <w:lang w:eastAsia="ko-KR"/>
        </w:rPr>
        <w:t xml:space="preserve">  </w:t>
      </w:r>
      <w:r w:rsidR="006D400C" w:rsidRPr="006D400C">
        <w:rPr>
          <w:color w:val="0070C0"/>
          <w:lang w:eastAsia="ko-KR"/>
        </w:rPr>
        <w:t>9</w:t>
      </w:r>
      <w:r w:rsidRPr="006D400C">
        <w:rPr>
          <w:color w:val="0070C0"/>
          <w:lang w:eastAsia="ko-KR"/>
        </w:rPr>
        <w:t>일</w:t>
      </w:r>
      <w:r w:rsidR="009A36B2">
        <w:rPr>
          <w:rFonts w:eastAsia="맑은 고딕" w:hint="eastAsia"/>
          <w:color w:val="0070C0"/>
          <w:lang w:eastAsia="ko-KR"/>
        </w:rPr>
        <w:t xml:space="preserve"> </w:t>
      </w:r>
      <w:r w:rsidRPr="006D400C">
        <w:rPr>
          <w:color w:val="0070C0"/>
          <w:lang w:eastAsia="ko-KR"/>
        </w:rPr>
        <w:t>(</w:t>
      </w:r>
      <w:r w:rsidR="006D400C" w:rsidRPr="006D400C">
        <w:rPr>
          <w:rFonts w:eastAsia="맑은 고딕" w:hint="eastAsia"/>
          <w:color w:val="0070C0"/>
          <w:lang w:eastAsia="ko-KR"/>
        </w:rPr>
        <w:t>월</w:t>
      </w:r>
      <w:r w:rsidRPr="006D400C">
        <w:rPr>
          <w:color w:val="0070C0"/>
          <w:lang w:eastAsia="ko-KR"/>
        </w:rPr>
        <w:t>) 1</w:t>
      </w:r>
      <w:r w:rsidR="00B422B2">
        <w:rPr>
          <w:color w:val="0070C0"/>
          <w:lang w:eastAsia="ko-KR"/>
        </w:rPr>
        <w:t>2</w:t>
      </w:r>
      <w:r w:rsidRPr="006D400C">
        <w:rPr>
          <w:color w:val="0070C0"/>
          <w:lang w:eastAsia="ko-KR"/>
        </w:rPr>
        <w:t>시까지</w:t>
      </w:r>
    </w:p>
    <w:p w:rsidR="002A0911" w:rsidRPr="006D400C" w:rsidRDefault="00A1422A">
      <w:pPr>
        <w:pStyle w:val="aff2"/>
        <w:spacing w:before="20" w:line="324" w:lineRule="auto"/>
        <w:ind w:left="200"/>
        <w:rPr>
          <w:color w:val="0070C0"/>
          <w:lang w:eastAsia="ko-KR"/>
        </w:rPr>
      </w:pPr>
      <w:r w:rsidRPr="006D400C">
        <w:rPr>
          <w:color w:val="0070C0"/>
          <w:lang w:eastAsia="ko-KR"/>
        </w:rPr>
        <w:t xml:space="preserve"> 나.  개찰일시 및 </w:t>
      </w:r>
      <w:proofErr w:type="gramStart"/>
      <w:r w:rsidRPr="006D400C">
        <w:rPr>
          <w:color w:val="0070C0"/>
          <w:lang w:eastAsia="ko-KR"/>
        </w:rPr>
        <w:t>장소 :</w:t>
      </w:r>
      <w:proofErr w:type="gramEnd"/>
      <w:r w:rsidRPr="006D400C">
        <w:rPr>
          <w:color w:val="0070C0"/>
          <w:lang w:eastAsia="ko-KR"/>
        </w:rPr>
        <w:t xml:space="preserve"> </w:t>
      </w:r>
      <w:r w:rsidR="00B422B2" w:rsidRPr="006D400C">
        <w:rPr>
          <w:color w:val="0070C0"/>
          <w:lang w:eastAsia="ko-KR"/>
        </w:rPr>
        <w:t xml:space="preserve"> 2026년 11월  9</w:t>
      </w:r>
      <w:r w:rsidR="00B422B2">
        <w:rPr>
          <w:color w:val="0070C0"/>
          <w:lang w:eastAsia="ko-KR"/>
        </w:rPr>
        <w:t xml:space="preserve"> </w:t>
      </w:r>
      <w:r w:rsidR="00B422B2" w:rsidRPr="006D400C">
        <w:rPr>
          <w:color w:val="0070C0"/>
          <w:lang w:eastAsia="ko-KR"/>
        </w:rPr>
        <w:t>일</w:t>
      </w:r>
      <w:r w:rsidR="00B422B2">
        <w:rPr>
          <w:rFonts w:eastAsia="맑은 고딕" w:hint="eastAsia"/>
          <w:color w:val="0070C0"/>
          <w:lang w:eastAsia="ko-KR"/>
        </w:rPr>
        <w:t xml:space="preserve"> </w:t>
      </w:r>
      <w:r w:rsidR="00B422B2" w:rsidRPr="006D400C">
        <w:rPr>
          <w:color w:val="0070C0"/>
          <w:lang w:eastAsia="ko-KR"/>
        </w:rPr>
        <w:t>(</w:t>
      </w:r>
      <w:r w:rsidR="00B422B2" w:rsidRPr="006D400C">
        <w:rPr>
          <w:rFonts w:eastAsia="맑은 고딕" w:hint="eastAsia"/>
          <w:color w:val="0070C0"/>
          <w:lang w:eastAsia="ko-KR"/>
        </w:rPr>
        <w:t>월</w:t>
      </w:r>
      <w:r w:rsidR="00B422B2" w:rsidRPr="006D400C">
        <w:rPr>
          <w:color w:val="0070C0"/>
          <w:lang w:eastAsia="ko-KR"/>
        </w:rPr>
        <w:t>) 1</w:t>
      </w:r>
      <w:r w:rsidR="00B422B2">
        <w:rPr>
          <w:color w:val="0070C0"/>
          <w:lang w:eastAsia="ko-KR"/>
        </w:rPr>
        <w:t xml:space="preserve">3 </w:t>
      </w:r>
      <w:r w:rsidR="00B422B2" w:rsidRPr="006D400C">
        <w:rPr>
          <w:color w:val="0070C0"/>
          <w:lang w:eastAsia="ko-KR"/>
        </w:rPr>
        <w:t>시</w:t>
      </w:r>
      <w:r w:rsidR="00B422B2" w:rsidRPr="006D400C">
        <w:rPr>
          <w:color w:val="0070C0"/>
          <w:lang w:eastAsia="ko-KR"/>
        </w:rPr>
        <w:t xml:space="preserve"> </w:t>
      </w:r>
      <w:r w:rsidRPr="006D400C">
        <w:rPr>
          <w:color w:val="0070C0"/>
          <w:lang w:eastAsia="ko-KR"/>
        </w:rPr>
        <w:t>이후 관리사무소 담당자PC</w:t>
      </w:r>
    </w:p>
    <w:p w:rsidR="002A0911" w:rsidRPr="006D400C" w:rsidRDefault="00A1422A">
      <w:pPr>
        <w:pStyle w:val="aff2"/>
        <w:spacing w:before="20" w:line="324" w:lineRule="auto"/>
        <w:ind w:left="200"/>
        <w:rPr>
          <w:b/>
          <w:color w:val="0070C0"/>
          <w:lang w:eastAsia="ko-KR"/>
        </w:rPr>
      </w:pPr>
      <w:r w:rsidRPr="006D400C">
        <w:rPr>
          <w:color w:val="0070C0"/>
          <w:lang w:eastAsia="ko-KR"/>
        </w:rPr>
        <w:t xml:space="preserve">                               </w:t>
      </w:r>
      <w:proofErr w:type="gramStart"/>
      <w:r w:rsidRPr="006D400C">
        <w:rPr>
          <w:color w:val="0070C0"/>
          <w:lang w:eastAsia="ko-KR"/>
        </w:rPr>
        <w:t>( 당아파트</w:t>
      </w:r>
      <w:proofErr w:type="gramEnd"/>
      <w:r w:rsidRPr="006D400C">
        <w:rPr>
          <w:color w:val="0070C0"/>
          <w:lang w:eastAsia="ko-KR"/>
        </w:rPr>
        <w:t xml:space="preserve"> 입주자대표회의 사정으로 일정은 변경</w:t>
      </w:r>
      <w:r w:rsidR="006D400C" w:rsidRPr="006D400C">
        <w:rPr>
          <w:rFonts w:hint="eastAsia"/>
          <w:color w:val="0070C0"/>
          <w:lang w:eastAsia="ko-KR"/>
        </w:rPr>
        <w:t>될</w:t>
      </w:r>
      <w:r w:rsidRPr="006D400C">
        <w:rPr>
          <w:color w:val="0070C0"/>
          <w:lang w:eastAsia="ko-KR"/>
        </w:rPr>
        <w:t xml:space="preserve"> 수 있음)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9. </w:t>
      </w:r>
      <w:r>
        <w:rPr>
          <w:b/>
          <w:lang w:eastAsia="ko-KR"/>
        </w:rPr>
        <w:t>사업자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선정방법</w:t>
      </w:r>
      <w:r>
        <w:rPr>
          <w:b/>
          <w:lang w:eastAsia="ko-KR"/>
        </w:rPr>
        <w:t xml:space="preserve"> : </w:t>
      </w:r>
      <w:r>
        <w:rPr>
          <w:b/>
          <w:lang w:eastAsia="ko-KR"/>
        </w:rPr>
        <w:t>국토교통부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고시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제</w:t>
      </w:r>
      <w:r>
        <w:rPr>
          <w:b/>
          <w:lang w:eastAsia="ko-KR"/>
        </w:rPr>
        <w:t>2024-196</w:t>
      </w:r>
      <w:r>
        <w:rPr>
          <w:b/>
          <w:lang w:eastAsia="ko-KR"/>
        </w:rPr>
        <w:t>호에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의거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적격업체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선정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통보</w:t>
      </w:r>
      <w:r>
        <w:rPr>
          <w:b/>
          <w:lang w:eastAsia="ko-KR"/>
        </w:rPr>
        <w:t>.</w:t>
      </w:r>
    </w:p>
    <w:p w:rsidR="002A0911" w:rsidRDefault="00A1422A">
      <w:pPr>
        <w:spacing w:after="80" w:line="288" w:lineRule="auto"/>
        <w:rPr>
          <w:lang w:eastAsia="ko-KR"/>
        </w:rPr>
      </w:pPr>
      <w:r>
        <w:rPr>
          <w:b/>
          <w:lang w:eastAsia="ko-KR"/>
        </w:rPr>
        <w:t xml:space="preserve">10. </w:t>
      </w:r>
      <w:r>
        <w:rPr>
          <w:b/>
          <w:lang w:eastAsia="ko-KR"/>
        </w:rPr>
        <w:t>유의사항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제출서류는</w:t>
      </w:r>
      <w:r>
        <w:rPr>
          <w:lang w:eastAsia="ko-KR"/>
        </w:rPr>
        <w:t xml:space="preserve"> </w:t>
      </w:r>
      <w:r>
        <w:rPr>
          <w:lang w:eastAsia="ko-KR"/>
        </w:rPr>
        <w:t>일체</w:t>
      </w:r>
      <w:r>
        <w:rPr>
          <w:lang w:eastAsia="ko-KR"/>
        </w:rPr>
        <w:t xml:space="preserve"> </w:t>
      </w:r>
      <w:r>
        <w:rPr>
          <w:lang w:eastAsia="ko-KR"/>
        </w:rPr>
        <w:t>반환하지</w:t>
      </w:r>
      <w:r>
        <w:rPr>
          <w:lang w:eastAsia="ko-KR"/>
        </w:rPr>
        <w:t xml:space="preserve"> </w:t>
      </w:r>
      <w:r>
        <w:rPr>
          <w:lang w:eastAsia="ko-KR"/>
        </w:rPr>
        <w:t>않으며</w:t>
      </w:r>
      <w:r>
        <w:rPr>
          <w:lang w:eastAsia="ko-KR"/>
        </w:rPr>
        <w:t xml:space="preserve">, </w:t>
      </w:r>
      <w:r>
        <w:rPr>
          <w:lang w:eastAsia="ko-KR"/>
        </w:rPr>
        <w:t>제출서류에</w:t>
      </w:r>
      <w:r>
        <w:rPr>
          <w:lang w:eastAsia="ko-KR"/>
        </w:rPr>
        <w:t xml:space="preserve"> </w:t>
      </w:r>
      <w:r>
        <w:rPr>
          <w:lang w:eastAsia="ko-KR"/>
        </w:rPr>
        <w:t>허위나</w:t>
      </w:r>
      <w:r>
        <w:rPr>
          <w:lang w:eastAsia="ko-KR"/>
        </w:rPr>
        <w:t xml:space="preserve"> </w:t>
      </w:r>
      <w:r>
        <w:rPr>
          <w:lang w:eastAsia="ko-KR"/>
        </w:rPr>
        <w:t>하자사항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담합사실이</w:t>
      </w:r>
      <w:r>
        <w:rPr>
          <w:lang w:eastAsia="ko-KR"/>
        </w:rPr>
        <w:t xml:space="preserve"> </w:t>
      </w:r>
      <w:r>
        <w:rPr>
          <w:lang w:eastAsia="ko-KR"/>
        </w:rPr>
        <w:t>있을</w:t>
      </w:r>
      <w:r>
        <w:rPr>
          <w:lang w:eastAsia="ko-KR"/>
        </w:rPr>
        <w:t xml:space="preserve"> </w:t>
      </w:r>
      <w:r>
        <w:rPr>
          <w:lang w:eastAsia="ko-KR"/>
        </w:rPr>
        <w:t>시는</w:t>
      </w:r>
      <w:r>
        <w:rPr>
          <w:lang w:eastAsia="ko-KR"/>
        </w:rPr>
        <w:t xml:space="preserve"> </w:t>
      </w:r>
      <w:r>
        <w:rPr>
          <w:lang w:eastAsia="ko-KR"/>
        </w:rPr>
        <w:t>업체결정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후라도</w:t>
      </w:r>
      <w:r>
        <w:rPr>
          <w:lang w:eastAsia="ko-KR"/>
        </w:rPr>
        <w:t xml:space="preserve"> </w:t>
      </w:r>
      <w:r>
        <w:rPr>
          <w:lang w:eastAsia="ko-KR"/>
        </w:rPr>
        <w:t>무효</w:t>
      </w:r>
      <w:r>
        <w:rPr>
          <w:lang w:eastAsia="ko-KR"/>
        </w:rPr>
        <w:t xml:space="preserve"> </w:t>
      </w:r>
      <w:r>
        <w:rPr>
          <w:lang w:eastAsia="ko-KR"/>
        </w:rPr>
        <w:t>처리하며</w:t>
      </w:r>
      <w:r>
        <w:rPr>
          <w:lang w:eastAsia="ko-KR"/>
        </w:rPr>
        <w:t xml:space="preserve"> </w:t>
      </w:r>
      <w:r>
        <w:rPr>
          <w:lang w:eastAsia="ko-KR"/>
        </w:rPr>
        <w:t>계약보증금은</w:t>
      </w:r>
      <w:r>
        <w:rPr>
          <w:lang w:eastAsia="ko-KR"/>
        </w:rPr>
        <w:t xml:space="preserve"> </w:t>
      </w:r>
      <w:r>
        <w:rPr>
          <w:lang w:eastAsia="ko-KR"/>
        </w:rPr>
        <w:t>당</w:t>
      </w:r>
      <w:r>
        <w:rPr>
          <w:lang w:eastAsia="ko-KR"/>
        </w:rPr>
        <w:t xml:space="preserve"> </w:t>
      </w:r>
      <w:r>
        <w:rPr>
          <w:lang w:eastAsia="ko-KR"/>
        </w:rPr>
        <w:t>아파트로</w:t>
      </w:r>
      <w:r>
        <w:rPr>
          <w:lang w:eastAsia="ko-KR"/>
        </w:rPr>
        <w:t xml:space="preserve"> </w:t>
      </w:r>
      <w:r>
        <w:rPr>
          <w:lang w:eastAsia="ko-KR"/>
        </w:rPr>
        <w:t>귀속시킨다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lastRenderedPageBreak/>
        <w:t>나</w:t>
      </w:r>
      <w:r>
        <w:rPr>
          <w:lang w:eastAsia="ko-KR"/>
        </w:rPr>
        <w:t xml:space="preserve">. </w:t>
      </w:r>
      <w:r>
        <w:rPr>
          <w:lang w:eastAsia="ko-KR"/>
        </w:rPr>
        <w:t>공고된</w:t>
      </w:r>
      <w:r>
        <w:rPr>
          <w:lang w:eastAsia="ko-KR"/>
        </w:rPr>
        <w:t xml:space="preserve"> </w:t>
      </w:r>
      <w:r>
        <w:rPr>
          <w:lang w:eastAsia="ko-KR"/>
        </w:rPr>
        <w:t>내용이</w:t>
      </w:r>
      <w:r>
        <w:rPr>
          <w:lang w:eastAsia="ko-KR"/>
        </w:rPr>
        <w:t xml:space="preserve"> </w:t>
      </w:r>
      <w:r>
        <w:rPr>
          <w:lang w:eastAsia="ko-KR"/>
        </w:rPr>
        <w:t>공동주택관리법령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국토교통부고시와</w:t>
      </w:r>
      <w:r>
        <w:rPr>
          <w:lang w:eastAsia="ko-KR"/>
        </w:rPr>
        <w:t xml:space="preserve"> </w:t>
      </w:r>
      <w:r>
        <w:rPr>
          <w:lang w:eastAsia="ko-KR"/>
        </w:rPr>
        <w:t>다를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공동주택관리법령과</w:t>
      </w:r>
      <w:r>
        <w:rPr>
          <w:lang w:eastAsia="ko-KR"/>
        </w:rPr>
        <w:t xml:space="preserve"> </w:t>
      </w:r>
      <w:r>
        <w:rPr>
          <w:lang w:eastAsia="ko-KR"/>
        </w:rPr>
        <w:t>국토교통부</w:t>
      </w:r>
      <w:r>
        <w:rPr>
          <w:lang w:eastAsia="ko-KR"/>
        </w:rPr>
        <w:t xml:space="preserve"> </w:t>
      </w:r>
      <w:r>
        <w:rPr>
          <w:lang w:eastAsia="ko-KR"/>
        </w:rPr>
        <w:t>고시를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적용하며</w:t>
      </w:r>
      <w:r>
        <w:rPr>
          <w:lang w:eastAsia="ko-KR"/>
        </w:rPr>
        <w:t xml:space="preserve">, </w:t>
      </w:r>
      <w:r>
        <w:rPr>
          <w:lang w:eastAsia="ko-KR"/>
        </w:rPr>
        <w:t>입찰에</w:t>
      </w:r>
      <w:r>
        <w:rPr>
          <w:lang w:eastAsia="ko-KR"/>
        </w:rPr>
        <w:t xml:space="preserve"> </w:t>
      </w:r>
      <w:r>
        <w:rPr>
          <w:lang w:eastAsia="ko-KR"/>
        </w:rPr>
        <w:t>관련한</w:t>
      </w:r>
      <w:r>
        <w:rPr>
          <w:lang w:eastAsia="ko-KR"/>
        </w:rPr>
        <w:t xml:space="preserve"> </w:t>
      </w:r>
      <w:r>
        <w:rPr>
          <w:lang w:eastAsia="ko-KR"/>
        </w:rPr>
        <w:t>입주자대표회의</w:t>
      </w:r>
      <w:r>
        <w:rPr>
          <w:lang w:eastAsia="ko-KR"/>
        </w:rPr>
        <w:t xml:space="preserve"> </w:t>
      </w:r>
      <w:r>
        <w:rPr>
          <w:lang w:eastAsia="ko-KR"/>
        </w:rPr>
        <w:t>결정에</w:t>
      </w:r>
      <w:r>
        <w:rPr>
          <w:lang w:eastAsia="ko-KR"/>
        </w:rPr>
        <w:t xml:space="preserve">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이의도</w:t>
      </w:r>
      <w:r>
        <w:rPr>
          <w:lang w:eastAsia="ko-KR"/>
        </w:rPr>
        <w:t xml:space="preserve"> </w:t>
      </w:r>
      <w:r>
        <w:rPr>
          <w:lang w:eastAsia="ko-KR"/>
        </w:rPr>
        <w:t>제기할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소요물량산출과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  <w:r>
        <w:rPr>
          <w:lang w:eastAsia="ko-KR"/>
        </w:rPr>
        <w:t xml:space="preserve"> </w:t>
      </w:r>
      <w:r>
        <w:rPr>
          <w:lang w:eastAsia="ko-KR"/>
        </w:rPr>
        <w:t>미숙지로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r>
        <w:rPr>
          <w:lang w:eastAsia="ko-KR"/>
        </w:rPr>
        <w:t>물량</w:t>
      </w:r>
      <w:r>
        <w:rPr>
          <w:lang w:eastAsia="ko-KR"/>
        </w:rPr>
        <w:t xml:space="preserve"> </w:t>
      </w:r>
      <w:r>
        <w:rPr>
          <w:lang w:eastAsia="ko-KR"/>
        </w:rPr>
        <w:t>착오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불일치의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업체에게</w:t>
      </w:r>
      <w:r>
        <w:rPr>
          <w:lang w:eastAsia="ko-KR"/>
        </w:rPr>
        <w:t xml:space="preserve"> </w:t>
      </w:r>
      <w:r>
        <w:rPr>
          <w:lang w:eastAsia="ko-KR"/>
        </w:rPr>
        <w:t>있음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낙찰자는</w:t>
      </w:r>
      <w:r>
        <w:rPr>
          <w:lang w:eastAsia="ko-KR"/>
        </w:rPr>
        <w:t xml:space="preserve"> </w:t>
      </w:r>
      <w:r>
        <w:rPr>
          <w:lang w:eastAsia="ko-KR"/>
        </w:rPr>
        <w:t>공사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입주민</w:t>
      </w:r>
      <w:r>
        <w:rPr>
          <w:lang w:eastAsia="ko-KR"/>
        </w:rPr>
        <w:t xml:space="preserve"> </w:t>
      </w:r>
      <w:r>
        <w:rPr>
          <w:lang w:eastAsia="ko-KR"/>
        </w:rPr>
        <w:t>불편을</w:t>
      </w:r>
      <w:r>
        <w:rPr>
          <w:lang w:eastAsia="ko-KR"/>
        </w:rPr>
        <w:t xml:space="preserve"> </w:t>
      </w:r>
      <w:r>
        <w:rPr>
          <w:lang w:eastAsia="ko-KR"/>
        </w:rPr>
        <w:t>최소화하는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최선을</w:t>
      </w:r>
      <w:r>
        <w:rPr>
          <w:lang w:eastAsia="ko-KR"/>
        </w:rPr>
        <w:t xml:space="preserve"> </w:t>
      </w:r>
      <w:r>
        <w:rPr>
          <w:lang w:eastAsia="ko-KR"/>
        </w:rPr>
        <w:t>다해야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안전사고</w:t>
      </w:r>
      <w:r>
        <w:rPr>
          <w:lang w:eastAsia="ko-KR"/>
        </w:rPr>
        <w:t xml:space="preserve"> </w:t>
      </w:r>
      <w:r>
        <w:rPr>
          <w:lang w:eastAsia="ko-KR"/>
        </w:rPr>
        <w:t>발생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낙찰자에게</w:t>
      </w:r>
      <w:r>
        <w:rPr>
          <w:lang w:eastAsia="ko-KR"/>
        </w:rPr>
        <w:t xml:space="preserve"> </w:t>
      </w:r>
      <w:r>
        <w:rPr>
          <w:lang w:eastAsia="ko-KR"/>
        </w:rPr>
        <w:t>있다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마</w:t>
      </w:r>
      <w:r>
        <w:rPr>
          <w:lang w:eastAsia="ko-KR"/>
        </w:rPr>
        <w:t xml:space="preserve">. </w:t>
      </w:r>
      <w:r>
        <w:rPr>
          <w:lang w:eastAsia="ko-KR"/>
        </w:rPr>
        <w:t>입찰자는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공사에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사항을</w:t>
      </w:r>
      <w:r>
        <w:rPr>
          <w:lang w:eastAsia="ko-KR"/>
        </w:rPr>
        <w:t xml:space="preserve"> </w:t>
      </w:r>
      <w:r>
        <w:rPr>
          <w:lang w:eastAsia="ko-KR"/>
        </w:rPr>
        <w:t>숙지하고</w:t>
      </w:r>
      <w:r>
        <w:rPr>
          <w:lang w:eastAsia="ko-KR"/>
        </w:rPr>
        <w:t xml:space="preserve"> </w:t>
      </w:r>
      <w:r>
        <w:rPr>
          <w:lang w:eastAsia="ko-KR"/>
        </w:rPr>
        <w:t>입찰에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하여야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 </w:t>
      </w:r>
      <w:r>
        <w:rPr>
          <w:lang w:eastAsia="ko-KR"/>
        </w:rPr>
        <w:t>업체선정</w:t>
      </w:r>
      <w:r>
        <w:rPr>
          <w:lang w:eastAsia="ko-KR"/>
        </w:rPr>
        <w:t xml:space="preserve"> </w:t>
      </w:r>
      <w:r>
        <w:rPr>
          <w:lang w:eastAsia="ko-KR"/>
        </w:rPr>
        <w:t>결과에</w:t>
      </w:r>
      <w:r>
        <w:rPr>
          <w:lang w:eastAsia="ko-KR"/>
        </w:rPr>
        <w:t xml:space="preserve"> </w:t>
      </w:r>
      <w:r>
        <w:rPr>
          <w:lang w:eastAsia="ko-KR"/>
        </w:rPr>
        <w:t>대해서는</w:t>
      </w:r>
      <w:r>
        <w:rPr>
          <w:lang w:eastAsia="ko-KR"/>
        </w:rPr>
        <w:t xml:space="preserve">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이의도</w:t>
      </w:r>
      <w:r>
        <w:rPr>
          <w:lang w:eastAsia="ko-KR"/>
        </w:rPr>
        <w:t xml:space="preserve"> </w:t>
      </w:r>
      <w:r>
        <w:rPr>
          <w:lang w:eastAsia="ko-KR"/>
        </w:rPr>
        <w:t>제기할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rFonts w:eastAsia="맑은 고딕"/>
          <w:lang w:eastAsia="ko-KR"/>
        </w:rPr>
      </w:pPr>
      <w:r>
        <w:rPr>
          <w:lang w:eastAsia="ko-KR"/>
        </w:rPr>
        <w:t>바</w:t>
      </w:r>
      <w:r>
        <w:rPr>
          <w:lang w:eastAsia="ko-KR"/>
        </w:rPr>
        <w:t xml:space="preserve">. </w:t>
      </w:r>
      <w:r>
        <w:rPr>
          <w:lang w:eastAsia="ko-KR"/>
        </w:rPr>
        <w:t>입찰서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산출내역서</w:t>
      </w:r>
      <w:r>
        <w:rPr>
          <w:lang w:eastAsia="ko-KR"/>
        </w:rPr>
        <w:t xml:space="preserve"> </w:t>
      </w:r>
      <w:r>
        <w:rPr>
          <w:lang w:eastAsia="ko-KR"/>
        </w:rPr>
        <w:t>작성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4</w:t>
      </w:r>
      <w:r>
        <w:rPr>
          <w:lang w:eastAsia="ko-KR"/>
        </w:rPr>
        <w:t>대보험료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산업안전보건법에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산업안전보건관리비를</w:t>
      </w:r>
      <w:r>
        <w:rPr>
          <w:lang w:eastAsia="ko-KR"/>
        </w:rPr>
        <w:t xml:space="preserve"> </w:t>
      </w:r>
      <w:r>
        <w:rPr>
          <w:lang w:eastAsia="ko-KR"/>
        </w:rPr>
        <w:t>계상하고</w:t>
      </w:r>
      <w:r>
        <w:rPr>
          <w:lang w:eastAsia="ko-KR"/>
        </w:rPr>
        <w:t xml:space="preserve"> </w:t>
      </w:r>
      <w:r>
        <w:rPr>
          <w:lang w:eastAsia="ko-KR"/>
        </w:rPr>
        <w:t>세부</w:t>
      </w:r>
      <w:r>
        <w:rPr>
          <w:lang w:eastAsia="ko-KR"/>
        </w:rPr>
        <w:t xml:space="preserve"> </w:t>
      </w:r>
      <w:r>
        <w:rPr>
          <w:lang w:eastAsia="ko-KR"/>
        </w:rPr>
        <w:t>산출내역서에</w:t>
      </w:r>
      <w:r>
        <w:rPr>
          <w:lang w:eastAsia="ko-KR"/>
        </w:rPr>
        <w:t xml:space="preserve"> </w:t>
      </w:r>
      <w:r>
        <w:rPr>
          <w:lang w:eastAsia="ko-KR"/>
        </w:rPr>
        <w:t>반드시</w:t>
      </w:r>
      <w:r>
        <w:rPr>
          <w:lang w:eastAsia="ko-KR"/>
        </w:rPr>
        <w:t xml:space="preserve"> </w:t>
      </w:r>
      <w:r>
        <w:rPr>
          <w:lang w:eastAsia="ko-KR"/>
        </w:rPr>
        <w:t>명시하여</w:t>
      </w:r>
      <w:r>
        <w:rPr>
          <w:lang w:eastAsia="ko-KR"/>
        </w:rPr>
        <w:t xml:space="preserve"> </w:t>
      </w:r>
      <w:r>
        <w:rPr>
          <w:lang w:eastAsia="ko-KR"/>
        </w:rPr>
        <w:t>제출하여야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목적으로</w:t>
      </w:r>
      <w:r>
        <w:rPr>
          <w:lang w:eastAsia="ko-KR"/>
        </w:rPr>
        <w:t xml:space="preserve"> </w:t>
      </w:r>
      <w:r>
        <w:rPr>
          <w:lang w:eastAsia="ko-KR"/>
        </w:rPr>
        <w:t>사용하거나</w:t>
      </w:r>
      <w:r>
        <w:rPr>
          <w:lang w:eastAsia="ko-KR"/>
        </w:rPr>
        <w:t xml:space="preserve"> </w:t>
      </w:r>
      <w:r>
        <w:rPr>
          <w:lang w:eastAsia="ko-KR"/>
        </w:rPr>
        <w:t>사용하지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산업안전</w:t>
      </w:r>
      <w:r>
        <w:rPr>
          <w:lang w:eastAsia="ko-KR"/>
        </w:rPr>
        <w:t xml:space="preserve"> </w:t>
      </w:r>
      <w:r>
        <w:rPr>
          <w:lang w:eastAsia="ko-KR"/>
        </w:rPr>
        <w:t>보건관리비에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계약금액에서</w:t>
      </w:r>
      <w:r>
        <w:rPr>
          <w:lang w:eastAsia="ko-KR"/>
        </w:rPr>
        <w:t xml:space="preserve"> </w:t>
      </w:r>
      <w:r>
        <w:rPr>
          <w:lang w:eastAsia="ko-KR"/>
        </w:rPr>
        <w:t>조정하거나</w:t>
      </w:r>
      <w:r>
        <w:rPr>
          <w:lang w:eastAsia="ko-KR"/>
        </w:rPr>
        <w:t xml:space="preserve"> </w:t>
      </w:r>
      <w:r>
        <w:rPr>
          <w:lang w:eastAsia="ko-KR"/>
        </w:rPr>
        <w:t>반환을</w:t>
      </w:r>
      <w:r>
        <w:rPr>
          <w:lang w:eastAsia="ko-KR"/>
        </w:rPr>
        <w:t xml:space="preserve"> </w:t>
      </w:r>
      <w:r>
        <w:rPr>
          <w:lang w:eastAsia="ko-KR"/>
        </w:rPr>
        <w:t>요구할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사</w:t>
      </w:r>
      <w:r>
        <w:rPr>
          <w:lang w:eastAsia="ko-KR"/>
        </w:rPr>
        <w:t xml:space="preserve">. </w:t>
      </w:r>
      <w:r>
        <w:rPr>
          <w:lang w:eastAsia="ko-KR"/>
        </w:rPr>
        <w:t>낙찰자는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계약을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자에게</w:t>
      </w:r>
      <w:r>
        <w:rPr>
          <w:lang w:eastAsia="ko-KR"/>
        </w:rPr>
        <w:t xml:space="preserve"> </w:t>
      </w:r>
      <w:r>
        <w:rPr>
          <w:lang w:eastAsia="ko-KR"/>
        </w:rPr>
        <w:t>담보로</w:t>
      </w:r>
      <w:r>
        <w:rPr>
          <w:lang w:eastAsia="ko-KR"/>
        </w:rPr>
        <w:t xml:space="preserve"> </w:t>
      </w:r>
      <w:r>
        <w:rPr>
          <w:lang w:eastAsia="ko-KR"/>
        </w:rPr>
        <w:t>제공할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없으며</w:t>
      </w:r>
      <w:r>
        <w:rPr>
          <w:lang w:eastAsia="ko-KR"/>
        </w:rPr>
        <w:t xml:space="preserve">, </w:t>
      </w:r>
      <w:r>
        <w:rPr>
          <w:lang w:eastAsia="ko-KR"/>
        </w:rPr>
        <w:t>낙찰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반입된</w:t>
      </w:r>
      <w:r>
        <w:rPr>
          <w:lang w:eastAsia="ko-KR"/>
        </w:rPr>
        <w:t xml:space="preserve"> </w:t>
      </w:r>
      <w:r>
        <w:rPr>
          <w:lang w:eastAsia="ko-KR"/>
        </w:rPr>
        <w:t>자재는</w:t>
      </w:r>
      <w:r>
        <w:rPr>
          <w:lang w:eastAsia="ko-KR"/>
        </w:rPr>
        <w:t xml:space="preserve"> </w:t>
      </w:r>
      <w:r>
        <w:rPr>
          <w:lang w:eastAsia="ko-KR"/>
        </w:rPr>
        <w:t>반출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아</w:t>
      </w:r>
      <w:r>
        <w:rPr>
          <w:lang w:eastAsia="ko-KR"/>
        </w:rPr>
        <w:t xml:space="preserve">. </w:t>
      </w:r>
      <w:r>
        <w:rPr>
          <w:lang w:eastAsia="ko-KR"/>
        </w:rPr>
        <w:t>낙찰업체는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당일</w:t>
      </w:r>
      <w:r>
        <w:rPr>
          <w:lang w:eastAsia="ko-KR"/>
        </w:rPr>
        <w:t xml:space="preserve"> </w:t>
      </w:r>
      <w:r>
        <w:rPr>
          <w:lang w:eastAsia="ko-KR"/>
        </w:rPr>
        <w:t>계약이행보증금</w:t>
      </w:r>
      <w:r>
        <w:rPr>
          <w:lang w:eastAsia="ko-KR"/>
        </w:rPr>
        <w:t>(</w:t>
      </w:r>
      <w:r>
        <w:rPr>
          <w:lang w:eastAsia="ko-KR"/>
        </w:rPr>
        <w:t>계약금액</w:t>
      </w:r>
      <w:r>
        <w:rPr>
          <w:lang w:eastAsia="ko-KR"/>
        </w:rPr>
        <w:t xml:space="preserve"> 10%) </w:t>
      </w:r>
      <w:r>
        <w:rPr>
          <w:lang w:eastAsia="ko-KR"/>
        </w:rPr>
        <w:t>제출해야하며</w:t>
      </w:r>
      <w:r>
        <w:rPr>
          <w:lang w:eastAsia="ko-KR"/>
        </w:rPr>
        <w:t xml:space="preserve">, </w:t>
      </w:r>
      <w:r>
        <w:rPr>
          <w:lang w:eastAsia="ko-KR"/>
        </w:rPr>
        <w:t>하자보수이행기간은</w:t>
      </w:r>
      <w:r>
        <w:rPr>
          <w:lang w:eastAsia="ko-KR"/>
        </w:rPr>
        <w:t xml:space="preserve"> </w:t>
      </w:r>
      <w:r>
        <w:rPr>
          <w:lang w:eastAsia="ko-KR"/>
        </w:rPr>
        <w:t>준공일로부터</w:t>
      </w:r>
      <w:r>
        <w:rPr>
          <w:lang w:eastAsia="ko-KR"/>
        </w:rPr>
        <w:t xml:space="preserve"> 3</w:t>
      </w:r>
      <w:r>
        <w:rPr>
          <w:lang w:eastAsia="ko-KR"/>
        </w:rPr>
        <w:t>년으로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자</w:t>
      </w:r>
      <w:r>
        <w:rPr>
          <w:lang w:eastAsia="ko-KR"/>
        </w:rPr>
        <w:t xml:space="preserve">. </w:t>
      </w:r>
      <w:r>
        <w:rPr>
          <w:lang w:eastAsia="ko-KR"/>
        </w:rPr>
        <w:t>도시가스</w:t>
      </w:r>
      <w:r>
        <w:rPr>
          <w:lang w:eastAsia="ko-KR"/>
        </w:rPr>
        <w:t xml:space="preserve"> </w:t>
      </w:r>
      <w:r>
        <w:rPr>
          <w:lang w:eastAsia="ko-KR"/>
        </w:rPr>
        <w:t>공급사와</w:t>
      </w:r>
      <w:r>
        <w:rPr>
          <w:lang w:eastAsia="ko-KR"/>
        </w:rPr>
        <w:t xml:space="preserve"> </w:t>
      </w:r>
      <w:r>
        <w:rPr>
          <w:lang w:eastAsia="ko-KR"/>
        </w:rPr>
        <w:t>한국가스안전공사</w:t>
      </w:r>
      <w:r>
        <w:rPr>
          <w:lang w:eastAsia="ko-KR"/>
        </w:rPr>
        <w:t xml:space="preserve">, </w:t>
      </w:r>
      <w:r>
        <w:rPr>
          <w:lang w:eastAsia="ko-KR"/>
        </w:rPr>
        <w:t>안전검사</w:t>
      </w:r>
      <w:r>
        <w:rPr>
          <w:lang w:eastAsia="ko-KR"/>
        </w:rPr>
        <w:t xml:space="preserve"> </w:t>
      </w:r>
      <w:r>
        <w:rPr>
          <w:lang w:eastAsia="ko-KR"/>
        </w:rPr>
        <w:t>합격을</w:t>
      </w:r>
      <w:r>
        <w:rPr>
          <w:lang w:eastAsia="ko-KR"/>
        </w:rPr>
        <w:t xml:space="preserve"> </w:t>
      </w:r>
      <w:r>
        <w:rPr>
          <w:lang w:eastAsia="ko-KR"/>
        </w:rPr>
        <w:t>조건으로</w:t>
      </w:r>
      <w:r>
        <w:rPr>
          <w:lang w:eastAsia="ko-KR"/>
        </w:rPr>
        <w:t xml:space="preserve"> </w:t>
      </w:r>
      <w:r>
        <w:rPr>
          <w:lang w:eastAsia="ko-KR"/>
        </w:rPr>
        <w:t>공사를</w:t>
      </w:r>
      <w:r>
        <w:rPr>
          <w:lang w:eastAsia="ko-KR"/>
        </w:rPr>
        <w:t xml:space="preserve"> </w:t>
      </w:r>
      <w:r>
        <w:rPr>
          <w:lang w:eastAsia="ko-KR"/>
        </w:rPr>
        <w:t>하여야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차</w:t>
      </w:r>
      <w:r>
        <w:rPr>
          <w:lang w:eastAsia="ko-KR"/>
        </w:rPr>
        <w:t xml:space="preserve">. </w:t>
      </w:r>
      <w:r>
        <w:rPr>
          <w:lang w:eastAsia="ko-KR"/>
        </w:rPr>
        <w:t>무효로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입찰이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전화</w:t>
      </w:r>
      <w:r>
        <w:rPr>
          <w:lang w:eastAsia="ko-KR"/>
        </w:rPr>
        <w:t xml:space="preserve">, </w:t>
      </w:r>
      <w:r>
        <w:rPr>
          <w:lang w:eastAsia="ko-KR"/>
        </w:rPr>
        <w:t>팩스</w:t>
      </w:r>
      <w:r>
        <w:rPr>
          <w:lang w:eastAsia="ko-KR"/>
        </w:rPr>
        <w:t xml:space="preserve">, </w:t>
      </w:r>
      <w:r>
        <w:rPr>
          <w:lang w:eastAsia="ko-KR"/>
        </w:rPr>
        <w:t>문자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하나의</w:t>
      </w:r>
      <w:r>
        <w:rPr>
          <w:lang w:eastAsia="ko-KR"/>
        </w:rPr>
        <w:t xml:space="preserve"> </w:t>
      </w:r>
      <w:r>
        <w:rPr>
          <w:lang w:eastAsia="ko-KR"/>
        </w:rPr>
        <w:t>방법으로</w:t>
      </w:r>
      <w:r>
        <w:rPr>
          <w:lang w:eastAsia="ko-KR"/>
        </w:rPr>
        <w:t xml:space="preserve"> </w:t>
      </w:r>
      <w:r>
        <w:rPr>
          <w:lang w:eastAsia="ko-KR"/>
        </w:rPr>
        <w:t>알려준다</w:t>
      </w:r>
      <w:r>
        <w:rPr>
          <w:lang w:eastAsia="ko-KR"/>
        </w:rPr>
        <w:t>.</w:t>
      </w:r>
    </w:p>
    <w:p w:rsidR="002A0911" w:rsidRDefault="00A1422A">
      <w:pPr>
        <w:spacing w:after="80" w:line="288" w:lineRule="auto"/>
        <w:ind w:left="288"/>
        <w:rPr>
          <w:lang w:eastAsia="ko-KR"/>
        </w:rPr>
      </w:pPr>
      <w:r>
        <w:rPr>
          <w:lang w:eastAsia="ko-KR"/>
        </w:rPr>
        <w:t>카</w:t>
      </w:r>
      <w:r>
        <w:rPr>
          <w:lang w:eastAsia="ko-KR"/>
        </w:rPr>
        <w:t xml:space="preserve">.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명시되지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사항은</w:t>
      </w:r>
      <w:r>
        <w:rPr>
          <w:lang w:eastAsia="ko-KR"/>
        </w:rPr>
        <w:t xml:space="preserve"> </w:t>
      </w:r>
      <w:r>
        <w:rPr>
          <w:lang w:eastAsia="ko-KR"/>
        </w:rPr>
        <w:t>입주자대표회의</w:t>
      </w:r>
      <w:r>
        <w:rPr>
          <w:lang w:eastAsia="ko-KR"/>
        </w:rPr>
        <w:t xml:space="preserve"> </w:t>
      </w:r>
      <w:r>
        <w:rPr>
          <w:lang w:eastAsia="ko-KR"/>
        </w:rPr>
        <w:t>결정에</w:t>
      </w:r>
      <w:r>
        <w:rPr>
          <w:lang w:eastAsia="ko-KR"/>
        </w:rPr>
        <w:t xml:space="preserve"> </w:t>
      </w:r>
      <w:r>
        <w:rPr>
          <w:lang w:eastAsia="ko-KR"/>
        </w:rPr>
        <w:t>따르며</w:t>
      </w:r>
      <w:r>
        <w:rPr>
          <w:lang w:eastAsia="ko-KR"/>
        </w:rPr>
        <w:t xml:space="preserve">,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문의사항은</w:t>
      </w:r>
      <w:r>
        <w:rPr>
          <w:lang w:eastAsia="ko-KR"/>
        </w:rPr>
        <w:t xml:space="preserve"> </w:t>
      </w:r>
      <w:r>
        <w:rPr>
          <w:lang w:eastAsia="ko-KR"/>
        </w:rPr>
        <w:t>당</w:t>
      </w:r>
      <w:r>
        <w:rPr>
          <w:lang w:eastAsia="ko-KR"/>
        </w:rPr>
        <w:t xml:space="preserve"> </w:t>
      </w:r>
      <w:r>
        <w:rPr>
          <w:lang w:eastAsia="ko-KR"/>
        </w:rPr>
        <w:t>아파트</w:t>
      </w:r>
      <w:r>
        <w:rPr>
          <w:lang w:eastAsia="ko-KR"/>
        </w:rPr>
        <w:t xml:space="preserve"> </w:t>
      </w:r>
      <w:r>
        <w:rPr>
          <w:lang w:eastAsia="ko-KR"/>
        </w:rPr>
        <w:t>관리사무소</w:t>
      </w:r>
      <w:r>
        <w:rPr>
          <w:lang w:eastAsia="ko-KR"/>
        </w:rPr>
        <w:t xml:space="preserve"> ( 061-721-4120)</w:t>
      </w:r>
      <w:r>
        <w:rPr>
          <w:lang w:eastAsia="ko-KR"/>
        </w:rPr>
        <w:t>로</w:t>
      </w:r>
      <w:r>
        <w:rPr>
          <w:lang w:eastAsia="ko-KR"/>
        </w:rPr>
        <w:t xml:space="preserve"> </w:t>
      </w:r>
      <w:r>
        <w:rPr>
          <w:lang w:eastAsia="ko-KR"/>
        </w:rPr>
        <w:t>문의</w:t>
      </w:r>
      <w:r>
        <w:rPr>
          <w:lang w:eastAsia="ko-KR"/>
        </w:rPr>
        <w:t xml:space="preserve"> </w:t>
      </w:r>
      <w:r>
        <w:rPr>
          <w:lang w:eastAsia="ko-KR"/>
        </w:rPr>
        <w:t>바랍니다</w:t>
      </w:r>
      <w:r>
        <w:rPr>
          <w:lang w:eastAsia="ko-KR"/>
        </w:rPr>
        <w:t>.</w:t>
      </w:r>
    </w:p>
    <w:p w:rsidR="002A0911" w:rsidRDefault="002A0911">
      <w:pPr>
        <w:spacing w:after="80" w:line="288" w:lineRule="auto"/>
        <w:ind w:left="288"/>
        <w:rPr>
          <w:rFonts w:eastAsia="맑은 고딕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Default="002A0911">
      <w:pPr>
        <w:pStyle w:val="aff2"/>
        <w:rPr>
          <w:rFonts w:ascii="한컴바탕" w:eastAsia="한컴바탕" w:hint="eastAsia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Default="002A0911">
      <w:pPr>
        <w:pStyle w:val="aff2"/>
        <w:rPr>
          <w:rFonts w:ascii="한컴바탕" w:eastAsia="한컴바탕"/>
          <w:lang w:eastAsia="ko-KR"/>
        </w:rPr>
      </w:pPr>
    </w:p>
    <w:p w:rsidR="002A0911" w:rsidRPr="006D400C" w:rsidRDefault="00A1422A">
      <w:pPr>
        <w:spacing w:after="240" w:line="288" w:lineRule="auto"/>
        <w:jc w:val="center"/>
        <w:rPr>
          <w:color w:val="000000" w:themeColor="text1"/>
          <w:lang w:eastAsia="ko-KR"/>
        </w:rPr>
      </w:pPr>
      <w:r w:rsidRPr="006D400C">
        <w:rPr>
          <w:b/>
          <w:color w:val="000000" w:themeColor="text1"/>
          <w:lang w:eastAsia="ko-KR"/>
        </w:rPr>
        <w:t>2026</w:t>
      </w:r>
      <w:proofErr w:type="gramStart"/>
      <w:r w:rsidRPr="006D400C">
        <w:rPr>
          <w:b/>
          <w:color w:val="000000" w:themeColor="text1"/>
          <w:lang w:eastAsia="ko-KR"/>
        </w:rPr>
        <w:t>년</w:t>
      </w:r>
      <w:r w:rsidRPr="006D400C">
        <w:rPr>
          <w:b/>
          <w:color w:val="000000" w:themeColor="text1"/>
          <w:lang w:eastAsia="ko-KR"/>
        </w:rPr>
        <w:t xml:space="preserve">  10</w:t>
      </w:r>
      <w:proofErr w:type="gramEnd"/>
      <w:r w:rsidRPr="006D400C">
        <w:rPr>
          <w:b/>
          <w:color w:val="000000" w:themeColor="text1"/>
          <w:lang w:eastAsia="ko-KR"/>
        </w:rPr>
        <w:t>월</w:t>
      </w:r>
      <w:r w:rsidRPr="006D400C">
        <w:rPr>
          <w:b/>
          <w:color w:val="000000" w:themeColor="text1"/>
          <w:lang w:eastAsia="ko-KR"/>
        </w:rPr>
        <w:t xml:space="preserve">   2</w:t>
      </w:r>
      <w:r w:rsidR="006D400C" w:rsidRPr="006D400C">
        <w:rPr>
          <w:b/>
          <w:color w:val="000000" w:themeColor="text1"/>
          <w:lang w:eastAsia="ko-KR"/>
        </w:rPr>
        <w:t>7</w:t>
      </w:r>
      <w:r w:rsidRPr="006D400C">
        <w:rPr>
          <w:b/>
          <w:color w:val="000000" w:themeColor="text1"/>
          <w:lang w:eastAsia="ko-KR"/>
        </w:rPr>
        <w:t>일</w:t>
      </w:r>
    </w:p>
    <w:p w:rsidR="009A36B2" w:rsidRPr="00B422B2" w:rsidRDefault="00A1422A" w:rsidP="00B422B2">
      <w:pPr>
        <w:spacing w:after="480" w:line="288" w:lineRule="auto"/>
        <w:jc w:val="center"/>
        <w:rPr>
          <w:rFonts w:eastAsia="맑은 고딕" w:hint="eastAsia"/>
          <w:b/>
          <w:sz w:val="26"/>
          <w:lang w:eastAsia="ko-KR"/>
        </w:rPr>
      </w:pPr>
      <w:r>
        <w:rPr>
          <w:rFonts w:eastAsia="맑은 고딕" w:cs="맑은 고딕" w:hint="eastAsia"/>
          <w:b/>
          <w:sz w:val="26"/>
          <w:lang w:eastAsia="ko-KR"/>
        </w:rPr>
        <w:t>조례</w:t>
      </w:r>
      <w:r>
        <w:rPr>
          <w:b/>
          <w:sz w:val="26"/>
          <w:lang w:eastAsia="ko-KR"/>
        </w:rPr>
        <w:t>동아아파트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입주자대표회의회장</w:t>
      </w:r>
      <w:r>
        <w:rPr>
          <w:b/>
          <w:sz w:val="26"/>
          <w:lang w:eastAsia="ko-KR"/>
        </w:rPr>
        <w:t xml:space="preserve"> (</w:t>
      </w:r>
      <w:r>
        <w:rPr>
          <w:b/>
          <w:sz w:val="26"/>
          <w:lang w:eastAsia="ko-KR"/>
        </w:rPr>
        <w:t>직인생략</w:t>
      </w:r>
      <w:r>
        <w:rPr>
          <w:b/>
          <w:sz w:val="26"/>
          <w:lang w:eastAsia="ko-KR"/>
        </w:rPr>
        <w:t>)</w:t>
      </w:r>
    </w:p>
    <w:p w:rsidR="002A0911" w:rsidRDefault="00A1422A">
      <w:pPr>
        <w:spacing w:after="240" w:line="288" w:lineRule="auto"/>
        <w:rPr>
          <w:lang w:eastAsia="ko-KR"/>
        </w:rPr>
      </w:pPr>
      <w:r>
        <w:rPr>
          <w:lang w:eastAsia="ko-KR"/>
        </w:rPr>
        <w:lastRenderedPageBreak/>
        <w:t>【별지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호</w:t>
      </w:r>
      <w:r>
        <w:rPr>
          <w:lang w:eastAsia="ko-KR"/>
        </w:rPr>
        <w:t xml:space="preserve"> </w:t>
      </w:r>
      <w:r>
        <w:rPr>
          <w:lang w:eastAsia="ko-KR"/>
        </w:rPr>
        <w:t>서식】</w:t>
      </w:r>
      <w:r>
        <w:rPr>
          <w:lang w:eastAsia="ko-KR"/>
        </w:rPr>
        <w:t>(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조제</w:t>
      </w:r>
      <w:r>
        <w:rPr>
          <w:lang w:eastAsia="ko-KR"/>
        </w:rPr>
        <w:t>1</w:t>
      </w:r>
      <w:r>
        <w:rPr>
          <w:lang w:eastAsia="ko-KR"/>
        </w:rPr>
        <w:t>항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>)</w:t>
      </w:r>
    </w:p>
    <w:tbl>
      <w:tblPr>
        <w:tblStyle w:val="af9"/>
        <w:tblW w:w="10315" w:type="dxa"/>
        <w:tblLook w:val="04A0" w:firstRow="1" w:lastRow="0" w:firstColumn="1" w:lastColumn="0" w:noHBand="0" w:noVBand="1"/>
      </w:tblPr>
      <w:tblGrid>
        <w:gridCol w:w="1559"/>
        <w:gridCol w:w="291"/>
        <w:gridCol w:w="665"/>
        <w:gridCol w:w="1080"/>
        <w:gridCol w:w="1440"/>
        <w:gridCol w:w="5280"/>
      </w:tblGrid>
      <w:tr w:rsidR="002A0911">
        <w:trPr>
          <w:trHeight w:val="1094"/>
        </w:trPr>
        <w:tc>
          <w:tcPr>
            <w:tcW w:w="10315" w:type="dxa"/>
            <w:gridSpan w:val="6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36"/>
                <w:szCs w:val="36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color w:val="auto"/>
                <w:sz w:val="36"/>
                <w:szCs w:val="36"/>
              </w:rPr>
              <w:t>입</w:t>
            </w:r>
            <w:r>
              <w:rPr>
                <w:rFonts w:ascii="바탕체" w:eastAsia="바탕체" w:hAnsi="바탕체"/>
                <w:b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36"/>
                <w:szCs w:val="36"/>
              </w:rPr>
              <w:t>찰</w:t>
            </w:r>
            <w:r>
              <w:rPr>
                <w:rFonts w:ascii="바탕체" w:eastAsia="바탕체" w:hAnsi="바탕체"/>
                <w:b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36"/>
                <w:szCs w:val="36"/>
              </w:rPr>
              <w:t>서</w:t>
            </w:r>
          </w:p>
        </w:tc>
      </w:tr>
      <w:tr w:rsidR="002A0911">
        <w:trPr>
          <w:trHeight w:val="623"/>
        </w:trPr>
        <w:tc>
          <w:tcPr>
            <w:tcW w:w="1850" w:type="dxa"/>
            <w:gridSpan w:val="2"/>
            <w:vAlign w:val="center"/>
          </w:tcPr>
          <w:p w:rsidR="002A0911" w:rsidRDefault="00A1422A">
            <w:pPr>
              <w:spacing w:after="80" w:line="288" w:lineRule="auto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  <w:lang w:eastAsia="ko-KR"/>
              </w:rPr>
              <w:sym w:font="Wingdings" w:char="F0AC"/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참 가 번 호</w:t>
            </w:r>
          </w:p>
        </w:tc>
        <w:tc>
          <w:tcPr>
            <w:tcW w:w="1745" w:type="dxa"/>
            <w:gridSpan w:val="2"/>
            <w:vAlign w:val="center"/>
          </w:tcPr>
          <w:p w:rsidR="002A0911" w:rsidRDefault="002A0911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</w:p>
        </w:tc>
        <w:tc>
          <w:tcPr>
            <w:tcW w:w="1440" w:type="dxa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입찰명칭</w:t>
            </w:r>
          </w:p>
        </w:tc>
        <w:tc>
          <w:tcPr>
            <w:tcW w:w="5279" w:type="dxa"/>
            <w:vAlign w:val="center"/>
          </w:tcPr>
          <w:p w:rsidR="002A0911" w:rsidRDefault="00A1422A">
            <w:pPr>
              <w:spacing w:after="80" w:line="288" w:lineRule="auto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  <w:lang w:eastAsia="ko-KR"/>
              </w:rPr>
              <w:t>도시가스 노후밸브 등 교체공사</w:t>
            </w:r>
          </w:p>
        </w:tc>
      </w:tr>
      <w:tr w:rsidR="002A0911">
        <w:trPr>
          <w:trHeight w:val="623"/>
        </w:trPr>
        <w:tc>
          <w:tcPr>
            <w:tcW w:w="1850" w:type="dxa"/>
            <w:gridSpan w:val="2"/>
            <w:vAlign w:val="center"/>
          </w:tcPr>
          <w:p w:rsidR="002A0911" w:rsidRDefault="00A1422A">
            <w:pPr>
              <w:spacing w:after="80" w:line="288" w:lineRule="auto"/>
              <w:ind w:firstLineChars="100" w:firstLine="220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입 찰 가 액</w:t>
            </w:r>
          </w:p>
        </w:tc>
        <w:tc>
          <w:tcPr>
            <w:tcW w:w="8464" w:type="dxa"/>
            <w:gridSpan w:val="4"/>
            <w:vAlign w:val="center"/>
          </w:tcPr>
          <w:p w:rsidR="002A0911" w:rsidRDefault="00A1422A">
            <w:pPr>
              <w:spacing w:after="80" w:line="288" w:lineRule="auto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</w:rPr>
              <w:t>금                    원정 (₩                    ) (VAT 별도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)</w:t>
            </w:r>
          </w:p>
        </w:tc>
      </w:tr>
      <w:tr w:rsidR="002A0911">
        <w:trPr>
          <w:trHeight w:val="623"/>
        </w:trPr>
        <w:tc>
          <w:tcPr>
            <w:tcW w:w="1850" w:type="dxa"/>
            <w:gridSpan w:val="2"/>
            <w:vAlign w:val="center"/>
          </w:tcPr>
          <w:p w:rsidR="002A0911" w:rsidRDefault="00A1422A">
            <w:pPr>
              <w:spacing w:after="80" w:line="288" w:lineRule="auto"/>
              <w:ind w:firstLineChars="100" w:firstLine="220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입찰보증금</w:t>
            </w:r>
          </w:p>
        </w:tc>
        <w:tc>
          <w:tcPr>
            <w:tcW w:w="8464" w:type="dxa"/>
            <w:gridSpan w:val="4"/>
            <w:vAlign w:val="center"/>
          </w:tcPr>
          <w:p w:rsidR="002A0911" w:rsidRDefault="00A1422A">
            <w:pPr>
              <w:spacing w:after="80" w:line="288" w:lineRule="auto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</w:rPr>
              <w:t>금                    원정 (₩                    )</w:t>
            </w:r>
          </w:p>
        </w:tc>
      </w:tr>
      <w:tr w:rsidR="002A0911">
        <w:trPr>
          <w:trHeight w:val="1100"/>
        </w:trPr>
        <w:tc>
          <w:tcPr>
            <w:tcW w:w="10315" w:type="dxa"/>
            <w:gridSpan w:val="6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 w:cs="맑은 고딕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 xml:space="preserve">위와 같이 입찰보증금 </w:t>
            </w:r>
            <w:r>
              <w:rPr>
                <w:rFonts w:ascii="바탕체" w:eastAsia="바탕체" w:hAnsi="바탕체" w:cs="맑은 고딕"/>
                <w:b/>
                <w:sz w:val="22"/>
                <w:lang w:eastAsia="ko-KR"/>
              </w:rPr>
              <w:t>(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 xml:space="preserve">입찰가격의 </w:t>
            </w:r>
            <w:r>
              <w:rPr>
                <w:rFonts w:ascii="바탕체" w:eastAsia="바탕체" w:hAnsi="바탕체" w:cs="맑은 고딕"/>
                <w:b/>
                <w:sz w:val="22"/>
                <w:lang w:eastAsia="ko-KR"/>
              </w:rPr>
              <w:t>100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 xml:space="preserve">분의 </w:t>
            </w:r>
            <w:r>
              <w:rPr>
                <w:rFonts w:ascii="바탕체" w:eastAsia="바탕체" w:hAnsi="바탕체" w:cs="맑은 고딕"/>
                <w:b/>
                <w:sz w:val="22"/>
                <w:lang w:eastAsia="ko-KR"/>
              </w:rPr>
              <w:t xml:space="preserve">5 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이상)을 첨부하여 입찰합니다.</w:t>
            </w:r>
          </w:p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2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>026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 xml:space="preserve">년 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   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 xml:space="preserve">월 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    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일</w:t>
            </w:r>
          </w:p>
        </w:tc>
      </w:tr>
      <w:tr w:rsidR="002A0911">
        <w:trPr>
          <w:trHeight w:val="696"/>
        </w:trPr>
        <w:tc>
          <w:tcPr>
            <w:tcW w:w="10315" w:type="dxa"/>
            <w:gridSpan w:val="6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color w:val="auto"/>
                <w:sz w:val="22"/>
              </w:rPr>
              <w:t>입</w:t>
            </w:r>
            <w:r>
              <w:rPr>
                <w:rFonts w:ascii="바탕체" w:eastAsia="바탕체" w:hAnsi="바탕체"/>
                <w:b/>
                <w:color w:val="auto"/>
                <w:sz w:val="22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22"/>
              </w:rPr>
              <w:t>찰</w:t>
            </w:r>
            <w:r>
              <w:rPr>
                <w:rFonts w:ascii="바탕체" w:eastAsia="바탕체" w:hAnsi="바탕체"/>
                <w:b/>
                <w:color w:val="auto"/>
                <w:sz w:val="22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22"/>
                <w:lang w:eastAsia="ko-KR"/>
              </w:rPr>
              <w:t>자</w:t>
            </w:r>
          </w:p>
        </w:tc>
      </w:tr>
      <w:tr w:rsidR="002A0911">
        <w:trPr>
          <w:trHeight w:val="623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상호(성명)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2A0911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</w:p>
        </w:tc>
      </w:tr>
      <w:tr w:rsidR="002A0911">
        <w:trPr>
          <w:trHeight w:val="623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 w:cs="맑은 고딕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  <w:lang w:eastAsia="ko-KR"/>
              </w:rPr>
              <w:sym w:font="Wingdings" w:char="F0AC"/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대 표 자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 xml:space="preserve">성명 </w:t>
            </w:r>
            <w:r>
              <w:rPr>
                <w:rFonts w:ascii="바탕체" w:eastAsia="바탕체" w:hAnsi="바탕체" w:cs="맑은 고딕"/>
                <w:b/>
                <w:sz w:val="22"/>
                <w:lang w:eastAsia="ko-KR"/>
              </w:rPr>
              <w:t xml:space="preserve">                              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(인)</w:t>
            </w:r>
          </w:p>
        </w:tc>
      </w:tr>
      <w:tr w:rsidR="002A0911">
        <w:trPr>
          <w:trHeight w:val="559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rPr>
                <w:rFonts w:ascii="바탕체" w:eastAsia="바탕체" w:hAnsi="바탕체" w:cs="맑은 고딕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법인등록번호(개인은</w:t>
            </w:r>
          </w:p>
          <w:p w:rsidR="002A0911" w:rsidRDefault="00A1422A">
            <w:pPr>
              <w:spacing w:after="80" w:line="288" w:lineRule="auto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주민등록번호)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2A0911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</w:p>
        </w:tc>
      </w:tr>
      <w:tr w:rsidR="002A0911">
        <w:trPr>
          <w:trHeight w:val="623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주소(전화번호)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2A0911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</w:p>
        </w:tc>
      </w:tr>
      <w:tr w:rsidR="002A0911">
        <w:trPr>
          <w:trHeight w:val="623"/>
        </w:trPr>
        <w:tc>
          <w:tcPr>
            <w:tcW w:w="10315" w:type="dxa"/>
            <w:gridSpan w:val="6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  <w:lang w:eastAsia="ko-KR"/>
              </w:rPr>
              <w:t>(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대리인 입찰시)</w:t>
            </w:r>
          </w:p>
        </w:tc>
      </w:tr>
      <w:tr w:rsidR="002A0911">
        <w:trPr>
          <w:trHeight w:val="623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대리인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A1422A">
            <w:pPr>
              <w:spacing w:after="80" w:line="288" w:lineRule="auto"/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 xml:space="preserve">성명 </w:t>
            </w:r>
            <w:r>
              <w:rPr>
                <w:rFonts w:ascii="바탕체" w:eastAsia="바탕체" w:hAnsi="바탕체" w:cs="맑은 고딕"/>
                <w:b/>
                <w:sz w:val="22"/>
                <w:lang w:eastAsia="ko-KR"/>
              </w:rPr>
              <w:t xml:space="preserve">                              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(인)</w:t>
            </w:r>
          </w:p>
        </w:tc>
      </w:tr>
      <w:tr w:rsidR="002A0911">
        <w:trPr>
          <w:trHeight w:val="623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주민등록번호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</w:p>
        </w:tc>
      </w:tr>
      <w:tr w:rsidR="002A0911">
        <w:trPr>
          <w:trHeight w:val="623"/>
        </w:trPr>
        <w:tc>
          <w:tcPr>
            <w:tcW w:w="2515" w:type="dxa"/>
            <w:gridSpan w:val="3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주소(전화번호)</w:t>
            </w:r>
          </w:p>
        </w:tc>
        <w:tc>
          <w:tcPr>
            <w:tcW w:w="7799" w:type="dxa"/>
            <w:gridSpan w:val="3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</w:p>
        </w:tc>
      </w:tr>
      <w:tr w:rsidR="002A0911">
        <w:trPr>
          <w:trHeight w:val="726"/>
        </w:trPr>
        <w:tc>
          <w:tcPr>
            <w:tcW w:w="10315" w:type="dxa"/>
            <w:gridSpan w:val="6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sz w:val="28"/>
                <w:szCs w:val="28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8"/>
                <w:szCs w:val="28"/>
                <w:lang w:eastAsia="ko-KR"/>
              </w:rPr>
              <w:t xml:space="preserve">조례동아아파트 입주자대표회의 </w:t>
            </w:r>
            <w:r>
              <w:rPr>
                <w:rFonts w:ascii="바탕체" w:eastAsia="바탕체" w:hAnsi="바탕체" w:cs="맑은 고딕"/>
                <w:b/>
                <w:sz w:val="28"/>
                <w:szCs w:val="28"/>
                <w:lang w:eastAsia="ko-KR"/>
              </w:rPr>
              <w:t xml:space="preserve">   </w:t>
            </w:r>
            <w:r>
              <w:rPr>
                <w:rFonts w:ascii="바탕체" w:eastAsia="바탕체" w:hAnsi="바탕체" w:cs="맑은 고딕" w:hint="eastAsia"/>
                <w:b/>
                <w:sz w:val="28"/>
                <w:szCs w:val="28"/>
                <w:lang w:eastAsia="ko-KR"/>
              </w:rPr>
              <w:t>귀중</w:t>
            </w:r>
          </w:p>
        </w:tc>
      </w:tr>
      <w:tr w:rsidR="002A0911">
        <w:trPr>
          <w:trHeight w:val="1286"/>
        </w:trPr>
        <w:tc>
          <w:tcPr>
            <w:tcW w:w="1559" w:type="dxa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구비서류</w:t>
            </w:r>
          </w:p>
        </w:tc>
        <w:tc>
          <w:tcPr>
            <w:tcW w:w="8755" w:type="dxa"/>
            <w:gridSpan w:val="5"/>
            <w:vAlign w:val="center"/>
          </w:tcPr>
          <w:p w:rsidR="002A0911" w:rsidRDefault="00A1422A">
            <w:pPr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-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산출내역서(입찰가액 관련 서류 포함)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1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부</w:t>
            </w:r>
          </w:p>
          <w:p w:rsidR="002A0911" w:rsidRDefault="00A1422A">
            <w:pPr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-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 xml:space="preserve">입찰자 인감증명서 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부</w:t>
            </w:r>
          </w:p>
          <w:p w:rsidR="002A0911" w:rsidRDefault="00A1422A">
            <w:pPr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-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사용인감계 및 위임장(대리인의 경우)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 xml:space="preserve">각 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부</w:t>
            </w:r>
          </w:p>
          <w:p w:rsidR="002A0911" w:rsidRDefault="00A1422A">
            <w:pPr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-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 xml:space="preserve">입찰보증보험증권 또는 공제증권 </w:t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부</w:t>
            </w:r>
          </w:p>
        </w:tc>
      </w:tr>
      <w:tr w:rsidR="002A0911">
        <w:trPr>
          <w:trHeight w:val="1118"/>
        </w:trPr>
        <w:tc>
          <w:tcPr>
            <w:tcW w:w="1559" w:type="dxa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sz w:val="22"/>
                <w:lang w:eastAsia="ko-KR"/>
              </w:rPr>
            </w:pP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기재방법</w:t>
            </w:r>
          </w:p>
        </w:tc>
        <w:tc>
          <w:tcPr>
            <w:tcW w:w="8755" w:type="dxa"/>
            <w:gridSpan w:val="5"/>
            <w:vAlign w:val="center"/>
          </w:tcPr>
          <w:p w:rsidR="002A0911" w:rsidRDefault="00A1422A">
            <w:pPr>
              <w:rPr>
                <w:rFonts w:ascii="바탕체" w:eastAsia="바탕체" w:hAnsi="바탕체" w:cs="맑은 고딕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  <w:lang w:eastAsia="ko-KR"/>
              </w:rPr>
              <w:sym w:font="Wingdings" w:char="F0AC"/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참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가번호는 기재하지 마십시오</w:t>
            </w:r>
          </w:p>
          <w:p w:rsidR="002A0911" w:rsidRDefault="00A1422A">
            <w:pPr>
              <w:ind w:left="220" w:hangingChars="100" w:hanging="220"/>
              <w:rPr>
                <w:rFonts w:ascii="바탕체" w:eastAsia="바탕체" w:hAnsi="바탕체" w:cs="맑은 고딕"/>
                <w:b/>
                <w:sz w:val="22"/>
                <w:lang w:eastAsia="ko-KR"/>
              </w:rPr>
            </w:pPr>
            <w:r>
              <w:rPr>
                <w:rFonts w:ascii="바탕체" w:eastAsia="바탕체" w:hAnsi="바탕체"/>
                <w:b/>
                <w:sz w:val="22"/>
                <w:lang w:eastAsia="ko-KR"/>
              </w:rPr>
              <w:sym w:font="Wingdings" w:char="F0AC"/>
            </w:r>
            <w:r>
              <w:rPr>
                <w:rFonts w:ascii="바탕체" w:eastAsia="바탕체" w:hAnsi="바탕체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22"/>
                <w:lang w:eastAsia="ko-KR"/>
              </w:rPr>
              <w:t>대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리 입찰시 입찰자의 날인란에는 사용인감을 날인하고,</w:t>
            </w:r>
            <w:r>
              <w:rPr>
                <w:rFonts w:ascii="바탕체" w:eastAsia="바탕체" w:hAnsi="바탕체" w:cs="맑은 고딕"/>
                <w:b/>
                <w:sz w:val="22"/>
                <w:lang w:eastAsia="ko-KR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sz w:val="22"/>
                <w:lang w:eastAsia="ko-KR"/>
              </w:rPr>
              <w:t>대리인의 날인란에는 대리인의 도장을 날인하거나 서명을 합니다.</w:t>
            </w:r>
          </w:p>
        </w:tc>
      </w:tr>
    </w:tbl>
    <w:p w:rsidR="002A0911" w:rsidRDefault="00A1422A">
      <w:pPr>
        <w:spacing w:before="240" w:after="480"/>
        <w:jc w:val="right"/>
        <w:rPr>
          <w:rFonts w:eastAsia="맑은 고딕"/>
          <w:b/>
          <w:color w:val="auto"/>
          <w:szCs w:val="20"/>
          <w:lang w:eastAsia="ko-KR"/>
        </w:rPr>
      </w:pPr>
      <w:r>
        <w:rPr>
          <w:rFonts w:eastAsia="맑은 고딕" w:hint="eastAsia"/>
          <w:b/>
          <w:color w:val="auto"/>
          <w:szCs w:val="20"/>
          <w:lang w:eastAsia="ko-KR"/>
        </w:rPr>
        <w:t>2</w:t>
      </w:r>
      <w:r>
        <w:rPr>
          <w:rFonts w:eastAsia="맑은 고딕"/>
          <w:b/>
          <w:color w:val="auto"/>
          <w:szCs w:val="20"/>
          <w:lang w:eastAsia="ko-KR"/>
        </w:rPr>
        <w:t>10</w:t>
      </w:r>
      <w:r>
        <w:rPr>
          <w:rFonts w:eastAsia="맑은 고딕" w:hint="eastAsia"/>
          <w:b/>
          <w:color w:val="auto"/>
          <w:szCs w:val="20"/>
          <w:lang w:eastAsia="ko-KR"/>
        </w:rPr>
        <w:t>m</w:t>
      </w:r>
      <w:r>
        <w:rPr>
          <w:rFonts w:eastAsia="맑은 고딕"/>
          <w:b/>
          <w:color w:val="auto"/>
          <w:szCs w:val="20"/>
          <w:lang w:eastAsia="ko-KR"/>
        </w:rPr>
        <w:t>mx297mm(</w:t>
      </w:r>
      <w:r>
        <w:rPr>
          <w:rFonts w:eastAsia="맑은 고딕" w:hint="eastAsia"/>
          <w:b/>
          <w:color w:val="auto"/>
          <w:szCs w:val="20"/>
          <w:lang w:eastAsia="ko-KR"/>
        </w:rPr>
        <w:t xml:space="preserve">일반용지 </w:t>
      </w:r>
      <w:r>
        <w:rPr>
          <w:rFonts w:eastAsia="맑은 고딕"/>
          <w:b/>
          <w:color w:val="auto"/>
          <w:szCs w:val="20"/>
          <w:lang w:eastAsia="ko-KR"/>
        </w:rPr>
        <w:t>60</w:t>
      </w:r>
      <w:r>
        <w:rPr>
          <w:rFonts w:eastAsia="맑은 고딕" w:hint="eastAsia"/>
          <w:b/>
          <w:color w:val="auto"/>
          <w:szCs w:val="20"/>
          <w:lang w:eastAsia="ko-KR"/>
        </w:rPr>
        <w:t>g</w:t>
      </w:r>
      <w:r>
        <w:rPr>
          <w:rFonts w:eastAsia="맑은 고딕"/>
          <w:b/>
          <w:color w:val="auto"/>
          <w:szCs w:val="20"/>
          <w:lang w:eastAsia="ko-KR"/>
        </w:rPr>
        <w:t>/</w:t>
      </w:r>
      <w:r>
        <w:rPr>
          <w:rFonts w:eastAsia="맑은 고딕" w:hint="eastAsia"/>
          <w:b/>
          <w:color w:val="auto"/>
          <w:szCs w:val="20"/>
          <w:lang w:eastAsia="ko-KR"/>
        </w:rPr>
        <w:t>㎡</w:t>
      </w:r>
    </w:p>
    <w:p w:rsidR="002A0911" w:rsidRDefault="00A1422A">
      <w:pPr>
        <w:spacing w:before="240" w:after="480"/>
        <w:jc w:val="center"/>
        <w:rPr>
          <w:rFonts w:ascii="바탕체" w:eastAsia="바탕체" w:hAnsi="바탕체"/>
          <w:color w:val="auto"/>
          <w:lang w:eastAsia="ko-KR"/>
        </w:rPr>
      </w:pPr>
      <w:r>
        <w:rPr>
          <w:rFonts w:ascii="바탕체" w:eastAsia="바탕체" w:hAnsi="바탕체"/>
          <w:b/>
          <w:color w:val="auto"/>
          <w:sz w:val="40"/>
          <w:lang w:eastAsia="ko-KR"/>
        </w:rPr>
        <w:lastRenderedPageBreak/>
        <w:t>현장설명회 참가 신청서</w:t>
      </w:r>
    </w:p>
    <w:tbl>
      <w:tblPr>
        <w:tblStyle w:val="af9"/>
        <w:tblW w:w="5312" w:type="pct"/>
        <w:jc w:val="center"/>
        <w:tblLook w:val="04A0" w:firstRow="1" w:lastRow="0" w:firstColumn="1" w:lastColumn="0" w:noHBand="0" w:noVBand="1"/>
      </w:tblPr>
      <w:tblGrid>
        <w:gridCol w:w="783"/>
        <w:gridCol w:w="1999"/>
        <w:gridCol w:w="1632"/>
        <w:gridCol w:w="1208"/>
        <w:gridCol w:w="1619"/>
        <w:gridCol w:w="3193"/>
      </w:tblGrid>
      <w:tr w:rsidR="002A0911">
        <w:trPr>
          <w:trHeight w:val="833"/>
          <w:jc w:val="center"/>
        </w:trPr>
        <w:tc>
          <w:tcPr>
            <w:tcW w:w="1333" w:type="pct"/>
            <w:gridSpan w:val="2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입 찰 명</w:t>
            </w:r>
          </w:p>
        </w:tc>
        <w:tc>
          <w:tcPr>
            <w:tcW w:w="3667" w:type="pct"/>
            <w:gridSpan w:val="4"/>
            <w:vAlign w:val="center"/>
          </w:tcPr>
          <w:p w:rsidR="002A0911" w:rsidRDefault="00A1422A">
            <w:pPr>
              <w:rPr>
                <w:rFonts w:ascii="바탕체" w:eastAsia="바탕체" w:hAnsi="바탕체" w:cs="맑은 고딕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cs="맑은 고딕"/>
                <w:b/>
                <w:bCs/>
                <w:sz w:val="24"/>
                <w:szCs w:val="24"/>
                <w:lang w:eastAsia="ko-KR"/>
              </w:rPr>
              <w:t>도시가스 노후밸브 등 교체공사</w:t>
            </w:r>
          </w:p>
        </w:tc>
      </w:tr>
      <w:tr w:rsidR="002A0911">
        <w:trPr>
          <w:trHeight w:val="791"/>
          <w:jc w:val="center"/>
        </w:trPr>
        <w:tc>
          <w:tcPr>
            <w:tcW w:w="1333" w:type="pct"/>
            <w:gridSpan w:val="2"/>
            <w:vMerge w:val="restar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현장설명회</w:t>
            </w:r>
          </w:p>
        </w:tc>
        <w:tc>
          <w:tcPr>
            <w:tcW w:w="782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일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정</w:t>
            </w:r>
          </w:p>
        </w:tc>
        <w:tc>
          <w:tcPr>
            <w:tcW w:w="2885" w:type="pct"/>
            <w:gridSpan w:val="3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>2</w:t>
            </w:r>
            <w:r w:rsidRPr="006D400C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>026</w:t>
            </w:r>
            <w:proofErr w:type="gramStart"/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년 </w:t>
            </w:r>
            <w:r w:rsidRPr="006D400C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 1</w:t>
            </w:r>
            <w:r w:rsidR="006D400C" w:rsidRPr="006D400C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>1</w:t>
            </w:r>
            <w:proofErr w:type="gramEnd"/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월 </w:t>
            </w:r>
            <w:r w:rsidRPr="006D400C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 </w:t>
            </w:r>
            <w:r w:rsidR="00B422B2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>2</w:t>
            </w:r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일 </w:t>
            </w:r>
            <w:r w:rsidRPr="006D400C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>(</w:t>
            </w:r>
            <w:r w:rsidR="00B422B2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>월</w:t>
            </w:r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>요일</w:t>
            </w:r>
            <w:r w:rsidRPr="006D400C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) </w:t>
            </w:r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>오</w:t>
            </w:r>
            <w:r w:rsidR="00B422B2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>후</w:t>
            </w:r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 xml:space="preserve"> </w:t>
            </w:r>
            <w:r w:rsidR="00B422B2">
              <w:rPr>
                <w:rFonts w:ascii="바탕체" w:eastAsia="바탕체" w:hAnsi="바탕체"/>
                <w:b/>
                <w:bCs/>
                <w:color w:val="000000" w:themeColor="text1"/>
                <w:sz w:val="24"/>
                <w:szCs w:val="24"/>
                <w:lang w:eastAsia="ko-KR"/>
              </w:rPr>
              <w:t>2</w:t>
            </w:r>
            <w:r w:rsidRPr="006D400C">
              <w:rPr>
                <w:rFonts w:ascii="바탕체" w:eastAsia="바탕체" w:hAnsi="바탕체" w:hint="eastAsia"/>
                <w:b/>
                <w:bCs/>
                <w:color w:val="000000" w:themeColor="text1"/>
                <w:sz w:val="24"/>
                <w:szCs w:val="24"/>
                <w:lang w:eastAsia="ko-KR"/>
              </w:rPr>
              <w:t>시</w:t>
            </w:r>
          </w:p>
        </w:tc>
      </w:tr>
      <w:tr w:rsidR="002A0911">
        <w:trPr>
          <w:trHeight w:val="833"/>
          <w:jc w:val="center"/>
        </w:trPr>
        <w:tc>
          <w:tcPr>
            <w:tcW w:w="1333" w:type="pct"/>
            <w:gridSpan w:val="2"/>
            <w:vMerge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  <w:tc>
          <w:tcPr>
            <w:tcW w:w="782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장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소</w:t>
            </w:r>
          </w:p>
        </w:tc>
        <w:tc>
          <w:tcPr>
            <w:tcW w:w="2885" w:type="pct"/>
            <w:gridSpan w:val="3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조례동아아파트 관리사무소</w:t>
            </w:r>
          </w:p>
        </w:tc>
      </w:tr>
      <w:tr w:rsidR="002A0911">
        <w:trPr>
          <w:trHeight w:val="833"/>
          <w:jc w:val="center"/>
        </w:trPr>
        <w:tc>
          <w:tcPr>
            <w:tcW w:w="375" w:type="pct"/>
            <w:vMerge w:val="restart"/>
            <w:textDirection w:val="tbRlV"/>
            <w:vAlign w:val="center"/>
          </w:tcPr>
          <w:p w:rsidR="002A0911" w:rsidRDefault="00A1422A">
            <w:pPr>
              <w:ind w:left="113" w:right="113"/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proofErr w:type="gramStart"/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신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청</w:t>
            </w:r>
            <w:proofErr w:type="gramEnd"/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인</w:t>
            </w:r>
          </w:p>
        </w:tc>
        <w:tc>
          <w:tcPr>
            <w:tcW w:w="957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상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호</w:t>
            </w:r>
          </w:p>
        </w:tc>
        <w:tc>
          <w:tcPr>
            <w:tcW w:w="1361" w:type="pct"/>
            <w:gridSpan w:val="2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  <w:tc>
          <w:tcPr>
            <w:tcW w:w="776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전화번호</w:t>
            </w:r>
          </w:p>
        </w:tc>
        <w:tc>
          <w:tcPr>
            <w:tcW w:w="1530" w:type="pct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</w:tr>
      <w:tr w:rsidR="002A0911">
        <w:trPr>
          <w:trHeight w:val="833"/>
          <w:jc w:val="center"/>
        </w:trPr>
        <w:tc>
          <w:tcPr>
            <w:tcW w:w="375" w:type="pct"/>
            <w:vMerge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  <w:tc>
          <w:tcPr>
            <w:tcW w:w="957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대 표 자</w:t>
            </w:r>
          </w:p>
        </w:tc>
        <w:tc>
          <w:tcPr>
            <w:tcW w:w="1361" w:type="pct"/>
            <w:gridSpan w:val="2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  <w:tc>
          <w:tcPr>
            <w:tcW w:w="776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팩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스</w:t>
            </w:r>
          </w:p>
        </w:tc>
        <w:tc>
          <w:tcPr>
            <w:tcW w:w="1530" w:type="pct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</w:tr>
      <w:tr w:rsidR="002A0911">
        <w:trPr>
          <w:trHeight w:val="833"/>
          <w:jc w:val="center"/>
        </w:trPr>
        <w:tc>
          <w:tcPr>
            <w:tcW w:w="375" w:type="pct"/>
            <w:vMerge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  <w:tc>
          <w:tcPr>
            <w:tcW w:w="957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주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소</w:t>
            </w:r>
          </w:p>
        </w:tc>
        <w:tc>
          <w:tcPr>
            <w:tcW w:w="3667" w:type="pct"/>
            <w:gridSpan w:val="4"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</w:tr>
      <w:tr w:rsidR="002A0911">
        <w:trPr>
          <w:trHeight w:val="1580"/>
          <w:jc w:val="center"/>
        </w:trPr>
        <w:tc>
          <w:tcPr>
            <w:tcW w:w="375" w:type="pct"/>
            <w:vMerge/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</w:tc>
        <w:tc>
          <w:tcPr>
            <w:tcW w:w="957" w:type="pct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대 리 인</w:t>
            </w:r>
          </w:p>
        </w:tc>
        <w:tc>
          <w:tcPr>
            <w:tcW w:w="3667" w:type="pct"/>
            <w:gridSpan w:val="4"/>
            <w:vAlign w:val="center"/>
          </w:tcPr>
          <w:p w:rsidR="002A0911" w:rsidRDefault="00A1422A">
            <w:pPr>
              <w:pStyle w:val="aa"/>
              <w:numPr>
                <w:ilvl w:val="0"/>
                <w:numId w:val="1"/>
              </w:numP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성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명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>:</w:t>
            </w:r>
          </w:p>
          <w:p w:rsidR="002A0911" w:rsidRDefault="00A1422A">
            <w:pPr>
              <w:pStyle w:val="aa"/>
              <w:numPr>
                <w:ilvl w:val="0"/>
                <w:numId w:val="1"/>
              </w:numP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직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책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: </w:t>
            </w:r>
          </w:p>
          <w:p w:rsidR="002A0911" w:rsidRDefault="00A1422A">
            <w:pPr>
              <w:pStyle w:val="aa"/>
              <w:numPr>
                <w:ilvl w:val="0"/>
                <w:numId w:val="1"/>
              </w:numP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전화번호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>:</w:t>
            </w:r>
          </w:p>
        </w:tc>
      </w:tr>
      <w:tr w:rsidR="002A0911">
        <w:trPr>
          <w:trHeight w:val="2943"/>
          <w:jc w:val="center"/>
        </w:trPr>
        <w:tc>
          <w:tcPr>
            <w:tcW w:w="1333" w:type="pct"/>
            <w:gridSpan w:val="2"/>
            <w:vAlign w:val="center"/>
          </w:tcPr>
          <w:p w:rsidR="002A0911" w:rsidRDefault="00A1422A">
            <w:pPr>
              <w:jc w:val="center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구비서류</w:t>
            </w:r>
          </w:p>
        </w:tc>
        <w:tc>
          <w:tcPr>
            <w:tcW w:w="3667" w:type="pct"/>
            <w:gridSpan w:val="4"/>
            <w:vAlign w:val="center"/>
          </w:tcPr>
          <w:p w:rsidR="002A0911" w:rsidRDefault="00A1422A">
            <w:pPr>
              <w:pStyle w:val="aa"/>
              <w:numPr>
                <w:ilvl w:val="0"/>
                <w:numId w:val="2"/>
              </w:numP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현장설명회 참가 신청서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부</w:t>
            </w:r>
          </w:p>
          <w:p w:rsidR="002A0911" w:rsidRDefault="00A1422A">
            <w:pPr>
              <w:pStyle w:val="aa"/>
              <w:numPr>
                <w:ilvl w:val="0"/>
                <w:numId w:val="2"/>
              </w:numP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 대표자 참석시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: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사업자등록증 사본,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신분증 지참</w:t>
            </w:r>
          </w:p>
          <w:p w:rsidR="002A0911" w:rsidRDefault="00A1422A">
            <w:pPr>
              <w:pStyle w:val="aa"/>
              <w:numPr>
                <w:ilvl w:val="0"/>
                <w:numId w:val="2"/>
              </w:numP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 대리인 참석시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: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사업자등록증 사본,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신분증 지참</w:t>
            </w:r>
          </w:p>
          <w:p w:rsidR="002A0911" w:rsidRDefault="00A1422A">
            <w:pPr>
              <w:pStyle w:val="aa"/>
              <w:ind w:left="760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              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위임장 또는 재직증명서</w:t>
            </w:r>
          </w:p>
          <w:p w:rsidR="002A0911" w:rsidRDefault="002A0911">
            <w:pPr>
              <w:pStyle w:val="aa"/>
              <w:ind w:left="760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</w:p>
          <w:p w:rsidR="002A0911" w:rsidRDefault="00A1422A">
            <w:pPr>
              <w:ind w:left="275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굴림" w:eastAsia="굴림" w:hAnsi="굴림" w:hint="eastAsia"/>
                <w:b/>
                <w:bCs/>
                <w:sz w:val="24"/>
                <w:szCs w:val="24"/>
                <w:lang w:eastAsia="ko-KR"/>
              </w:rPr>
              <w:t>※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구체적인 공사범위는 현장설명회 시 배포함</w:t>
            </w:r>
          </w:p>
          <w:p w:rsidR="002A0911" w:rsidRDefault="00A1422A">
            <w:pPr>
              <w:ind w:firstLineChars="100" w:firstLine="236"/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굴림" w:eastAsia="굴림" w:hAnsi="굴림" w:hint="eastAsia"/>
                <w:b/>
                <w:bCs/>
                <w:sz w:val="24"/>
                <w:szCs w:val="24"/>
                <w:lang w:eastAsia="ko-KR"/>
              </w:rPr>
              <w:t>※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현장설명회 참가자는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 xml:space="preserve">개사 당 참가인원 </w:t>
            </w:r>
            <w:r>
              <w:rPr>
                <w:rFonts w:ascii="바탕체" w:eastAsia="바탕체" w:hAnsi="바탕체"/>
                <w:b/>
                <w:bCs/>
                <w:sz w:val="24"/>
                <w:szCs w:val="24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b/>
                <w:bCs/>
                <w:sz w:val="24"/>
                <w:szCs w:val="24"/>
                <w:lang w:eastAsia="ko-KR"/>
              </w:rPr>
              <w:t>명 제한</w:t>
            </w:r>
          </w:p>
        </w:tc>
      </w:tr>
    </w:tbl>
    <w:p w:rsidR="002A0911" w:rsidRDefault="002A0911">
      <w:pPr>
        <w:rPr>
          <w:rFonts w:eastAsia="맑은 고딕" w:cs="맑은 고딕"/>
          <w:sz w:val="24"/>
          <w:szCs w:val="24"/>
          <w:lang w:eastAsia="ko-KR"/>
        </w:rPr>
      </w:pPr>
    </w:p>
    <w:p w:rsidR="002A0911" w:rsidRDefault="00A1422A">
      <w:pPr>
        <w:rPr>
          <w:rFonts w:ascii="바탕체" w:eastAsia="바탕체" w:hAnsi="바탕체" w:cs="맑은 고딕"/>
          <w:b/>
          <w:bCs/>
          <w:spacing w:val="-20"/>
          <w:sz w:val="24"/>
          <w:szCs w:val="24"/>
          <w:lang w:eastAsia="ko-KR"/>
        </w:rPr>
      </w:pPr>
      <w:r>
        <w:rPr>
          <w:rFonts w:ascii="바탕체" w:eastAsia="바탕체" w:hAnsi="바탕체" w:cs="맑은 고딕" w:hint="eastAsia"/>
          <w:b/>
          <w:bCs/>
          <w:spacing w:val="-20"/>
          <w:sz w:val="24"/>
          <w:szCs w:val="24"/>
          <w:lang w:eastAsia="ko-KR"/>
        </w:rPr>
        <w:t>이상의 내용으로 귀 아파트의 입찰공고를 숙지하고 위와 같이 현장설명회 참가를 신청합니다.</w:t>
      </w:r>
    </w:p>
    <w:p w:rsidR="002A0911" w:rsidRDefault="002A0911">
      <w:pPr>
        <w:rPr>
          <w:rFonts w:ascii="바탕체" w:eastAsia="바탕체" w:hAnsi="바탕체" w:cs="맑은 고딕"/>
          <w:b/>
          <w:bCs/>
          <w:sz w:val="24"/>
          <w:szCs w:val="24"/>
          <w:lang w:eastAsia="ko-KR"/>
        </w:rPr>
      </w:pPr>
    </w:p>
    <w:p w:rsidR="002A0911" w:rsidRPr="006D400C" w:rsidRDefault="00A1422A">
      <w:pPr>
        <w:jc w:val="right"/>
        <w:rPr>
          <w:rFonts w:ascii="바탕체" w:eastAsia="바탕체" w:hAnsi="바탕체" w:cs="맑은 고딕"/>
          <w:b/>
          <w:bCs/>
          <w:color w:val="000000" w:themeColor="text1"/>
          <w:spacing w:val="20"/>
          <w:sz w:val="24"/>
          <w:szCs w:val="24"/>
          <w:lang w:eastAsia="ko-KR"/>
        </w:rPr>
      </w:pPr>
      <w:r w:rsidRPr="006D400C">
        <w:rPr>
          <w:rFonts w:ascii="바탕체" w:eastAsia="바탕체" w:hAnsi="바탕체" w:cs="맑은 고딕" w:hint="eastAsia"/>
          <w:b/>
          <w:bCs/>
          <w:color w:val="000000" w:themeColor="text1"/>
          <w:spacing w:val="20"/>
          <w:sz w:val="24"/>
          <w:szCs w:val="24"/>
          <w:lang w:eastAsia="ko-KR"/>
        </w:rPr>
        <w:t>2</w:t>
      </w:r>
      <w:r w:rsidRPr="006D400C">
        <w:rPr>
          <w:rFonts w:ascii="바탕체" w:eastAsia="바탕체" w:hAnsi="바탕체" w:cs="맑은 고딕"/>
          <w:b/>
          <w:bCs/>
          <w:color w:val="000000" w:themeColor="text1"/>
          <w:spacing w:val="20"/>
          <w:sz w:val="24"/>
          <w:szCs w:val="24"/>
          <w:lang w:eastAsia="ko-KR"/>
        </w:rPr>
        <w:t>026</w:t>
      </w:r>
      <w:proofErr w:type="gramStart"/>
      <w:r w:rsidRPr="006D400C">
        <w:rPr>
          <w:rFonts w:ascii="바탕체" w:eastAsia="바탕체" w:hAnsi="바탕체" w:cs="맑은 고딕" w:hint="eastAsia"/>
          <w:b/>
          <w:bCs/>
          <w:color w:val="000000" w:themeColor="text1"/>
          <w:spacing w:val="20"/>
          <w:sz w:val="24"/>
          <w:szCs w:val="24"/>
          <w:lang w:eastAsia="ko-KR"/>
        </w:rPr>
        <w:t xml:space="preserve">년 </w:t>
      </w:r>
      <w:r w:rsidRPr="006D400C">
        <w:rPr>
          <w:rFonts w:ascii="바탕체" w:eastAsia="바탕체" w:hAnsi="바탕체" w:cs="맑은 고딕"/>
          <w:b/>
          <w:bCs/>
          <w:color w:val="000000" w:themeColor="text1"/>
          <w:spacing w:val="20"/>
          <w:sz w:val="24"/>
          <w:szCs w:val="24"/>
          <w:lang w:eastAsia="ko-KR"/>
        </w:rPr>
        <w:t xml:space="preserve"> </w:t>
      </w:r>
      <w:r w:rsidR="006D400C" w:rsidRPr="006D400C">
        <w:rPr>
          <w:rFonts w:ascii="바탕체" w:eastAsia="바탕체" w:hAnsi="바탕체" w:cs="맑은 고딕"/>
          <w:b/>
          <w:bCs/>
          <w:color w:val="000000" w:themeColor="text1"/>
          <w:spacing w:val="20"/>
          <w:sz w:val="24"/>
          <w:szCs w:val="24"/>
          <w:lang w:eastAsia="ko-KR"/>
        </w:rPr>
        <w:t>11</w:t>
      </w:r>
      <w:proofErr w:type="gramEnd"/>
      <w:r w:rsidRPr="006D400C">
        <w:rPr>
          <w:rFonts w:ascii="바탕체" w:eastAsia="바탕체" w:hAnsi="바탕체" w:cs="맑은 고딕" w:hint="eastAsia"/>
          <w:b/>
          <w:bCs/>
          <w:color w:val="000000" w:themeColor="text1"/>
          <w:spacing w:val="20"/>
          <w:sz w:val="24"/>
          <w:szCs w:val="24"/>
          <w:lang w:eastAsia="ko-KR"/>
        </w:rPr>
        <w:t xml:space="preserve">월 </w:t>
      </w:r>
      <w:r w:rsidRPr="006D400C">
        <w:rPr>
          <w:rFonts w:ascii="바탕체" w:eastAsia="바탕체" w:hAnsi="바탕체" w:cs="맑은 고딕"/>
          <w:b/>
          <w:bCs/>
          <w:color w:val="000000" w:themeColor="text1"/>
          <w:spacing w:val="20"/>
          <w:sz w:val="24"/>
          <w:szCs w:val="24"/>
          <w:lang w:eastAsia="ko-KR"/>
        </w:rPr>
        <w:t xml:space="preserve">  </w:t>
      </w:r>
      <w:r w:rsidR="00B422B2">
        <w:rPr>
          <w:rFonts w:ascii="바탕체" w:eastAsia="바탕체" w:hAnsi="바탕체" w:cs="맑은 고딕"/>
          <w:b/>
          <w:bCs/>
          <w:color w:val="000000" w:themeColor="text1"/>
          <w:spacing w:val="20"/>
          <w:sz w:val="24"/>
          <w:szCs w:val="24"/>
          <w:lang w:eastAsia="ko-KR"/>
        </w:rPr>
        <w:t>2</w:t>
      </w:r>
      <w:bookmarkStart w:id="1" w:name="_GoBack"/>
      <w:bookmarkEnd w:id="1"/>
      <w:r w:rsidRPr="006D400C">
        <w:rPr>
          <w:rFonts w:ascii="바탕체" w:eastAsia="바탕체" w:hAnsi="바탕체" w:cs="맑은 고딕" w:hint="eastAsia"/>
          <w:b/>
          <w:bCs/>
          <w:color w:val="000000" w:themeColor="text1"/>
          <w:spacing w:val="20"/>
          <w:sz w:val="24"/>
          <w:szCs w:val="24"/>
          <w:lang w:eastAsia="ko-KR"/>
        </w:rPr>
        <w:t>일</w:t>
      </w:r>
    </w:p>
    <w:p w:rsidR="002A0911" w:rsidRDefault="00A1422A">
      <w:pPr>
        <w:jc w:val="right"/>
        <w:rPr>
          <w:rFonts w:ascii="바탕체" w:eastAsia="바탕체" w:hAnsi="바탕체" w:cs="맑은 고딕"/>
          <w:b/>
          <w:bCs/>
          <w:spacing w:val="20"/>
          <w:sz w:val="24"/>
          <w:szCs w:val="24"/>
          <w:lang w:eastAsia="ko-KR"/>
        </w:rPr>
      </w:pPr>
      <w:r>
        <w:rPr>
          <w:rFonts w:ascii="바탕체" w:eastAsia="바탕체" w:hAnsi="바탕체" w:cs="맑은 고딕" w:hint="eastAsia"/>
          <w:b/>
          <w:bCs/>
          <w:spacing w:val="20"/>
          <w:sz w:val="24"/>
          <w:szCs w:val="24"/>
          <w:lang w:eastAsia="ko-KR"/>
        </w:rPr>
        <w:t xml:space="preserve">신청인 성명 </w:t>
      </w:r>
      <w:r>
        <w:rPr>
          <w:rFonts w:ascii="바탕체" w:eastAsia="바탕체" w:hAnsi="바탕체" w:cs="맑은 고딕"/>
          <w:b/>
          <w:bCs/>
          <w:spacing w:val="20"/>
          <w:sz w:val="24"/>
          <w:szCs w:val="24"/>
          <w:lang w:eastAsia="ko-KR"/>
        </w:rPr>
        <w:t>:                       (</w:t>
      </w:r>
      <w:r>
        <w:rPr>
          <w:rFonts w:ascii="바탕체" w:eastAsia="바탕체" w:hAnsi="바탕체" w:cs="맑은 고딕" w:hint="eastAsia"/>
          <w:b/>
          <w:bCs/>
          <w:spacing w:val="20"/>
          <w:sz w:val="24"/>
          <w:szCs w:val="24"/>
          <w:lang w:eastAsia="ko-KR"/>
        </w:rPr>
        <w:t>인)</w:t>
      </w:r>
    </w:p>
    <w:p w:rsidR="002A0911" w:rsidRDefault="00A1422A">
      <w:pPr>
        <w:jc w:val="right"/>
        <w:rPr>
          <w:rFonts w:ascii="바탕체" w:eastAsia="바탕체" w:hAnsi="바탕체" w:cs="맑은 고딕"/>
          <w:b/>
          <w:bCs/>
          <w:spacing w:val="20"/>
          <w:sz w:val="32"/>
          <w:szCs w:val="32"/>
          <w:lang w:eastAsia="ko-KR"/>
        </w:rPr>
      </w:pPr>
      <w:r>
        <w:rPr>
          <w:rFonts w:ascii="바탕체" w:eastAsia="바탕체" w:hAnsi="바탕체" w:cs="맑은 고딕" w:hint="eastAsia"/>
          <w:b/>
          <w:bCs/>
          <w:spacing w:val="20"/>
          <w:sz w:val="32"/>
          <w:szCs w:val="32"/>
          <w:lang w:eastAsia="ko-KR"/>
        </w:rPr>
        <w:t xml:space="preserve">조례동아아파트 입주자대표회의 </w:t>
      </w:r>
      <w:r>
        <w:rPr>
          <w:rFonts w:ascii="바탕체" w:eastAsia="바탕체" w:hAnsi="바탕체" w:cs="맑은 고딕"/>
          <w:b/>
          <w:bCs/>
          <w:spacing w:val="20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b/>
          <w:bCs/>
          <w:spacing w:val="20"/>
          <w:sz w:val="32"/>
          <w:szCs w:val="32"/>
          <w:lang w:eastAsia="ko-KR"/>
        </w:rPr>
        <w:t>귀중</w:t>
      </w:r>
    </w:p>
    <w:p w:rsidR="002A0911" w:rsidRDefault="00A1422A">
      <w:pPr>
        <w:pStyle w:val="a7"/>
        <w:jc w:val="center"/>
        <w:rPr>
          <w:rFonts w:ascii="바탕체" w:eastAsia="바탕체" w:hAnsi="바탕체"/>
          <w:sz w:val="32"/>
          <w:szCs w:val="32"/>
          <w:lang w:eastAsia="ko-KR"/>
        </w:rPr>
      </w:pP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lastRenderedPageBreak/>
        <w:t>공사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사업자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선정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적격심사제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표준평가표에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따른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세부배점표</w:t>
      </w:r>
    </w:p>
    <w:p w:rsidR="002A0911" w:rsidRDefault="00A1422A">
      <w:pPr>
        <w:pStyle w:val="a7"/>
        <w:jc w:val="center"/>
        <w:rPr>
          <w:rFonts w:ascii="바탕체" w:eastAsia="바탕체" w:hAnsi="바탕체"/>
          <w:sz w:val="32"/>
          <w:szCs w:val="32"/>
          <w:lang w:eastAsia="ko-KR"/>
        </w:rPr>
      </w:pPr>
      <w:r>
        <w:rPr>
          <w:rFonts w:ascii="바탕체" w:eastAsia="바탕체" w:hAnsi="바탕체"/>
          <w:sz w:val="32"/>
          <w:szCs w:val="32"/>
          <w:lang w:eastAsia="ko-KR"/>
        </w:rPr>
        <w:t>(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도시가스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노후밸브</w:t>
      </w:r>
      <w:r>
        <w:rPr>
          <w:rFonts w:ascii="바탕체" w:eastAsia="바탕체" w:hAnsi="바탕체"/>
          <w:sz w:val="32"/>
          <w:szCs w:val="32"/>
          <w:lang w:eastAsia="ko-KR"/>
        </w:rPr>
        <w:t xml:space="preserve"> </w:t>
      </w:r>
      <w:r>
        <w:rPr>
          <w:rFonts w:ascii="바탕체" w:eastAsia="바탕체" w:hAnsi="바탕체" w:cs="맑은 고딕" w:hint="eastAsia"/>
          <w:sz w:val="32"/>
          <w:szCs w:val="32"/>
          <w:lang w:eastAsia="ko-KR"/>
        </w:rPr>
        <w:t>교체공사</w:t>
      </w:r>
      <w:r>
        <w:rPr>
          <w:rFonts w:ascii="바탕체" w:eastAsia="바탕체" w:hAnsi="바탕체"/>
          <w:sz w:val="32"/>
          <w:szCs w:val="32"/>
          <w:lang w:eastAsia="ko-KR"/>
        </w:rPr>
        <w:t>)</w:t>
      </w:r>
    </w:p>
    <w:tbl>
      <w:tblPr>
        <w:tblStyle w:val="af9"/>
        <w:tblW w:w="10421" w:type="dxa"/>
        <w:tblInd w:w="-318" w:type="dxa"/>
        <w:tblLook w:val="04A0" w:firstRow="1" w:lastRow="0" w:firstColumn="1" w:lastColumn="0" w:noHBand="0" w:noVBand="1"/>
      </w:tblPr>
      <w:tblGrid>
        <w:gridCol w:w="858"/>
        <w:gridCol w:w="1646"/>
        <w:gridCol w:w="771"/>
        <w:gridCol w:w="1465"/>
        <w:gridCol w:w="1374"/>
        <w:gridCol w:w="1583"/>
        <w:gridCol w:w="741"/>
        <w:gridCol w:w="661"/>
        <w:gridCol w:w="661"/>
        <w:gridCol w:w="661"/>
      </w:tblGrid>
      <w:tr w:rsidR="002A0911">
        <w:trPr>
          <w:trHeight w:val="289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구분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평가항목(배점)</w:t>
            </w:r>
          </w:p>
        </w:tc>
        <w:tc>
          <w:tcPr>
            <w:tcW w:w="771" w:type="dxa"/>
            <w:vMerge w:val="restart"/>
            <w:tcBorders>
              <w:top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세부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배점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항목별 평가 등급</w:t>
            </w:r>
          </w:p>
        </w:tc>
        <w:tc>
          <w:tcPr>
            <w:tcW w:w="2063" w:type="dxa"/>
            <w:gridSpan w:val="3"/>
            <w:tcBorders>
              <w:top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업체별 평가 확인</w:t>
            </w:r>
          </w:p>
        </w:tc>
        <w:tc>
          <w:tcPr>
            <w:tcW w:w="661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비고</w:t>
            </w: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465" w:type="dxa"/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회사채</w:t>
            </w:r>
          </w:p>
        </w:tc>
        <w:tc>
          <w:tcPr>
            <w:tcW w:w="1374" w:type="dxa"/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기업어음</w:t>
            </w:r>
          </w:p>
        </w:tc>
        <w:tc>
          <w:tcPr>
            <w:tcW w:w="1583" w:type="dxa"/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기업신용</w:t>
            </w:r>
          </w:p>
        </w:tc>
        <w:tc>
          <w:tcPr>
            <w:tcW w:w="741" w:type="dxa"/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업체</w:t>
            </w:r>
          </w:p>
        </w:tc>
        <w:tc>
          <w:tcPr>
            <w:tcW w:w="661" w:type="dxa"/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업체</w:t>
            </w:r>
          </w:p>
        </w:tc>
        <w:tc>
          <w:tcPr>
            <w:tcW w:w="661" w:type="dxa"/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업체</w:t>
            </w:r>
          </w:p>
        </w:tc>
        <w:tc>
          <w:tcPr>
            <w:tcW w:w="661" w:type="dxa"/>
            <w:vMerge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 w:val="restart"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기업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신뢰도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1646" w:type="dxa"/>
            <w:vMerge w:val="restart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신용평가등급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5.0</w:t>
            </w:r>
          </w:p>
        </w:tc>
        <w:tc>
          <w:tcPr>
            <w:tcW w:w="1465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A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AA,AA+,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A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A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°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,AA-,BBB+,B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B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B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°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,BBB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-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,BB+,BB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°</w:t>
            </w:r>
          </w:p>
        </w:tc>
        <w:tc>
          <w:tcPr>
            <w:tcW w:w="1374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A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1,A2+,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A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°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,A2-,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A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3+,A3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°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A3-,B+</w:t>
            </w:r>
          </w:p>
        </w:tc>
        <w:tc>
          <w:tcPr>
            <w:tcW w:w="1583" w:type="dxa"/>
            <w:vMerge w:val="restart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회사 채 에 준하는 등급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4.5</w:t>
            </w:r>
          </w:p>
        </w:tc>
        <w:tc>
          <w:tcPr>
            <w:tcW w:w="1465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B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B-</w:t>
            </w:r>
          </w:p>
        </w:tc>
        <w:tc>
          <w:tcPr>
            <w:tcW w:w="1374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B°</w:t>
            </w:r>
          </w:p>
        </w:tc>
        <w:tc>
          <w:tcPr>
            <w:tcW w:w="1583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4.0</w:t>
            </w:r>
          </w:p>
        </w:tc>
        <w:tc>
          <w:tcPr>
            <w:tcW w:w="1465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B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+,B0,B-</w:t>
            </w:r>
          </w:p>
        </w:tc>
        <w:tc>
          <w:tcPr>
            <w:tcW w:w="1374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B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-</w:t>
            </w:r>
          </w:p>
        </w:tc>
        <w:tc>
          <w:tcPr>
            <w:tcW w:w="1583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1.0</w:t>
            </w:r>
          </w:p>
        </w:tc>
        <w:tc>
          <w:tcPr>
            <w:tcW w:w="1465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C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CC+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이하</w:t>
            </w:r>
          </w:p>
        </w:tc>
        <w:tc>
          <w:tcPr>
            <w:tcW w:w="1374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C이하</w:t>
            </w:r>
          </w:p>
        </w:tc>
        <w:tc>
          <w:tcPr>
            <w:tcW w:w="1583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 w:val="restart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행정처분 건수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1건 이하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~ 3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9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~ 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6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~ 7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8건 이상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업무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수행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능력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기술자 보유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0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제시사항 모두 확보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8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5순위(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 w:val="restart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장비보유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0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제시사항 모두 확보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8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5순위(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 w:val="restart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업무실적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0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 이상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8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8 ~ 9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7 ~ 8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 ~ 6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건 미만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,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사업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제안서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사업계획의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적합성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5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우수(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10%)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양호(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보통(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미흡(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부족(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 w:val="restart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지원서비스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능력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5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우수(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양호(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보통(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미흡(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부족(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10%)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입찰</w:t>
            </w:r>
          </w:p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가격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입찰가격</w:t>
            </w:r>
          </w:p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점)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0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27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2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3순위(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21</w:t>
            </w:r>
          </w:p>
        </w:tc>
        <w:tc>
          <w:tcPr>
            <w:tcW w:w="4422" w:type="dxa"/>
            <w:gridSpan w:val="3"/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4순위(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vMerge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18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5순위(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20%)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8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6E3BC" w:themeFill="accent3" w:themeFillTint="66"/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16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00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</w:t>
            </w:r>
          </w:p>
        </w:tc>
        <w:tc>
          <w:tcPr>
            <w:tcW w:w="7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0911" w:rsidRDefault="00A1422A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00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점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 w:rsidR="002A0911" w:rsidRDefault="002A0911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911" w:rsidRDefault="002A0911">
            <w:pPr>
              <w:pStyle w:val="a7"/>
              <w:jc w:val="center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</w:p>
        </w:tc>
      </w:tr>
      <w:tr w:rsidR="002A0911">
        <w:trPr>
          <w:trHeight w:val="255"/>
        </w:trPr>
        <w:tc>
          <w:tcPr>
            <w:tcW w:w="1042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911" w:rsidRDefault="00A1422A">
            <w:pPr>
              <w:pStyle w:val="a7"/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&lt;비고&gt;</w:t>
            </w:r>
          </w:p>
          <w:p w:rsidR="002A0911" w:rsidRDefault="00A1422A">
            <w:pPr>
              <w:pStyle w:val="a7"/>
              <w:numPr>
                <w:ilvl w:val="0"/>
                <w:numId w:val="3"/>
              </w:numPr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참가업체가 적어 백분율로 산정이 되지 않는 경우에는 순위에 따라 배점함</w:t>
            </w:r>
          </w:p>
          <w:p w:rsidR="002A0911" w:rsidRDefault="00A1422A">
            <w:pPr>
              <w:pStyle w:val="a7"/>
              <w:numPr>
                <w:ilvl w:val="0"/>
                <w:numId w:val="3"/>
              </w:numPr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기술자 및 장비 보유는 많이 확보한 순으로 순위를  정하고,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제시사항을 모두 확보한 경우를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순위로,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나머지 업체를 총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로 하여 상위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그 다음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그 다음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마지막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순위로 평가함</w:t>
            </w:r>
          </w:p>
          <w:p w:rsidR="002A0911" w:rsidRDefault="00A1422A">
            <w:pPr>
              <w:pStyle w:val="a7"/>
              <w:numPr>
                <w:ilvl w:val="0"/>
                <w:numId w:val="3"/>
              </w:numPr>
              <w:rPr>
                <w:rFonts w:ascii="바탕체" w:eastAsia="바탕체" w:hAnsi="바탕체"/>
                <w:sz w:val="16"/>
                <w:szCs w:val="16"/>
                <w:lang w:eastAsia="ko-KR"/>
              </w:rPr>
            </w:pP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입착가격은 최저가 순으로 순위를 정하고,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최저가 업체를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순위로,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나머지 업체를 총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100%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로 하여 상위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그 다음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3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순위, 그 다음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4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순위,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마직막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20%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 xml:space="preserve">는 </w:t>
            </w:r>
            <w:r>
              <w:rPr>
                <w:rFonts w:ascii="바탕체" w:eastAsia="바탕체" w:hAnsi="바탕체"/>
                <w:sz w:val="16"/>
                <w:szCs w:val="16"/>
                <w:lang w:eastAsia="ko-KR"/>
              </w:rPr>
              <w:t>5</w:t>
            </w:r>
            <w:r>
              <w:rPr>
                <w:rFonts w:ascii="바탕체" w:eastAsia="바탕체" w:hAnsi="바탕체" w:hint="eastAsia"/>
                <w:sz w:val="16"/>
                <w:szCs w:val="16"/>
                <w:lang w:eastAsia="ko-KR"/>
              </w:rPr>
              <w:t>순위로 평가함</w:t>
            </w:r>
          </w:p>
        </w:tc>
      </w:tr>
    </w:tbl>
    <w:p w:rsidR="002A0911" w:rsidRDefault="002A0911">
      <w:pPr>
        <w:pStyle w:val="a7"/>
        <w:jc w:val="center"/>
        <w:rPr>
          <w:rFonts w:ascii="바탕체" w:eastAsia="바탕체" w:hAnsi="바탕체"/>
          <w:sz w:val="32"/>
          <w:szCs w:val="32"/>
          <w:lang w:eastAsia="ko-KR"/>
        </w:rPr>
      </w:pPr>
    </w:p>
    <w:sectPr w:rsidR="002A0911">
      <w:pgSz w:w="11909" w:h="16834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컴바탕">
    <w:altName w:val="함초롬바탕"/>
    <w:panose1 w:val="02030600000101010101"/>
    <w:charset w:val="00"/>
    <w:family w:val="auto"/>
    <w:pitch w:val="default"/>
    <w:sig w:usb0="00000000" w:usb1="FFFFFFFF" w:usb2="00FFFFFF" w:usb3="00000001" w:csb0="863F01FF" w:csb1="0000FFFF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4710641"/>
    <w:multiLevelType w:val="hybridMultilevel"/>
    <w:tmpl w:val="46AA5E42"/>
    <w:lvl w:ilvl="0" w:tplc="0409000F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ECF4191"/>
    <w:multiLevelType w:val="hybridMultilevel"/>
    <w:tmpl w:val="4F1E9BB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EAB4602"/>
    <w:multiLevelType w:val="hybridMultilevel"/>
    <w:tmpl w:val="F0DCBAE2"/>
    <w:lvl w:ilvl="0" w:tplc="8EBC614A">
      <w:start w:val="1"/>
      <w:numFmt w:val="decimalEnclosedCircle"/>
      <w:lvlText w:val="%1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0911"/>
    <w:rsid w:val="002A0911"/>
    <w:rsid w:val="00483A5B"/>
    <w:rsid w:val="005868F8"/>
    <w:rsid w:val="006D400C"/>
    <w:rsid w:val="007450EE"/>
    <w:rsid w:val="009A36B2"/>
    <w:rsid w:val="00A1422A"/>
    <w:rsid w:val="00B422B2"/>
    <w:rsid w:val="00CF11E3"/>
    <w:rsid w:val="00EF0066"/>
    <w:rsid w:val="00F9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D60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8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8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1">
    <w:name w:val="Normal"/>
    <w:qFormat/>
    <w:rPr>
      <w:rFonts w:ascii="맑은 고딕" w:hAnsi="맑은 고딕"/>
      <w:color w:val="333333"/>
      <w:sz w:val="20"/>
    </w:rPr>
  </w:style>
  <w:style w:type="paragraph" w:styleId="1">
    <w:name w:val="heading 1"/>
    <w:basedOn w:val="a1"/>
    <w:next w:val="a1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</w:style>
  <w:style w:type="paragraph" w:styleId="a6">
    <w:name w:val="footer"/>
    <w:basedOn w:val="a1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8">
    <w:name w:val="Title"/>
    <w:basedOn w:val="a1"/>
    <w:next w:val="a1"/>
    <w:link w:val="Char1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a">
    <w:name w:val="List Paragraph"/>
    <w:basedOn w:val="a1"/>
    <w:uiPriority w:val="34"/>
    <w:qFormat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pPr>
      <w:spacing w:after="120"/>
    </w:pPr>
  </w:style>
  <w:style w:type="character" w:customStyle="1" w:styleId="Char3">
    <w:name w:val="본문 Char"/>
    <w:basedOn w:val="a2"/>
    <w:link w:val="ab"/>
    <w:uiPriority w:val="99"/>
  </w:style>
  <w:style w:type="paragraph" w:styleId="22">
    <w:name w:val="Body Text 2"/>
    <w:basedOn w:val="a1"/>
    <w:link w:val="2Char0"/>
    <w:uiPriority w:val="99"/>
    <w:unhideWhenUsed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</w:style>
  <w:style w:type="paragraph" w:styleId="32">
    <w:name w:val="Body Text 3"/>
    <w:basedOn w:val="a1"/>
    <w:link w:val="3Char0"/>
    <w:uiPriority w:val="99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Pr>
      <w:sz w:val="16"/>
      <w:szCs w:val="16"/>
    </w:rPr>
  </w:style>
  <w:style w:type="paragraph" w:styleId="ac">
    <w:name w:val="List"/>
    <w:basedOn w:val="a1"/>
    <w:uiPriority w:val="99"/>
    <w:unhideWhenUsed/>
    <w:pPr>
      <w:ind w:left="360" w:hanging="360"/>
      <w:contextualSpacing/>
    </w:pPr>
  </w:style>
  <w:style w:type="paragraph" w:styleId="23">
    <w:name w:val="List 2"/>
    <w:basedOn w:val="a1"/>
    <w:uiPriority w:val="99"/>
    <w:unhideWhenUsed/>
    <w:pPr>
      <w:ind w:left="720" w:hanging="360"/>
      <w:contextualSpacing/>
    </w:pPr>
  </w:style>
  <w:style w:type="paragraph" w:styleId="33">
    <w:name w:val="List 3"/>
    <w:basedOn w:val="a1"/>
    <w:uiPriority w:val="99"/>
    <w:unhideWhenUsed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pPr>
      <w:numPr>
        <w:numId w:val="4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5"/>
      </w:numPr>
      <w:contextualSpacing/>
    </w:pPr>
  </w:style>
  <w:style w:type="paragraph" w:styleId="30">
    <w:name w:val="List Bullet 3"/>
    <w:basedOn w:val="a1"/>
    <w:uiPriority w:val="99"/>
    <w:unhideWhenUsed/>
    <w:pPr>
      <w:numPr>
        <w:numId w:val="6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7"/>
      </w:numPr>
      <w:contextualSpacing/>
    </w:pPr>
  </w:style>
  <w:style w:type="paragraph" w:styleId="2">
    <w:name w:val="List Number 2"/>
    <w:basedOn w:val="a1"/>
    <w:uiPriority w:val="99"/>
    <w:unhideWhenUsed/>
    <w:pPr>
      <w:numPr>
        <w:numId w:val="8"/>
      </w:numPr>
      <w:contextualSpacing/>
    </w:pPr>
  </w:style>
  <w:style w:type="paragraph" w:styleId="3">
    <w:name w:val="List Number 3"/>
    <w:basedOn w:val="a1"/>
    <w:uiPriority w:val="99"/>
    <w:unhideWhenUsed/>
    <w:pPr>
      <w:numPr>
        <w:numId w:val="9"/>
      </w:numPr>
      <w:contextualSpacing/>
    </w:pPr>
  </w:style>
  <w:style w:type="paragraph" w:styleId="ad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Pr>
      <w:i/>
      <w:iCs/>
      <w:color w:val="000000"/>
    </w:rPr>
  </w:style>
  <w:style w:type="character" w:customStyle="1" w:styleId="Char5">
    <w:name w:val="인용 Char"/>
    <w:basedOn w:val="a2"/>
    <w:link w:val="af"/>
    <w:uiPriority w:val="29"/>
    <w:rPr>
      <w:i/>
      <w:iCs/>
      <w:color w:val="000000"/>
    </w:rPr>
  </w:style>
  <w:style w:type="character" w:customStyle="1" w:styleId="4Char">
    <w:name w:val="제목 4 Char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2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2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f1">
    <w:name w:val="Strong"/>
    <w:basedOn w:val="a2"/>
    <w:uiPriority w:val="22"/>
    <w:qFormat/>
    <w:rPr>
      <w:b/>
      <w:bCs/>
    </w:rPr>
  </w:style>
  <w:style w:type="character" w:styleId="af2">
    <w:name w:val="Emphasis"/>
    <w:basedOn w:val="a2"/>
    <w:uiPriority w:val="20"/>
    <w:qFormat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6">
    <w:name w:val="강한 인용 Char"/>
    <w:basedOn w:val="a2"/>
    <w:link w:val="af3"/>
    <w:uiPriority w:val="30"/>
    <w:rPr>
      <w:b/>
      <w:bCs/>
      <w:i/>
      <w:iCs/>
      <w:color w:val="4F81BD"/>
    </w:rPr>
  </w:style>
  <w:style w:type="character" w:styleId="af4">
    <w:name w:val="Subtle Emphasis"/>
    <w:basedOn w:val="a2"/>
    <w:uiPriority w:val="19"/>
    <w:qFormat/>
    <w:rPr>
      <w:i/>
      <w:iCs/>
      <w:color w:val="7F7F7F"/>
    </w:rPr>
  </w:style>
  <w:style w:type="character" w:styleId="af5">
    <w:name w:val="Intense Emphasis"/>
    <w:basedOn w:val="a2"/>
    <w:uiPriority w:val="21"/>
    <w:qFormat/>
    <w:rPr>
      <w:b/>
      <w:bCs/>
      <w:i/>
      <w:iCs/>
      <w:color w:val="4F81BD"/>
    </w:rPr>
  </w:style>
  <w:style w:type="character" w:styleId="af6">
    <w:name w:val="Subtle Reference"/>
    <w:basedOn w:val="a2"/>
    <w:uiPriority w:val="31"/>
    <w:qFormat/>
    <w:rPr>
      <w:smallCaps/>
      <w:color w:val="C0504D"/>
      <w:u w:val="single"/>
    </w:rPr>
  </w:style>
  <w:style w:type="character" w:styleId="af7">
    <w:name w:val="Intense Reference"/>
    <w:basedOn w:val="a2"/>
    <w:uiPriority w:val="32"/>
    <w:qFormat/>
    <w:rPr>
      <w:b/>
      <w:bCs/>
      <w:smallCaps/>
      <w:color w:val="C0504D"/>
      <w:spacing w:val="5"/>
      <w:u w:val="single"/>
    </w:rPr>
  </w:style>
  <w:style w:type="character" w:styleId="af8">
    <w:name w:val="Book Title"/>
    <w:basedOn w:val="a2"/>
    <w:uiPriority w:val="33"/>
    <w:qFormat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pPr>
      <w:outlineLvl w:val="9"/>
    </w:pPr>
  </w:style>
  <w:style w:type="table" w:styleId="af9">
    <w:name w:val="Table Grid"/>
    <w:basedOn w:val="a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Date"/>
    <w:basedOn w:val="a1"/>
    <w:next w:val="a1"/>
    <w:link w:val="Char7"/>
    <w:uiPriority w:val="99"/>
    <w:semiHidden/>
    <w:unhideWhenUsed/>
  </w:style>
  <w:style w:type="character" w:customStyle="1" w:styleId="Char7">
    <w:name w:val="날짜 Char"/>
    <w:basedOn w:val="a2"/>
    <w:link w:val="aff1"/>
    <w:uiPriority w:val="99"/>
    <w:semiHidden/>
    <w:rPr>
      <w:rFonts w:ascii="맑은 고딕" w:hAnsi="맑은 고딕"/>
      <w:color w:val="333333"/>
      <w:sz w:val="20"/>
    </w:rPr>
  </w:style>
  <w:style w:type="paragraph" w:customStyle="1" w:styleId="aff2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ff3">
    <w:name w:val="Balloon Text"/>
    <w:basedOn w:val="a1"/>
    <w:link w:val="Char8"/>
    <w:uiPriority w:val="99"/>
    <w:semiHidden/>
    <w:unhideWhenUsed/>
    <w:rsid w:val="00EF006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8">
    <w:name w:val="풍선 도움말 텍스트 Char"/>
    <w:basedOn w:val="a2"/>
    <w:link w:val="aff3"/>
    <w:uiPriority w:val="99"/>
    <w:semiHidden/>
    <w:rsid w:val="00EF0066"/>
    <w:rPr>
      <w:rFonts w:asciiTheme="majorHAnsi" w:eastAsiaTheme="majorEastAsia" w:hAnsiTheme="majorHAnsi" w:cstheme="majorBidi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cp:lastPrinted>2026-10-21T05:54:00Z</cp:lastPrinted>
  <dcterms:created xsi:type="dcterms:W3CDTF">2013-12-23T23:15:00Z</dcterms:created>
  <dcterms:modified xsi:type="dcterms:W3CDTF">2026-10-27T01:17:00Z</dcterms:modified>
  <cp:version>1200.0100.01</cp:version>
</cp:coreProperties>
</file>