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508" w:rsidRDefault="00C93D42">
      <w:pPr>
        <w:jc w:val="right"/>
        <w:rPr>
          <w:lang w:eastAsia="ko-KR"/>
        </w:rPr>
      </w:pPr>
      <w:proofErr w:type="spellStart"/>
      <w:r>
        <w:rPr>
          <w:lang w:eastAsia="ko-KR"/>
        </w:rPr>
        <w:t>공고번호</w:t>
      </w:r>
      <w:proofErr w:type="spellEnd"/>
      <w:r>
        <w:rPr>
          <w:lang w:eastAsia="ko-KR"/>
        </w:rPr>
        <w:t xml:space="preserve">: </w:t>
      </w:r>
      <w:proofErr w:type="spellStart"/>
      <w:r>
        <w:rPr>
          <w:lang w:eastAsia="ko-KR"/>
        </w:rPr>
        <w:t>산들마을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2026-</w:t>
      </w:r>
      <w:proofErr w:type="gramStart"/>
      <w:r>
        <w:rPr>
          <w:lang w:eastAsia="ko-KR"/>
        </w:rPr>
        <w:t>[   ]</w:t>
      </w:r>
      <w:proofErr w:type="gramEnd"/>
      <w:r>
        <w:rPr>
          <w:lang w:eastAsia="ko-KR"/>
        </w:rPr>
        <w:t>호</w:t>
      </w:r>
    </w:p>
    <w:p w:rsidR="00002508" w:rsidRDefault="00C93D42">
      <w:pPr>
        <w:jc w:val="center"/>
        <w:rPr>
          <w:lang w:eastAsia="ko-KR"/>
        </w:rPr>
      </w:pPr>
      <w:r>
        <w:rPr>
          <w:b/>
          <w:sz w:val="30"/>
          <w:lang w:eastAsia="ko-KR"/>
        </w:rPr>
        <w:t>청소노동자</w:t>
      </w:r>
      <w:r>
        <w:rPr>
          <w:b/>
          <w:sz w:val="30"/>
          <w:lang w:eastAsia="ko-KR"/>
        </w:rPr>
        <w:t xml:space="preserve"> </w:t>
      </w:r>
      <w:r>
        <w:rPr>
          <w:b/>
          <w:sz w:val="30"/>
          <w:lang w:eastAsia="ko-KR"/>
        </w:rPr>
        <w:t>휴게시설</w:t>
      </w:r>
      <w:r>
        <w:rPr>
          <w:b/>
          <w:sz w:val="30"/>
          <w:lang w:eastAsia="ko-KR"/>
        </w:rPr>
        <w:t xml:space="preserve"> </w:t>
      </w:r>
      <w:proofErr w:type="spellStart"/>
      <w:r>
        <w:rPr>
          <w:b/>
          <w:sz w:val="30"/>
          <w:lang w:eastAsia="ko-KR"/>
        </w:rPr>
        <w:t>신설공사</w:t>
      </w:r>
      <w:proofErr w:type="spellEnd"/>
      <w:r>
        <w:rPr>
          <w:b/>
          <w:sz w:val="30"/>
          <w:lang w:eastAsia="ko-KR"/>
        </w:rPr>
        <w:t xml:space="preserve"> </w:t>
      </w:r>
      <w:r>
        <w:rPr>
          <w:b/>
          <w:sz w:val="30"/>
          <w:lang w:eastAsia="ko-KR"/>
        </w:rPr>
        <w:t>업체선정</w:t>
      </w:r>
      <w:r>
        <w:rPr>
          <w:b/>
          <w:sz w:val="30"/>
          <w:lang w:eastAsia="ko-KR"/>
        </w:rPr>
        <w:t xml:space="preserve"> </w:t>
      </w:r>
      <w:r>
        <w:rPr>
          <w:b/>
          <w:sz w:val="30"/>
          <w:lang w:eastAsia="ko-KR"/>
        </w:rPr>
        <w:t>입찰공고</w:t>
      </w:r>
      <w:r w:rsidR="0002642D">
        <w:rPr>
          <w:rFonts w:hint="eastAsia"/>
          <w:b/>
          <w:sz w:val="30"/>
          <w:lang w:eastAsia="ko-KR"/>
        </w:rPr>
        <w:t>(긴급)</w:t>
      </w:r>
    </w:p>
    <w:p w:rsidR="00002508" w:rsidRDefault="00C93D42">
      <w:pPr>
        <w:jc w:val="center"/>
        <w:rPr>
          <w:b/>
          <w:sz w:val="18"/>
          <w:lang w:eastAsia="ko-KR"/>
        </w:rPr>
      </w:pPr>
      <w:r w:rsidRPr="0002642D">
        <w:rPr>
          <w:b/>
          <w:sz w:val="18"/>
          <w:lang w:eastAsia="ko-KR"/>
        </w:rPr>
        <w:t>2026</w:t>
      </w:r>
      <w:r w:rsidRPr="0002642D">
        <w:rPr>
          <w:b/>
          <w:sz w:val="18"/>
          <w:lang w:eastAsia="ko-KR"/>
        </w:rPr>
        <w:t>년</w:t>
      </w:r>
      <w:r w:rsidRPr="0002642D">
        <w:rPr>
          <w:b/>
          <w:sz w:val="18"/>
          <w:lang w:eastAsia="ko-KR"/>
        </w:rPr>
        <w:t xml:space="preserve"> </w:t>
      </w:r>
      <w:r w:rsidRPr="0002642D">
        <w:rPr>
          <w:b/>
          <w:sz w:val="18"/>
          <w:lang w:eastAsia="ko-KR"/>
        </w:rPr>
        <w:t>아파트</w:t>
      </w:r>
      <w:r w:rsidRPr="0002642D">
        <w:rPr>
          <w:b/>
          <w:sz w:val="18"/>
          <w:lang w:eastAsia="ko-KR"/>
        </w:rPr>
        <w:t xml:space="preserve"> </w:t>
      </w:r>
      <w:r w:rsidRPr="0002642D">
        <w:rPr>
          <w:b/>
          <w:sz w:val="18"/>
          <w:lang w:eastAsia="ko-KR"/>
        </w:rPr>
        <w:t>경비</w:t>
      </w:r>
      <w:r w:rsidRPr="0002642D">
        <w:rPr>
          <w:b/>
          <w:sz w:val="18"/>
          <w:lang w:eastAsia="ko-KR"/>
        </w:rPr>
        <w:t>·</w:t>
      </w:r>
      <w:r w:rsidRPr="0002642D">
        <w:rPr>
          <w:b/>
          <w:sz w:val="18"/>
          <w:lang w:eastAsia="ko-KR"/>
        </w:rPr>
        <w:t>청소</w:t>
      </w:r>
      <w:r w:rsidRPr="0002642D">
        <w:rPr>
          <w:b/>
          <w:sz w:val="18"/>
          <w:lang w:eastAsia="ko-KR"/>
        </w:rPr>
        <w:t xml:space="preserve"> </w:t>
      </w:r>
      <w:r w:rsidRPr="0002642D">
        <w:rPr>
          <w:b/>
          <w:sz w:val="18"/>
          <w:lang w:eastAsia="ko-KR"/>
        </w:rPr>
        <w:t>노동자</w:t>
      </w:r>
      <w:r w:rsidRPr="0002642D">
        <w:rPr>
          <w:b/>
          <w:sz w:val="18"/>
          <w:lang w:eastAsia="ko-KR"/>
        </w:rPr>
        <w:t xml:space="preserve"> </w:t>
      </w:r>
      <w:r w:rsidRPr="0002642D">
        <w:rPr>
          <w:b/>
          <w:sz w:val="18"/>
          <w:lang w:eastAsia="ko-KR"/>
        </w:rPr>
        <w:t>등</w:t>
      </w:r>
      <w:r w:rsidRPr="0002642D">
        <w:rPr>
          <w:b/>
          <w:sz w:val="18"/>
          <w:lang w:eastAsia="ko-KR"/>
        </w:rPr>
        <w:t xml:space="preserve"> </w:t>
      </w:r>
      <w:r w:rsidRPr="0002642D">
        <w:rPr>
          <w:b/>
          <w:sz w:val="18"/>
          <w:lang w:eastAsia="ko-KR"/>
        </w:rPr>
        <w:t>휴게시설</w:t>
      </w:r>
      <w:r w:rsidRPr="0002642D">
        <w:rPr>
          <w:b/>
          <w:sz w:val="18"/>
          <w:lang w:eastAsia="ko-KR"/>
        </w:rPr>
        <w:t xml:space="preserve"> </w:t>
      </w:r>
      <w:r w:rsidRPr="0002642D">
        <w:rPr>
          <w:b/>
          <w:sz w:val="18"/>
          <w:lang w:eastAsia="ko-KR"/>
        </w:rPr>
        <w:t>개선</w:t>
      </w:r>
      <w:r w:rsidRPr="0002642D">
        <w:rPr>
          <w:b/>
          <w:sz w:val="18"/>
          <w:lang w:eastAsia="ko-KR"/>
        </w:rPr>
        <w:t xml:space="preserve"> </w:t>
      </w:r>
      <w:r w:rsidRPr="0002642D">
        <w:rPr>
          <w:b/>
          <w:sz w:val="18"/>
          <w:lang w:eastAsia="ko-KR"/>
        </w:rPr>
        <w:t>지원사업</w:t>
      </w:r>
    </w:p>
    <w:p w:rsidR="0002642D" w:rsidRPr="0002642D" w:rsidRDefault="0002642D">
      <w:pPr>
        <w:jc w:val="center"/>
        <w:rPr>
          <w:rFonts w:hint="eastAsia"/>
          <w:b/>
          <w:lang w:eastAsia="ko-KR"/>
        </w:rPr>
      </w:pPr>
    </w:p>
    <w:p w:rsidR="00002508" w:rsidRDefault="00C93D42">
      <w:pPr>
        <w:rPr>
          <w:lang w:eastAsia="ko-KR"/>
        </w:rPr>
      </w:pPr>
      <w:r>
        <w:rPr>
          <w:lang w:eastAsia="ko-KR"/>
        </w:rPr>
        <w:t>「공동주택관리법」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25</w:t>
      </w:r>
      <w:r>
        <w:rPr>
          <w:lang w:eastAsia="ko-KR"/>
        </w:rPr>
        <w:t>조</w:t>
      </w:r>
      <w:r>
        <w:rPr>
          <w:lang w:eastAsia="ko-KR"/>
        </w:rPr>
        <w:t xml:space="preserve">, </w:t>
      </w:r>
      <w:r>
        <w:rPr>
          <w:lang w:eastAsia="ko-KR"/>
        </w:rPr>
        <w:t>같은</w:t>
      </w:r>
      <w:r>
        <w:rPr>
          <w:lang w:eastAsia="ko-KR"/>
        </w:rPr>
        <w:t xml:space="preserve"> </w:t>
      </w:r>
      <w:r>
        <w:rPr>
          <w:lang w:eastAsia="ko-KR"/>
        </w:rPr>
        <w:t>법</w:t>
      </w:r>
      <w:r>
        <w:rPr>
          <w:lang w:eastAsia="ko-KR"/>
        </w:rPr>
        <w:t xml:space="preserve"> </w:t>
      </w:r>
      <w:r>
        <w:rPr>
          <w:lang w:eastAsia="ko-KR"/>
        </w:rPr>
        <w:t>시행령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25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「주택관리업자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사업자</w:t>
      </w:r>
      <w:r>
        <w:rPr>
          <w:lang w:eastAsia="ko-KR"/>
        </w:rPr>
        <w:t xml:space="preserve"> </w:t>
      </w:r>
      <w:r>
        <w:rPr>
          <w:lang w:eastAsia="ko-KR"/>
        </w:rPr>
        <w:t>선정지침」</w:t>
      </w:r>
      <w:r>
        <w:rPr>
          <w:lang w:eastAsia="ko-KR"/>
        </w:rPr>
        <w:t>(</w:t>
      </w:r>
      <w:r>
        <w:rPr>
          <w:lang w:eastAsia="ko-KR"/>
        </w:rPr>
        <w:t>국토교통부고시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2024-196</w:t>
      </w:r>
      <w:r>
        <w:rPr>
          <w:lang w:eastAsia="ko-KR"/>
        </w:rPr>
        <w:t>호</w:t>
      </w:r>
      <w:r>
        <w:rPr>
          <w:lang w:eastAsia="ko-KR"/>
        </w:rPr>
        <w:t>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아래와</w:t>
      </w:r>
      <w:r>
        <w:rPr>
          <w:lang w:eastAsia="ko-KR"/>
        </w:rPr>
        <w:t xml:space="preserve"> </w:t>
      </w:r>
      <w:r>
        <w:rPr>
          <w:lang w:eastAsia="ko-KR"/>
        </w:rPr>
        <w:t>같이</w:t>
      </w:r>
      <w:r>
        <w:rPr>
          <w:lang w:eastAsia="ko-KR"/>
        </w:rPr>
        <w:t xml:space="preserve"> </w:t>
      </w:r>
      <w:r>
        <w:rPr>
          <w:lang w:eastAsia="ko-KR"/>
        </w:rPr>
        <w:t>사업자를</w:t>
      </w:r>
      <w:r>
        <w:rPr>
          <w:lang w:eastAsia="ko-KR"/>
        </w:rPr>
        <w:t xml:space="preserve"> </w:t>
      </w:r>
      <w:r>
        <w:rPr>
          <w:lang w:eastAsia="ko-KR"/>
        </w:rPr>
        <w:t>선정하고자</w:t>
      </w:r>
      <w:r>
        <w:rPr>
          <w:lang w:eastAsia="ko-KR"/>
        </w:rPr>
        <w:t xml:space="preserve"> </w:t>
      </w:r>
      <w:r>
        <w:rPr>
          <w:lang w:eastAsia="ko-KR"/>
        </w:rPr>
        <w:t>공고합니다</w:t>
      </w:r>
      <w:r>
        <w:rPr>
          <w:lang w:eastAsia="ko-KR"/>
        </w:rPr>
        <w:t>. (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문서는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의결</w:t>
      </w:r>
      <w:r>
        <w:rPr>
          <w:lang w:eastAsia="ko-KR"/>
        </w:rPr>
        <w:t xml:space="preserve"> </w:t>
      </w:r>
      <w:r>
        <w:rPr>
          <w:lang w:eastAsia="ko-KR"/>
        </w:rPr>
        <w:t>전</w:t>
      </w:r>
      <w:r>
        <w:rPr>
          <w:lang w:eastAsia="ko-KR"/>
        </w:rPr>
        <w:t xml:space="preserve"> </w:t>
      </w:r>
      <w:r>
        <w:rPr>
          <w:lang w:eastAsia="ko-KR"/>
        </w:rPr>
        <w:t>검토용</w:t>
      </w:r>
      <w:r>
        <w:rPr>
          <w:lang w:eastAsia="ko-KR"/>
        </w:rPr>
        <w:t xml:space="preserve"> </w:t>
      </w:r>
      <w:r>
        <w:rPr>
          <w:lang w:eastAsia="ko-KR"/>
        </w:rPr>
        <w:t>초안입니다</w:t>
      </w:r>
      <w:r>
        <w:rPr>
          <w:lang w:eastAsia="ko-KR"/>
        </w:rPr>
        <w:t>.)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1. </w:t>
      </w:r>
      <w:r>
        <w:rPr>
          <w:rFonts w:ascii="맑은 고딕" w:hAnsi="맑은 고딕"/>
          <w:lang w:eastAsia="ko-KR"/>
        </w:rPr>
        <w:t>단지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개요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단</w:t>
      </w:r>
      <w:r>
        <w:rPr>
          <w:lang w:eastAsia="ko-KR"/>
        </w:rPr>
        <w:t xml:space="preserve"> </w:t>
      </w:r>
      <w:r>
        <w:rPr>
          <w:lang w:eastAsia="ko-KR"/>
        </w:rPr>
        <w:t>지</w:t>
      </w:r>
      <w:r>
        <w:rPr>
          <w:lang w:eastAsia="ko-KR"/>
        </w:rPr>
        <w:t xml:space="preserve"> </w:t>
      </w:r>
      <w:proofErr w:type="gramStart"/>
      <w:r>
        <w:rPr>
          <w:lang w:eastAsia="ko-KR"/>
        </w:rPr>
        <w:t>명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산들마을아파트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소</w:t>
      </w:r>
      <w:r>
        <w:rPr>
          <w:lang w:eastAsia="ko-KR"/>
        </w:rPr>
        <w:t xml:space="preserve"> </w:t>
      </w:r>
      <w:r>
        <w:rPr>
          <w:lang w:eastAsia="ko-KR"/>
        </w:rPr>
        <w:t>재</w:t>
      </w:r>
      <w:r>
        <w:rPr>
          <w:lang w:eastAsia="ko-KR"/>
        </w:rPr>
        <w:t xml:space="preserve"> </w:t>
      </w:r>
      <w:proofErr w:type="gramStart"/>
      <w:r>
        <w:rPr>
          <w:lang w:eastAsia="ko-KR"/>
        </w:rPr>
        <w:t>지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경기도</w:t>
      </w:r>
      <w:r>
        <w:rPr>
          <w:lang w:eastAsia="ko-KR"/>
        </w:rPr>
        <w:t xml:space="preserve"> </w:t>
      </w:r>
      <w:r>
        <w:rPr>
          <w:lang w:eastAsia="ko-KR"/>
        </w:rPr>
        <w:t>성남시</w:t>
      </w:r>
      <w:r>
        <w:rPr>
          <w:lang w:eastAsia="ko-KR"/>
        </w:rPr>
        <w:t xml:space="preserve"> </w:t>
      </w:r>
      <w:r>
        <w:rPr>
          <w:lang w:eastAsia="ko-KR"/>
        </w:rPr>
        <w:t>중원구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여수울로</w:t>
      </w:r>
      <w:proofErr w:type="spellEnd"/>
      <w:r>
        <w:rPr>
          <w:lang w:eastAsia="ko-KR"/>
        </w:rPr>
        <w:t xml:space="preserve"> 51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proofErr w:type="gramStart"/>
      <w:r>
        <w:rPr>
          <w:lang w:eastAsia="ko-KR"/>
        </w:rPr>
        <w:t>단지규모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16</w:t>
      </w:r>
      <w:r>
        <w:rPr>
          <w:lang w:eastAsia="ko-KR"/>
        </w:rPr>
        <w:t>개동</w:t>
      </w:r>
      <w:r>
        <w:rPr>
          <w:lang w:eastAsia="ko-KR"/>
        </w:rPr>
        <w:t>, 1,171</w:t>
      </w:r>
      <w:r>
        <w:rPr>
          <w:lang w:eastAsia="ko-KR"/>
        </w:rPr>
        <w:t>세대</w:t>
      </w:r>
    </w:p>
    <w:p w:rsidR="00274C33" w:rsidRDefault="00274C33">
      <w:pPr>
        <w:rPr>
          <w:lang w:eastAsia="ko-KR"/>
        </w:rPr>
      </w:pPr>
    </w:p>
    <w:p w:rsidR="00002508" w:rsidRDefault="00C93D42">
      <w:pPr>
        <w:pStyle w:val="21"/>
      </w:pPr>
      <w:r>
        <w:rPr>
          <w:rFonts w:ascii="맑은 고딕" w:hAnsi="맑은 고딕"/>
        </w:rPr>
        <w:t xml:space="preserve">2. </w:t>
      </w:r>
      <w:proofErr w:type="spellStart"/>
      <w:r>
        <w:rPr>
          <w:rFonts w:ascii="맑은 고딕" w:hAnsi="맑은 고딕"/>
        </w:rPr>
        <w:t>입찰의</w:t>
      </w:r>
      <w:proofErr w:type="spellEnd"/>
      <w:r>
        <w:rPr>
          <w:rFonts w:ascii="맑은 고딕" w:hAnsi="맑은 고딕"/>
        </w:rPr>
        <w:t xml:space="preserve"> </w:t>
      </w:r>
      <w:proofErr w:type="spellStart"/>
      <w:r>
        <w:rPr>
          <w:rFonts w:ascii="맑은 고딕" w:hAnsi="맑은 고딕"/>
        </w:rPr>
        <w:t>종류</w:t>
      </w:r>
      <w:proofErr w:type="spellEnd"/>
      <w:r>
        <w:rPr>
          <w:rFonts w:ascii="맑은 고딕" w:hAnsi="맑은 고딕"/>
        </w:rPr>
        <w:t xml:space="preserve"> </w:t>
      </w:r>
      <w:r>
        <w:rPr>
          <w:rFonts w:ascii="맑은 고딕" w:hAnsi="맑은 고딕"/>
        </w:rPr>
        <w:t>및</w:t>
      </w:r>
      <w:r>
        <w:rPr>
          <w:rFonts w:ascii="맑은 고딕" w:hAnsi="맑은 고딕"/>
        </w:rPr>
        <w:t xml:space="preserve"> </w:t>
      </w:r>
      <w:r>
        <w:rPr>
          <w:rFonts w:ascii="맑은 고딕" w:hAnsi="맑은 고딕"/>
        </w:rPr>
        <w:t>낙찰방법</w:t>
      </w:r>
    </w:p>
    <w:p w:rsidR="00274C33" w:rsidRDefault="00C93D42">
      <w:pPr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proofErr w:type="spellStart"/>
      <w:proofErr w:type="gramStart"/>
      <w:r>
        <w:rPr>
          <w:lang w:eastAsia="ko-KR"/>
        </w:rPr>
        <w:t>입찰종류</w:t>
      </w:r>
      <w:proofErr w:type="spellEnd"/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일반경쟁입찰</w:t>
      </w:r>
      <w:r>
        <w:rPr>
          <w:lang w:eastAsia="ko-KR"/>
        </w:rPr>
        <w:t xml:space="preserve"> / K-apt </w:t>
      </w:r>
      <w:r>
        <w:rPr>
          <w:lang w:eastAsia="ko-KR"/>
        </w:rPr>
        <w:t>전자입찰</w:t>
      </w:r>
      <w:r>
        <w:rPr>
          <w:lang w:eastAsia="ko-KR"/>
        </w:rPr>
        <w:t>.</w:t>
      </w:r>
    </w:p>
    <w:p w:rsidR="00274C33" w:rsidRDefault="00C93D42">
      <w:pPr>
        <w:rPr>
          <w:color w:val="222A34"/>
          <w:sz w:val="16"/>
          <w:szCs w:val="16"/>
          <w:lang w:eastAsia="ko-KR"/>
        </w:rPr>
      </w:pPr>
      <w:r w:rsidRPr="00274C33">
        <w:rPr>
          <w:color w:val="222A34"/>
          <w:sz w:val="16"/>
          <w:szCs w:val="16"/>
          <w:lang w:eastAsia="ko-KR"/>
        </w:rPr>
        <w:t>나</w:t>
      </w:r>
      <w:r w:rsidRPr="00274C33">
        <w:rPr>
          <w:color w:val="222A34"/>
          <w:sz w:val="16"/>
          <w:szCs w:val="16"/>
          <w:lang w:eastAsia="ko-KR"/>
        </w:rPr>
        <w:t xml:space="preserve">. </w:t>
      </w:r>
      <w:proofErr w:type="spellStart"/>
      <w:proofErr w:type="gramStart"/>
      <w:r w:rsidRPr="00274C33">
        <w:rPr>
          <w:color w:val="222A34"/>
          <w:sz w:val="16"/>
          <w:szCs w:val="16"/>
          <w:lang w:eastAsia="ko-KR"/>
        </w:rPr>
        <w:t>낙찰방법</w:t>
      </w:r>
      <w:proofErr w:type="spellEnd"/>
      <w:r w:rsidRPr="00274C33">
        <w:rPr>
          <w:color w:val="222A34"/>
          <w:sz w:val="16"/>
          <w:szCs w:val="16"/>
          <w:lang w:eastAsia="ko-KR"/>
        </w:rPr>
        <w:t xml:space="preserve"> :</w:t>
      </w:r>
      <w:proofErr w:type="gramEnd"/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최저낙찰제</w:t>
      </w:r>
      <w:r w:rsidRPr="00274C33">
        <w:rPr>
          <w:color w:val="222A34"/>
          <w:sz w:val="16"/>
          <w:szCs w:val="16"/>
          <w:lang w:eastAsia="ko-KR"/>
        </w:rPr>
        <w:t>(12</w:t>
      </w:r>
      <w:r w:rsidRPr="00274C33">
        <w:rPr>
          <w:color w:val="222A34"/>
          <w:sz w:val="16"/>
          <w:szCs w:val="16"/>
          <w:lang w:eastAsia="ko-KR"/>
        </w:rPr>
        <w:t>개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필수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항목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및</w:t>
      </w:r>
      <w:r w:rsidRPr="00274C33">
        <w:rPr>
          <w:color w:val="222A34"/>
          <w:sz w:val="16"/>
          <w:szCs w:val="16"/>
          <w:lang w:eastAsia="ko-KR"/>
        </w:rPr>
        <w:t xml:space="preserve"> 11</w:t>
      </w:r>
      <w:r w:rsidRPr="00274C33">
        <w:rPr>
          <w:color w:val="222A34"/>
          <w:sz w:val="16"/>
          <w:szCs w:val="16"/>
          <w:lang w:eastAsia="ko-KR"/>
        </w:rPr>
        <w:t>월</w:t>
      </w:r>
      <w:r w:rsidRPr="00274C33">
        <w:rPr>
          <w:color w:val="222A34"/>
          <w:sz w:val="16"/>
          <w:szCs w:val="16"/>
          <w:lang w:eastAsia="ko-KR"/>
        </w:rPr>
        <w:t xml:space="preserve"> 10</w:t>
      </w:r>
      <w:r w:rsidRPr="00274C33">
        <w:rPr>
          <w:color w:val="222A34"/>
          <w:sz w:val="16"/>
          <w:szCs w:val="16"/>
          <w:lang w:eastAsia="ko-KR"/>
        </w:rPr>
        <w:t>일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준공</w:t>
      </w:r>
      <w:r w:rsidR="00327FB3">
        <w:rPr>
          <w:rFonts w:hint="eastAsia"/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조건을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충족하는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유효한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입찰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중</w:t>
      </w:r>
      <w:r w:rsidRPr="00274C33">
        <w:rPr>
          <w:color w:val="222A34"/>
          <w:sz w:val="16"/>
          <w:szCs w:val="16"/>
          <w:lang w:eastAsia="ko-KR"/>
        </w:rPr>
        <w:t xml:space="preserve"> </w:t>
      </w:r>
      <w:r w:rsidRPr="00274C33">
        <w:rPr>
          <w:color w:val="222A34"/>
          <w:sz w:val="16"/>
          <w:szCs w:val="16"/>
          <w:lang w:eastAsia="ko-KR"/>
        </w:rPr>
        <w:t>최저가격</w:t>
      </w:r>
      <w:r w:rsidRPr="00274C33">
        <w:rPr>
          <w:color w:val="222A34"/>
          <w:sz w:val="16"/>
          <w:szCs w:val="16"/>
          <w:lang w:eastAsia="ko-KR"/>
        </w:rPr>
        <w:t>)</w:t>
      </w:r>
    </w:p>
    <w:p w:rsidR="00002508" w:rsidRPr="00274C33" w:rsidRDefault="00C93D42">
      <w:pPr>
        <w:rPr>
          <w:sz w:val="16"/>
          <w:szCs w:val="16"/>
          <w:lang w:eastAsia="ko-KR"/>
        </w:rPr>
      </w:pPr>
      <w:r w:rsidRPr="00274C33">
        <w:rPr>
          <w:color w:val="222A34"/>
          <w:sz w:val="16"/>
          <w:szCs w:val="16"/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3. </w:t>
      </w:r>
      <w:r>
        <w:rPr>
          <w:rFonts w:ascii="맑은 고딕" w:hAnsi="맑은 고딕"/>
          <w:lang w:eastAsia="ko-KR"/>
        </w:rPr>
        <w:t>입찰에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부치는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사항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공</w:t>
      </w:r>
      <w:r>
        <w:rPr>
          <w:lang w:eastAsia="ko-KR"/>
        </w:rPr>
        <w:t xml:space="preserve"> </w:t>
      </w:r>
      <w:r>
        <w:rPr>
          <w:lang w:eastAsia="ko-KR"/>
        </w:rPr>
        <w:t>사</w:t>
      </w:r>
      <w:r>
        <w:rPr>
          <w:lang w:eastAsia="ko-KR"/>
        </w:rPr>
        <w:t xml:space="preserve"> </w:t>
      </w:r>
      <w:proofErr w:type="gramStart"/>
      <w:r>
        <w:rPr>
          <w:lang w:eastAsia="ko-KR"/>
        </w:rPr>
        <w:t>명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산들마을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청소노동자</w:t>
      </w:r>
      <w:r>
        <w:rPr>
          <w:lang w:eastAsia="ko-KR"/>
        </w:rPr>
        <w:t xml:space="preserve"> </w:t>
      </w:r>
      <w:r>
        <w:rPr>
          <w:lang w:eastAsia="ko-KR"/>
        </w:rPr>
        <w:t>휴게시설</w:t>
      </w:r>
      <w:r>
        <w:rPr>
          <w:lang w:eastAsia="ko-KR"/>
        </w:rPr>
        <w:t xml:space="preserve"> </w:t>
      </w:r>
      <w:r>
        <w:rPr>
          <w:lang w:eastAsia="ko-KR"/>
        </w:rPr>
        <w:t>신설</w:t>
      </w:r>
      <w:r w:rsidR="00274C33">
        <w:rPr>
          <w:rFonts w:hint="eastAsia"/>
          <w:lang w:eastAsia="ko-KR"/>
        </w:rPr>
        <w:t xml:space="preserve"> </w:t>
      </w:r>
      <w:r>
        <w:rPr>
          <w:lang w:eastAsia="ko-KR"/>
        </w:rPr>
        <w:t>공사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공사</w:t>
      </w:r>
      <w:r w:rsidR="00274C33">
        <w:rPr>
          <w:rFonts w:hint="eastAsia"/>
          <w:lang w:eastAsia="ko-KR"/>
        </w:rPr>
        <w:t xml:space="preserve"> </w:t>
      </w:r>
      <w:proofErr w:type="gramStart"/>
      <w:r>
        <w:rPr>
          <w:lang w:eastAsia="ko-KR"/>
        </w:rPr>
        <w:t>위치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산들마을아파트</w:t>
      </w:r>
      <w:r>
        <w:rPr>
          <w:lang w:eastAsia="ko-KR"/>
        </w:rPr>
        <w:t xml:space="preserve"> </w:t>
      </w:r>
      <w:r>
        <w:rPr>
          <w:lang w:eastAsia="ko-KR"/>
        </w:rPr>
        <w:t>단지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청소노동자</w:t>
      </w:r>
      <w:r>
        <w:rPr>
          <w:lang w:eastAsia="ko-KR"/>
        </w:rPr>
        <w:t xml:space="preserve"> </w:t>
      </w:r>
      <w:r>
        <w:rPr>
          <w:lang w:eastAsia="ko-KR"/>
        </w:rPr>
        <w:t>휴게시설</w:t>
      </w:r>
      <w:r>
        <w:rPr>
          <w:lang w:eastAsia="ko-KR"/>
        </w:rPr>
        <w:t xml:space="preserve"> </w:t>
      </w:r>
      <w:r>
        <w:rPr>
          <w:lang w:eastAsia="ko-KR"/>
        </w:rPr>
        <w:t>신설</w:t>
      </w:r>
      <w:r>
        <w:rPr>
          <w:lang w:eastAsia="ko-KR"/>
        </w:rPr>
        <w:t xml:space="preserve"> </w:t>
      </w:r>
      <w:r>
        <w:rPr>
          <w:lang w:eastAsia="ko-KR"/>
        </w:rPr>
        <w:t>예정</w:t>
      </w:r>
      <w:r>
        <w:rPr>
          <w:lang w:eastAsia="ko-KR"/>
        </w:rPr>
        <w:t xml:space="preserve"> </w:t>
      </w:r>
      <w:r>
        <w:rPr>
          <w:lang w:eastAsia="ko-KR"/>
        </w:rPr>
        <w:t>공간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공사</w:t>
      </w:r>
      <w:r w:rsidR="00274C33">
        <w:rPr>
          <w:rFonts w:hint="eastAsia"/>
          <w:lang w:eastAsia="ko-KR"/>
        </w:rPr>
        <w:t xml:space="preserve"> </w:t>
      </w:r>
      <w:proofErr w:type="gramStart"/>
      <w:r>
        <w:rPr>
          <w:lang w:eastAsia="ko-KR"/>
        </w:rPr>
        <w:t>규모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약</w:t>
      </w:r>
      <w:r>
        <w:rPr>
          <w:lang w:eastAsia="ko-KR"/>
        </w:rPr>
        <w:t xml:space="preserve"> 10</w:t>
      </w:r>
      <w:r>
        <w:rPr>
          <w:lang w:eastAsia="ko-KR"/>
        </w:rPr>
        <w:t>㎡</w:t>
      </w:r>
      <w:r>
        <w:rPr>
          <w:lang w:eastAsia="ko-KR"/>
        </w:rPr>
        <w:t>(</w:t>
      </w:r>
      <w:r>
        <w:rPr>
          <w:lang w:eastAsia="ko-KR"/>
        </w:rPr>
        <w:t>기존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  <w:r w:rsidR="00274C33">
        <w:rPr>
          <w:rFonts w:hint="eastAsia"/>
          <w:lang w:eastAsia="ko-KR"/>
        </w:rPr>
        <w:t xml:space="preserve"> </w:t>
      </w:r>
      <w:r>
        <w:rPr>
          <w:lang w:eastAsia="ko-KR"/>
        </w:rPr>
        <w:t>도면</w:t>
      </w:r>
      <w:r>
        <w:rPr>
          <w:lang w:eastAsia="ko-KR"/>
        </w:rPr>
        <w:t xml:space="preserve"> </w:t>
      </w:r>
      <w:r>
        <w:rPr>
          <w:lang w:eastAsia="ko-KR"/>
        </w:rPr>
        <w:t>기준</w:t>
      </w:r>
      <w:r>
        <w:rPr>
          <w:lang w:eastAsia="ko-KR"/>
        </w:rPr>
        <w:t xml:space="preserve">, </w:t>
      </w:r>
      <w:r>
        <w:rPr>
          <w:lang w:eastAsia="ko-KR"/>
        </w:rPr>
        <w:t>실측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관계기관</w:t>
      </w:r>
      <w:r>
        <w:rPr>
          <w:lang w:eastAsia="ko-KR"/>
        </w:rPr>
        <w:t xml:space="preserve"> </w:t>
      </w:r>
      <w:r>
        <w:rPr>
          <w:lang w:eastAsia="ko-KR"/>
        </w:rPr>
        <w:t>승인</w:t>
      </w:r>
      <w:r w:rsidR="00274C33">
        <w:rPr>
          <w:rFonts w:hint="eastAsia"/>
          <w:lang w:eastAsia="ko-KR"/>
        </w:rPr>
        <w:t xml:space="preserve"> </w:t>
      </w:r>
      <w:r>
        <w:rPr>
          <w:lang w:eastAsia="ko-KR"/>
        </w:rPr>
        <w:t>자료</w:t>
      </w:r>
      <w:r>
        <w:rPr>
          <w:lang w:eastAsia="ko-KR"/>
        </w:rPr>
        <w:t xml:space="preserve"> </w:t>
      </w:r>
      <w:r>
        <w:rPr>
          <w:lang w:eastAsia="ko-KR"/>
        </w:rPr>
        <w:t>우선</w:t>
      </w:r>
      <w:r>
        <w:rPr>
          <w:lang w:eastAsia="ko-KR"/>
        </w:rPr>
        <w:t>)</w:t>
      </w:r>
    </w:p>
    <w:p w:rsidR="00002508" w:rsidRDefault="00C93D42" w:rsidP="00274C33">
      <w:pPr>
        <w:ind w:left="1020" w:hangingChars="600" w:hanging="1020"/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공사</w:t>
      </w:r>
      <w:r w:rsidR="00274C33">
        <w:rPr>
          <w:rFonts w:hint="eastAsia"/>
          <w:lang w:eastAsia="ko-KR"/>
        </w:rPr>
        <w:t xml:space="preserve"> </w:t>
      </w:r>
      <w:proofErr w:type="gramStart"/>
      <w:r>
        <w:rPr>
          <w:lang w:eastAsia="ko-KR"/>
        </w:rPr>
        <w:t>내용</w:t>
      </w:r>
      <w:r w:rsidR="00274C33">
        <w:rPr>
          <w:lang w:eastAsia="ko-KR"/>
        </w:rPr>
        <w:t xml:space="preserve"> :</w:t>
      </w:r>
      <w:proofErr w:type="gramEnd"/>
      <w:r w:rsidR="00274C33">
        <w:rPr>
          <w:lang w:eastAsia="ko-KR"/>
        </w:rPr>
        <w:t xml:space="preserve"> </w:t>
      </w:r>
      <w:r>
        <w:rPr>
          <w:lang w:eastAsia="ko-KR"/>
        </w:rPr>
        <w:t>별첨</w:t>
      </w:r>
      <w:r>
        <w:rPr>
          <w:lang w:eastAsia="ko-KR"/>
        </w:rPr>
        <w:t xml:space="preserve"> 1 </w:t>
      </w:r>
      <w:r>
        <w:rPr>
          <w:lang w:eastAsia="ko-KR"/>
        </w:rPr>
        <w:t>필수</w:t>
      </w:r>
      <w:r>
        <w:rPr>
          <w:lang w:eastAsia="ko-KR"/>
        </w:rPr>
        <w:t xml:space="preserve"> </w:t>
      </w:r>
      <w:r>
        <w:rPr>
          <w:lang w:eastAsia="ko-KR"/>
        </w:rPr>
        <w:t>내역을</w:t>
      </w:r>
      <w:r>
        <w:rPr>
          <w:lang w:eastAsia="ko-KR"/>
        </w:rPr>
        <w:t xml:space="preserve"> </w:t>
      </w:r>
      <w:r>
        <w:rPr>
          <w:lang w:eastAsia="ko-KR"/>
        </w:rPr>
        <w:t>기준으로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, </w:t>
      </w:r>
      <w:r>
        <w:rPr>
          <w:lang w:eastAsia="ko-KR"/>
        </w:rPr>
        <w:t>품목</w:t>
      </w:r>
      <w:r>
        <w:rPr>
          <w:lang w:eastAsia="ko-KR"/>
        </w:rPr>
        <w:t xml:space="preserve"> </w:t>
      </w:r>
      <w:r>
        <w:rPr>
          <w:lang w:eastAsia="ko-KR"/>
        </w:rPr>
        <w:t>삭제</w:t>
      </w:r>
      <w:r>
        <w:rPr>
          <w:lang w:eastAsia="ko-KR"/>
        </w:rPr>
        <w:t>·</w:t>
      </w:r>
      <w:r>
        <w:rPr>
          <w:lang w:eastAsia="ko-KR"/>
        </w:rPr>
        <w:t>수량</w:t>
      </w:r>
      <w:r>
        <w:rPr>
          <w:lang w:eastAsia="ko-KR"/>
        </w:rPr>
        <w:t xml:space="preserve"> </w:t>
      </w:r>
      <w:r>
        <w:rPr>
          <w:lang w:eastAsia="ko-KR"/>
        </w:rPr>
        <w:t>축소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공사를</w:t>
      </w:r>
      <w:r>
        <w:rPr>
          <w:lang w:eastAsia="ko-KR"/>
        </w:rPr>
        <w:t xml:space="preserve"> </w:t>
      </w:r>
      <w:r>
        <w:rPr>
          <w:lang w:eastAsia="ko-KR"/>
        </w:rPr>
        <w:t>완료한</w:t>
      </w: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업체별</w:t>
      </w:r>
      <w:r>
        <w:rPr>
          <w:lang w:eastAsia="ko-KR"/>
        </w:rPr>
        <w:t xml:space="preserve"> </w:t>
      </w:r>
      <w:r>
        <w:rPr>
          <w:lang w:eastAsia="ko-KR"/>
        </w:rPr>
        <w:t>단가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총액은</w:t>
      </w:r>
      <w:r>
        <w:rPr>
          <w:lang w:eastAsia="ko-KR"/>
        </w:rPr>
        <w:t xml:space="preserve"> </w:t>
      </w:r>
      <w:r>
        <w:rPr>
          <w:lang w:eastAsia="ko-KR"/>
        </w:rPr>
        <w:t>자유롭게</w:t>
      </w:r>
      <w:r>
        <w:rPr>
          <w:lang w:eastAsia="ko-KR"/>
        </w:rPr>
        <w:t xml:space="preserve"> </w:t>
      </w:r>
      <w:r>
        <w:rPr>
          <w:lang w:eastAsia="ko-KR"/>
        </w:rPr>
        <w:t>제안한다</w:t>
      </w:r>
      <w:r>
        <w:rPr>
          <w:lang w:eastAsia="ko-KR"/>
        </w:rPr>
        <w:t>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마</w:t>
      </w:r>
      <w:r>
        <w:rPr>
          <w:lang w:eastAsia="ko-KR"/>
        </w:rPr>
        <w:t xml:space="preserve">. </w:t>
      </w:r>
      <w:r>
        <w:rPr>
          <w:lang w:eastAsia="ko-KR"/>
        </w:rPr>
        <w:t>휴게시설</w:t>
      </w:r>
      <w:r>
        <w:rPr>
          <w:lang w:eastAsia="ko-KR"/>
        </w:rPr>
        <w:t xml:space="preserve"> </w:t>
      </w:r>
      <w:r>
        <w:rPr>
          <w:lang w:eastAsia="ko-KR"/>
        </w:rPr>
        <w:t>적정</w:t>
      </w:r>
      <w:r w:rsidR="0004597A">
        <w:rPr>
          <w:rFonts w:hint="eastAsia"/>
          <w:lang w:eastAsia="ko-KR"/>
        </w:rPr>
        <w:t xml:space="preserve"> </w:t>
      </w:r>
      <w:proofErr w:type="gramStart"/>
      <w:r>
        <w:rPr>
          <w:lang w:eastAsia="ko-KR"/>
        </w:rPr>
        <w:t>기준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휴식</w:t>
      </w:r>
      <w:r>
        <w:rPr>
          <w:lang w:eastAsia="ko-KR"/>
        </w:rPr>
        <w:t xml:space="preserve"> </w:t>
      </w:r>
      <w:r>
        <w:rPr>
          <w:lang w:eastAsia="ko-KR"/>
        </w:rPr>
        <w:t>공간</w:t>
      </w:r>
      <w:r>
        <w:rPr>
          <w:lang w:eastAsia="ko-KR"/>
        </w:rPr>
        <w:t xml:space="preserve"> </w:t>
      </w:r>
      <w:r>
        <w:rPr>
          <w:lang w:eastAsia="ko-KR"/>
        </w:rPr>
        <w:t>바닥면적</w:t>
      </w:r>
      <w:r>
        <w:rPr>
          <w:lang w:eastAsia="ko-KR"/>
        </w:rPr>
        <w:t xml:space="preserve"> </w:t>
      </w:r>
      <w:r>
        <w:rPr>
          <w:lang w:eastAsia="ko-KR"/>
        </w:rPr>
        <w:t>최소</w:t>
      </w:r>
      <w:r>
        <w:rPr>
          <w:lang w:eastAsia="ko-KR"/>
        </w:rPr>
        <w:t xml:space="preserve"> 6</w:t>
      </w:r>
      <w:r>
        <w:rPr>
          <w:lang w:eastAsia="ko-KR"/>
        </w:rPr>
        <w:t>㎡</w:t>
      </w:r>
      <w:r>
        <w:rPr>
          <w:lang w:eastAsia="ko-KR"/>
        </w:rPr>
        <w:t xml:space="preserve"> </w:t>
      </w:r>
      <w:r>
        <w:rPr>
          <w:lang w:eastAsia="ko-KR"/>
        </w:rPr>
        <w:t>이상</w:t>
      </w:r>
      <w:r>
        <w:rPr>
          <w:lang w:eastAsia="ko-KR"/>
        </w:rPr>
        <w:t>(</w:t>
      </w:r>
      <w:r>
        <w:rPr>
          <w:lang w:eastAsia="ko-KR"/>
        </w:rPr>
        <w:t>샤워장</w:t>
      </w:r>
      <w:r>
        <w:rPr>
          <w:lang w:eastAsia="ko-KR"/>
        </w:rPr>
        <w:t>·</w:t>
      </w:r>
      <w:r>
        <w:rPr>
          <w:lang w:eastAsia="ko-KR"/>
        </w:rPr>
        <w:t>화장실</w:t>
      </w:r>
      <w:r>
        <w:rPr>
          <w:lang w:eastAsia="ko-KR"/>
        </w:rPr>
        <w:t xml:space="preserve"> </w:t>
      </w:r>
      <w:r>
        <w:rPr>
          <w:lang w:eastAsia="ko-KR"/>
        </w:rPr>
        <w:t>면적</w:t>
      </w:r>
      <w:r>
        <w:rPr>
          <w:lang w:eastAsia="ko-KR"/>
        </w:rPr>
        <w:t xml:space="preserve"> </w:t>
      </w:r>
      <w:r>
        <w:rPr>
          <w:lang w:eastAsia="ko-KR"/>
        </w:rPr>
        <w:t>제외</w:t>
      </w:r>
      <w:r>
        <w:rPr>
          <w:lang w:eastAsia="ko-KR"/>
        </w:rPr>
        <w:t xml:space="preserve">), </w:t>
      </w:r>
      <w:r>
        <w:rPr>
          <w:lang w:eastAsia="ko-KR"/>
        </w:rPr>
        <w:t>천장</w:t>
      </w:r>
      <w:r>
        <w:rPr>
          <w:lang w:eastAsia="ko-KR"/>
        </w:rPr>
        <w:t xml:space="preserve"> </w:t>
      </w:r>
      <w:r>
        <w:rPr>
          <w:lang w:eastAsia="ko-KR"/>
        </w:rPr>
        <w:t>높이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설치</w:t>
      </w:r>
      <w:r>
        <w:rPr>
          <w:lang w:eastAsia="ko-KR"/>
        </w:rPr>
        <w:t>·</w:t>
      </w:r>
      <w:r>
        <w:rPr>
          <w:lang w:eastAsia="ko-KR"/>
        </w:rPr>
        <w:t>관리기준</w:t>
      </w:r>
      <w:r>
        <w:rPr>
          <w:lang w:eastAsia="ko-KR"/>
        </w:rPr>
        <w:t xml:space="preserve"> </w:t>
      </w:r>
      <w:r>
        <w:rPr>
          <w:lang w:eastAsia="ko-KR"/>
        </w:rPr>
        <w:t>준수</w:t>
      </w:r>
      <w:r>
        <w:rPr>
          <w:lang w:eastAsia="ko-KR"/>
        </w:rPr>
        <w:t>.</w:t>
      </w:r>
    </w:p>
    <w:p w:rsidR="00002508" w:rsidRPr="00274C33" w:rsidRDefault="009B6028" w:rsidP="00A53960">
      <w:pPr>
        <w:ind w:left="1360" w:hangingChars="800" w:hanging="1360"/>
        <w:rPr>
          <w:szCs w:val="17"/>
          <w:lang w:eastAsia="ko-KR"/>
        </w:rPr>
      </w:pPr>
      <w:r>
        <w:rPr>
          <w:rFonts w:hint="eastAsia"/>
          <w:color w:val="222A34"/>
          <w:szCs w:val="17"/>
          <w:lang w:eastAsia="ko-KR"/>
        </w:rPr>
        <w:t>바</w:t>
      </w:r>
      <w:r w:rsidR="00C93D42" w:rsidRPr="00274C33">
        <w:rPr>
          <w:color w:val="222A34"/>
          <w:szCs w:val="17"/>
          <w:lang w:eastAsia="ko-KR"/>
        </w:rPr>
        <w:t xml:space="preserve">. </w:t>
      </w:r>
      <w:r w:rsidR="00C93D42" w:rsidRPr="00274C33">
        <w:rPr>
          <w:color w:val="222A34"/>
          <w:szCs w:val="17"/>
          <w:lang w:eastAsia="ko-KR"/>
        </w:rPr>
        <w:t>입찰가격</w:t>
      </w:r>
      <w:r w:rsidR="00C93D42" w:rsidRPr="00274C33">
        <w:rPr>
          <w:color w:val="222A34"/>
          <w:szCs w:val="17"/>
          <w:lang w:eastAsia="ko-KR"/>
        </w:rPr>
        <w:t xml:space="preserve"> </w:t>
      </w:r>
      <w:proofErr w:type="gramStart"/>
      <w:r w:rsidR="00C93D42" w:rsidRPr="00274C33">
        <w:rPr>
          <w:color w:val="222A34"/>
          <w:szCs w:val="17"/>
          <w:lang w:eastAsia="ko-KR"/>
        </w:rPr>
        <w:t>상한</w:t>
      </w:r>
      <w:r w:rsidR="00C93D42" w:rsidRPr="00274C33">
        <w:rPr>
          <w:color w:val="222A34"/>
          <w:szCs w:val="17"/>
          <w:lang w:eastAsia="ko-KR"/>
        </w:rPr>
        <w:t xml:space="preserve"> :</w:t>
      </w:r>
      <w:proofErr w:type="gramEnd"/>
      <w:r w:rsidR="00C93D42" w:rsidRPr="00274C33">
        <w:rPr>
          <w:color w:val="222A34"/>
          <w:szCs w:val="17"/>
          <w:lang w:eastAsia="ko-KR"/>
        </w:rPr>
        <w:t xml:space="preserve"> </w:t>
      </w:r>
      <w:r w:rsidR="00FC6160">
        <w:rPr>
          <w:color w:val="222A34"/>
          <w:szCs w:val="17"/>
          <w:lang w:eastAsia="ko-KR"/>
        </w:rPr>
        <w:t>13,636,363</w:t>
      </w:r>
      <w:r w:rsidR="00FC6160">
        <w:rPr>
          <w:rFonts w:hint="eastAsia"/>
          <w:color w:val="222A34"/>
          <w:szCs w:val="17"/>
          <w:lang w:eastAsia="ko-KR"/>
        </w:rPr>
        <w:t>원</w:t>
      </w:r>
      <w:r w:rsidR="00C93D42" w:rsidRPr="00274C33">
        <w:rPr>
          <w:color w:val="222A34"/>
          <w:szCs w:val="17"/>
          <w:lang w:eastAsia="ko-KR"/>
        </w:rPr>
        <w:t xml:space="preserve"> </w:t>
      </w:r>
    </w:p>
    <w:p w:rsidR="00002508" w:rsidRPr="00274C33" w:rsidRDefault="009B6028" w:rsidP="00A53960">
      <w:pPr>
        <w:spacing w:after="80"/>
        <w:ind w:left="1700" w:hangingChars="1000" w:hanging="1700"/>
        <w:rPr>
          <w:szCs w:val="17"/>
          <w:lang w:eastAsia="ko-KR"/>
        </w:rPr>
      </w:pPr>
      <w:r>
        <w:rPr>
          <w:rFonts w:hint="eastAsia"/>
          <w:color w:val="222A34"/>
          <w:szCs w:val="17"/>
          <w:lang w:eastAsia="ko-KR"/>
        </w:rPr>
        <w:t>사</w:t>
      </w:r>
      <w:r w:rsidR="00C93D42" w:rsidRPr="00274C33">
        <w:rPr>
          <w:color w:val="222A34"/>
          <w:szCs w:val="17"/>
          <w:lang w:eastAsia="ko-KR"/>
        </w:rPr>
        <w:t xml:space="preserve">. </w:t>
      </w:r>
      <w:r w:rsidR="00C93D42" w:rsidRPr="00274C33">
        <w:rPr>
          <w:color w:val="222A34"/>
          <w:szCs w:val="17"/>
          <w:lang w:eastAsia="ko-KR"/>
        </w:rPr>
        <w:t>단지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부담</w:t>
      </w:r>
      <w:r w:rsidR="00C93D42" w:rsidRPr="00274C33">
        <w:rPr>
          <w:color w:val="222A34"/>
          <w:szCs w:val="17"/>
          <w:lang w:eastAsia="ko-KR"/>
        </w:rPr>
        <w:t xml:space="preserve"> </w:t>
      </w:r>
      <w:proofErr w:type="gramStart"/>
      <w:r w:rsidR="00C93D42" w:rsidRPr="00274C33">
        <w:rPr>
          <w:color w:val="222A34"/>
          <w:szCs w:val="17"/>
          <w:lang w:eastAsia="ko-KR"/>
        </w:rPr>
        <w:t>최소화</w:t>
      </w:r>
      <w:r w:rsidR="00C93D42" w:rsidRPr="00274C33">
        <w:rPr>
          <w:color w:val="222A34"/>
          <w:szCs w:val="17"/>
          <w:lang w:eastAsia="ko-KR"/>
        </w:rPr>
        <w:t xml:space="preserve"> :</w:t>
      </w:r>
      <w:proofErr w:type="gramEnd"/>
      <w:r w:rsidR="00C93D42" w:rsidRPr="00274C33">
        <w:rPr>
          <w:color w:val="222A34"/>
          <w:szCs w:val="17"/>
          <w:lang w:eastAsia="ko-KR"/>
        </w:rPr>
        <w:t xml:space="preserve"> 12</w:t>
      </w:r>
      <w:r w:rsidR="00C93D42" w:rsidRPr="00274C33">
        <w:rPr>
          <w:color w:val="222A34"/>
          <w:szCs w:val="17"/>
          <w:lang w:eastAsia="ko-KR"/>
        </w:rPr>
        <w:t>개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필수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항목의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자재</w:t>
      </w:r>
      <w:r w:rsidR="00C93D42" w:rsidRPr="00274C33">
        <w:rPr>
          <w:color w:val="222A34"/>
          <w:szCs w:val="17"/>
          <w:lang w:eastAsia="ko-KR"/>
        </w:rPr>
        <w:t>·</w:t>
      </w:r>
      <w:r w:rsidR="00C93D42" w:rsidRPr="00274C33">
        <w:rPr>
          <w:color w:val="222A34"/>
          <w:szCs w:val="17"/>
          <w:lang w:eastAsia="ko-KR"/>
        </w:rPr>
        <w:t>인건비</w:t>
      </w:r>
      <w:r w:rsidR="00C93D42" w:rsidRPr="00274C33">
        <w:rPr>
          <w:color w:val="222A34"/>
          <w:szCs w:val="17"/>
          <w:lang w:eastAsia="ko-KR"/>
        </w:rPr>
        <w:t>·</w:t>
      </w:r>
      <w:r w:rsidR="00C93D42" w:rsidRPr="00274C33">
        <w:rPr>
          <w:color w:val="222A34"/>
          <w:szCs w:val="17"/>
          <w:lang w:eastAsia="ko-KR"/>
        </w:rPr>
        <w:t>운반</w:t>
      </w:r>
      <w:r w:rsidR="00C93D42" w:rsidRPr="00274C33">
        <w:rPr>
          <w:color w:val="222A34"/>
          <w:szCs w:val="17"/>
          <w:lang w:eastAsia="ko-KR"/>
        </w:rPr>
        <w:t>·</w:t>
      </w:r>
      <w:r w:rsidR="00C93D42" w:rsidRPr="00274C33">
        <w:rPr>
          <w:color w:val="222A34"/>
          <w:szCs w:val="17"/>
          <w:lang w:eastAsia="ko-KR"/>
        </w:rPr>
        <w:t>설치</w:t>
      </w:r>
      <w:r w:rsidR="00C93D42" w:rsidRPr="00274C33">
        <w:rPr>
          <w:color w:val="222A34"/>
          <w:szCs w:val="17"/>
          <w:lang w:eastAsia="ko-KR"/>
        </w:rPr>
        <w:t>·</w:t>
      </w:r>
      <w:r w:rsidR="00C93D42" w:rsidRPr="00274C33">
        <w:rPr>
          <w:color w:val="222A34"/>
          <w:szCs w:val="17"/>
          <w:lang w:eastAsia="ko-KR"/>
        </w:rPr>
        <w:t>시운전</w:t>
      </w:r>
      <w:r w:rsidR="00C93D42" w:rsidRPr="00274C33">
        <w:rPr>
          <w:color w:val="222A34"/>
          <w:szCs w:val="17"/>
          <w:lang w:eastAsia="ko-KR"/>
        </w:rPr>
        <w:t>·</w:t>
      </w:r>
      <w:r w:rsidR="00C93D42" w:rsidRPr="00274C33">
        <w:rPr>
          <w:color w:val="222A34"/>
          <w:szCs w:val="17"/>
          <w:lang w:eastAsia="ko-KR"/>
        </w:rPr>
        <w:t>현장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정리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및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준공</w:t>
      </w:r>
      <w:r w:rsidR="00A53960">
        <w:rPr>
          <w:rFonts w:hint="eastAsia"/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자료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작성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등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계약</w:t>
      </w:r>
      <w:r w:rsidR="00A53960">
        <w:rPr>
          <w:rFonts w:hint="eastAsia"/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범위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내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비용을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입찰</w:t>
      </w:r>
      <w:r w:rsidR="00A53960">
        <w:rPr>
          <w:rFonts w:hint="eastAsia"/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총액에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포함한다</w:t>
      </w:r>
      <w:r w:rsidR="00C93D42" w:rsidRPr="00274C33">
        <w:rPr>
          <w:color w:val="222A34"/>
          <w:szCs w:val="17"/>
          <w:lang w:eastAsia="ko-KR"/>
        </w:rPr>
        <w:t xml:space="preserve">. </w:t>
      </w:r>
      <w:r w:rsidR="00C93D42" w:rsidRPr="00274C33">
        <w:rPr>
          <w:color w:val="222A34"/>
          <w:szCs w:val="17"/>
          <w:lang w:eastAsia="ko-KR"/>
        </w:rPr>
        <w:t>모든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요건을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충족하는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유효</w:t>
      </w:r>
      <w:r w:rsidR="00A53960">
        <w:rPr>
          <w:rFonts w:hint="eastAsia"/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입찰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중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최저가격으로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선정하며</w:t>
      </w:r>
      <w:r w:rsidR="00C93D42" w:rsidRPr="00274C33">
        <w:rPr>
          <w:color w:val="222A34"/>
          <w:szCs w:val="17"/>
          <w:lang w:eastAsia="ko-KR"/>
        </w:rPr>
        <w:t xml:space="preserve">, </w:t>
      </w:r>
      <w:r w:rsidR="00C93D42" w:rsidRPr="00274C33">
        <w:rPr>
          <w:color w:val="222A34"/>
          <w:szCs w:val="17"/>
          <w:lang w:eastAsia="ko-KR"/>
        </w:rPr>
        <w:t>낙찰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후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임의적인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별도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비용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청구는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허용하지</w:t>
      </w:r>
      <w:r w:rsidR="00C93D42" w:rsidRPr="00274C33">
        <w:rPr>
          <w:color w:val="222A34"/>
          <w:szCs w:val="17"/>
          <w:lang w:eastAsia="ko-KR"/>
        </w:rPr>
        <w:t xml:space="preserve"> </w:t>
      </w:r>
      <w:r w:rsidR="00C93D42" w:rsidRPr="00274C33">
        <w:rPr>
          <w:color w:val="222A34"/>
          <w:szCs w:val="17"/>
          <w:lang w:eastAsia="ko-KR"/>
        </w:rPr>
        <w:t>않는다</w:t>
      </w:r>
      <w:r w:rsidR="00C93D42" w:rsidRPr="00274C33">
        <w:rPr>
          <w:color w:val="222A34"/>
          <w:szCs w:val="17"/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4. </w:t>
      </w:r>
      <w:r>
        <w:rPr>
          <w:rFonts w:ascii="맑은 고딕" w:hAnsi="맑은 고딕"/>
          <w:lang w:eastAsia="ko-KR"/>
        </w:rPr>
        <w:t>입찰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참가자격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「주택관리업자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사업자</w:t>
      </w:r>
      <w:r>
        <w:rPr>
          <w:lang w:eastAsia="ko-KR"/>
        </w:rPr>
        <w:t xml:space="preserve"> </w:t>
      </w:r>
      <w:r>
        <w:rPr>
          <w:lang w:eastAsia="ko-KR"/>
        </w:rPr>
        <w:t>선정지침」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26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참가자격</w:t>
      </w:r>
      <w:r>
        <w:rPr>
          <w:lang w:eastAsia="ko-KR"/>
        </w:rPr>
        <w:t xml:space="preserve"> </w:t>
      </w:r>
      <w:r>
        <w:rPr>
          <w:lang w:eastAsia="ko-KR"/>
        </w:rPr>
        <w:t>제한사유가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</w:p>
    <w:p w:rsidR="00002508" w:rsidRDefault="00C93D42" w:rsidP="0002642D">
      <w:pPr>
        <w:ind w:left="340" w:hangingChars="200" w:hanging="340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공사</w:t>
      </w:r>
      <w:r>
        <w:rPr>
          <w:lang w:eastAsia="ko-KR"/>
        </w:rPr>
        <w:t xml:space="preserve"> </w:t>
      </w:r>
      <w:r>
        <w:rPr>
          <w:lang w:eastAsia="ko-KR"/>
        </w:rPr>
        <w:t>내용에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관계법령</w:t>
      </w:r>
      <w:r w:rsidR="0002642D">
        <w:rPr>
          <w:rFonts w:hint="eastAsia"/>
          <w:lang w:eastAsia="ko-KR"/>
        </w:rPr>
        <w:t xml:space="preserve"> </w:t>
      </w:r>
      <w:r>
        <w:rPr>
          <w:lang w:eastAsia="ko-KR"/>
        </w:rPr>
        <w:t>상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면허</w:t>
      </w:r>
      <w:r>
        <w:rPr>
          <w:lang w:eastAsia="ko-KR"/>
        </w:rPr>
        <w:t>·</w:t>
      </w:r>
      <w:r>
        <w:rPr>
          <w:lang w:eastAsia="ko-KR"/>
        </w:rPr>
        <w:t>등록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자격을</w:t>
      </w:r>
      <w:r>
        <w:rPr>
          <w:lang w:eastAsia="ko-KR"/>
        </w:rPr>
        <w:t xml:space="preserve"> </w:t>
      </w:r>
      <w:r>
        <w:rPr>
          <w:lang w:eastAsia="ko-KR"/>
        </w:rPr>
        <w:t>갖추고</w:t>
      </w:r>
      <w:r>
        <w:rPr>
          <w:lang w:eastAsia="ko-KR"/>
        </w:rPr>
        <w:t xml:space="preserve"> </w:t>
      </w:r>
      <w:r>
        <w:rPr>
          <w:lang w:eastAsia="ko-KR"/>
        </w:rPr>
        <w:t>적법하게</w:t>
      </w:r>
      <w:r>
        <w:rPr>
          <w:lang w:eastAsia="ko-KR"/>
        </w:rPr>
        <w:t xml:space="preserve"> </w:t>
      </w:r>
      <w:r>
        <w:rPr>
          <w:lang w:eastAsia="ko-KR"/>
        </w:rPr>
        <w:t>시공할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  <w:r>
        <w:rPr>
          <w:lang w:eastAsia="ko-KR"/>
        </w:rPr>
        <w:t>(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공종에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필요한</w:t>
      </w:r>
      <w:r w:rsidR="0002642D"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)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전기</w:t>
      </w:r>
      <w:r>
        <w:rPr>
          <w:lang w:eastAsia="ko-KR"/>
        </w:rPr>
        <w:t>·</w:t>
      </w:r>
      <w:r>
        <w:rPr>
          <w:lang w:eastAsia="ko-KR"/>
        </w:rPr>
        <w:t>설비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공종에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별도</w:t>
      </w:r>
      <w:r>
        <w:rPr>
          <w:lang w:eastAsia="ko-KR"/>
        </w:rPr>
        <w:t xml:space="preserve"> </w:t>
      </w:r>
      <w:r>
        <w:rPr>
          <w:lang w:eastAsia="ko-KR"/>
        </w:rPr>
        <w:t>법정</w:t>
      </w:r>
      <w:r>
        <w:rPr>
          <w:lang w:eastAsia="ko-KR"/>
        </w:rPr>
        <w:t xml:space="preserve"> </w:t>
      </w:r>
      <w:r>
        <w:rPr>
          <w:lang w:eastAsia="ko-KR"/>
        </w:rPr>
        <w:t>자격이</w:t>
      </w:r>
      <w:r>
        <w:rPr>
          <w:lang w:eastAsia="ko-KR"/>
        </w:rPr>
        <w:t xml:space="preserve"> </w:t>
      </w:r>
      <w:r>
        <w:rPr>
          <w:lang w:eastAsia="ko-KR"/>
        </w:rPr>
        <w:t>요구되는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적법한</w:t>
      </w:r>
      <w:r>
        <w:rPr>
          <w:lang w:eastAsia="ko-KR"/>
        </w:rPr>
        <w:t xml:space="preserve"> </w:t>
      </w:r>
      <w:r>
        <w:rPr>
          <w:lang w:eastAsia="ko-KR"/>
        </w:rPr>
        <w:t>시공</w:t>
      </w:r>
      <w:r w:rsidR="00A53960">
        <w:rPr>
          <w:rFonts w:hint="eastAsia"/>
          <w:lang w:eastAsia="ko-KR"/>
        </w:rPr>
        <w:t xml:space="preserve"> </w:t>
      </w:r>
      <w:r>
        <w:rPr>
          <w:lang w:eastAsia="ko-KR"/>
        </w:rPr>
        <w:t>체계를</w:t>
      </w:r>
      <w:r>
        <w:rPr>
          <w:lang w:eastAsia="ko-KR"/>
        </w:rPr>
        <w:t xml:space="preserve"> </w:t>
      </w:r>
      <w:r>
        <w:rPr>
          <w:lang w:eastAsia="ko-KR"/>
        </w:rPr>
        <w:t>갖출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5. </w:t>
      </w:r>
      <w:r>
        <w:rPr>
          <w:rFonts w:ascii="맑은 고딕" w:hAnsi="맑은 고딕"/>
          <w:lang w:eastAsia="ko-KR"/>
        </w:rPr>
        <w:t>제출서류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입찰서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입찰서</w:t>
      </w:r>
      <w:r>
        <w:rPr>
          <w:lang w:eastAsia="ko-KR"/>
        </w:rPr>
        <w:t xml:space="preserve"> </w:t>
      </w:r>
      <w:r>
        <w:rPr>
          <w:lang w:eastAsia="ko-KR"/>
        </w:rPr>
        <w:t>구비서류</w:t>
      </w:r>
      <w:r>
        <w:rPr>
          <w:lang w:eastAsia="ko-KR"/>
        </w:rPr>
        <w:t>(</w:t>
      </w:r>
      <w:r>
        <w:rPr>
          <w:lang w:eastAsia="ko-KR"/>
        </w:rPr>
        <w:t>산출내역서</w:t>
      </w:r>
      <w:r>
        <w:rPr>
          <w:lang w:eastAsia="ko-KR"/>
        </w:rPr>
        <w:t xml:space="preserve">, </w:t>
      </w:r>
      <w:r>
        <w:rPr>
          <w:lang w:eastAsia="ko-KR"/>
        </w:rPr>
        <w:t>입찰보증금</w:t>
      </w:r>
      <w:r>
        <w:rPr>
          <w:lang w:eastAsia="ko-KR"/>
        </w:rPr>
        <w:t xml:space="preserve"> </w:t>
      </w:r>
      <w:r>
        <w:rPr>
          <w:lang w:eastAsia="ko-KR"/>
        </w:rPr>
        <w:t>납부</w:t>
      </w:r>
      <w:r w:rsidR="009B6028">
        <w:rPr>
          <w:rFonts w:hint="eastAsia"/>
          <w:lang w:eastAsia="ko-KR"/>
        </w:rPr>
        <w:t xml:space="preserve"> </w:t>
      </w:r>
      <w:r>
        <w:rPr>
          <w:lang w:eastAsia="ko-KR"/>
        </w:rPr>
        <w:t>증빙</w:t>
      </w:r>
      <w:r>
        <w:rPr>
          <w:lang w:eastAsia="ko-KR"/>
        </w:rPr>
        <w:t xml:space="preserve">, </w:t>
      </w:r>
      <w:r>
        <w:rPr>
          <w:lang w:eastAsia="ko-KR"/>
        </w:rPr>
        <w:t>인감</w:t>
      </w:r>
      <w:r>
        <w:rPr>
          <w:lang w:eastAsia="ko-KR"/>
        </w:rPr>
        <w:t>·</w:t>
      </w:r>
      <w:r>
        <w:rPr>
          <w:lang w:eastAsia="ko-KR"/>
        </w:rPr>
        <w:t>대리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서류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해당사항</w:t>
      </w:r>
      <w:r>
        <w:rPr>
          <w:lang w:eastAsia="ko-KR"/>
        </w:rPr>
        <w:t>)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사업자등록증</w:t>
      </w:r>
      <w:r>
        <w:rPr>
          <w:lang w:eastAsia="ko-KR"/>
        </w:rPr>
        <w:t xml:space="preserve"> </w:t>
      </w:r>
      <w:r>
        <w:rPr>
          <w:lang w:eastAsia="ko-KR"/>
        </w:rPr>
        <w:t>사본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법인등기사항증명서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  <w:r>
        <w:rPr>
          <w:lang w:eastAsia="ko-KR"/>
        </w:rPr>
        <w:t>(</w:t>
      </w:r>
      <w:r>
        <w:rPr>
          <w:lang w:eastAsia="ko-KR"/>
        </w:rPr>
        <w:t>법인</w:t>
      </w:r>
      <w:r>
        <w:rPr>
          <w:lang w:eastAsia="ko-KR"/>
        </w:rPr>
        <w:t xml:space="preserve">),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개인사업자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서류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국세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지방세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납세증명서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 w:rsidR="00002508" w:rsidRPr="00A53960" w:rsidRDefault="00C93D42">
      <w:pPr>
        <w:rPr>
          <w:szCs w:val="17"/>
          <w:lang w:eastAsia="ko-KR"/>
        </w:rPr>
      </w:pPr>
      <w:r w:rsidRPr="00A53960">
        <w:rPr>
          <w:color w:val="222A34"/>
          <w:szCs w:val="17"/>
          <w:lang w:eastAsia="ko-KR"/>
        </w:rPr>
        <w:t>마</w:t>
      </w:r>
      <w:r w:rsidRPr="00A53960">
        <w:rPr>
          <w:color w:val="222A34"/>
          <w:szCs w:val="17"/>
          <w:lang w:eastAsia="ko-KR"/>
        </w:rPr>
        <w:t xml:space="preserve">. </w:t>
      </w:r>
      <w:proofErr w:type="spellStart"/>
      <w:r w:rsidRPr="00A53960">
        <w:rPr>
          <w:color w:val="222A34"/>
          <w:szCs w:val="17"/>
          <w:lang w:eastAsia="ko-KR"/>
        </w:rPr>
        <w:t>관계법령상</w:t>
      </w:r>
      <w:proofErr w:type="spellEnd"/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면허</w:t>
      </w:r>
      <w:r w:rsidRPr="00A53960">
        <w:rPr>
          <w:color w:val="222A34"/>
          <w:szCs w:val="17"/>
          <w:lang w:eastAsia="ko-KR"/>
        </w:rPr>
        <w:t>·</w:t>
      </w:r>
      <w:r w:rsidRPr="00A53960">
        <w:rPr>
          <w:color w:val="222A34"/>
          <w:szCs w:val="17"/>
          <w:lang w:eastAsia="ko-KR"/>
        </w:rPr>
        <w:t>등록이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필요한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경우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해당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면허증</w:t>
      </w:r>
      <w:r w:rsidRPr="00A53960">
        <w:rPr>
          <w:color w:val="222A34"/>
          <w:szCs w:val="17"/>
          <w:lang w:eastAsia="ko-KR"/>
        </w:rPr>
        <w:t>·</w:t>
      </w:r>
      <w:r w:rsidRPr="00A53960">
        <w:rPr>
          <w:color w:val="222A34"/>
          <w:szCs w:val="17"/>
          <w:lang w:eastAsia="ko-KR"/>
        </w:rPr>
        <w:t>등록증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또는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이에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준하는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서류</w:t>
      </w:r>
      <w:r w:rsidRPr="00A53960">
        <w:rPr>
          <w:color w:val="222A34"/>
          <w:szCs w:val="17"/>
          <w:lang w:eastAsia="ko-KR"/>
        </w:rPr>
        <w:t xml:space="preserve"> 1</w:t>
      </w:r>
      <w:r w:rsidRPr="00A53960">
        <w:rPr>
          <w:color w:val="222A34"/>
          <w:szCs w:val="17"/>
          <w:lang w:eastAsia="ko-KR"/>
        </w:rPr>
        <w:t>부</w:t>
      </w:r>
    </w:p>
    <w:p w:rsidR="00002508" w:rsidRDefault="00C93D42" w:rsidP="00414F16">
      <w:pPr>
        <w:ind w:left="170" w:hangingChars="100" w:hanging="170"/>
        <w:rPr>
          <w:lang w:eastAsia="ko-KR"/>
        </w:rPr>
      </w:pPr>
      <w:r w:rsidRPr="00A53960">
        <w:rPr>
          <w:color w:val="222A34"/>
          <w:szCs w:val="17"/>
          <w:lang w:eastAsia="ko-KR"/>
        </w:rPr>
        <w:t>바</w:t>
      </w:r>
      <w:r w:rsidRPr="00A53960">
        <w:rPr>
          <w:color w:val="222A34"/>
          <w:szCs w:val="17"/>
          <w:lang w:eastAsia="ko-KR"/>
        </w:rPr>
        <w:t xml:space="preserve">. </w:t>
      </w:r>
      <w:r w:rsidRPr="00A53960">
        <w:rPr>
          <w:color w:val="222A34"/>
          <w:szCs w:val="17"/>
          <w:lang w:eastAsia="ko-KR"/>
        </w:rPr>
        <w:t>입찰공고일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전일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기준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최근</w:t>
      </w:r>
      <w:r w:rsidRPr="00A53960">
        <w:rPr>
          <w:color w:val="222A34"/>
          <w:szCs w:val="17"/>
          <w:lang w:eastAsia="ko-KR"/>
        </w:rPr>
        <w:t xml:space="preserve"> 1</w:t>
      </w:r>
      <w:r w:rsidRPr="00A53960">
        <w:rPr>
          <w:color w:val="222A34"/>
          <w:szCs w:val="17"/>
          <w:lang w:eastAsia="ko-KR"/>
        </w:rPr>
        <w:t>년간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행정처분확인서</w:t>
      </w:r>
      <w:r w:rsidRPr="00A53960">
        <w:rPr>
          <w:color w:val="222A34"/>
          <w:szCs w:val="17"/>
          <w:lang w:eastAsia="ko-KR"/>
        </w:rPr>
        <w:t xml:space="preserve"> 1</w:t>
      </w:r>
      <w:r w:rsidRPr="00A53960">
        <w:rPr>
          <w:color w:val="222A34"/>
          <w:szCs w:val="17"/>
          <w:lang w:eastAsia="ko-KR"/>
        </w:rPr>
        <w:t>부</w:t>
      </w:r>
      <w:r w:rsidRPr="00A53960">
        <w:rPr>
          <w:color w:val="222A34"/>
          <w:szCs w:val="17"/>
          <w:lang w:eastAsia="ko-KR"/>
        </w:rPr>
        <w:t>(</w:t>
      </w:r>
      <w:r w:rsidRPr="00A53960">
        <w:rPr>
          <w:color w:val="222A34"/>
          <w:szCs w:val="17"/>
          <w:lang w:eastAsia="ko-KR"/>
        </w:rPr>
        <w:t>해당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법령에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따른</w:t>
      </w:r>
      <w:r w:rsidRPr="00A53960">
        <w:rPr>
          <w:color w:val="222A34"/>
          <w:szCs w:val="17"/>
          <w:lang w:eastAsia="ko-KR"/>
        </w:rPr>
        <w:t xml:space="preserve"> </w:t>
      </w:r>
      <w:proofErr w:type="spellStart"/>
      <w:r w:rsidRPr="00A53960">
        <w:rPr>
          <w:color w:val="222A34"/>
          <w:szCs w:val="17"/>
          <w:lang w:eastAsia="ko-KR"/>
        </w:rPr>
        <w:t>처분권자</w:t>
      </w:r>
      <w:proofErr w:type="spellEnd"/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발급</w:t>
      </w:r>
      <w:r w:rsidRPr="00A53960">
        <w:rPr>
          <w:color w:val="222A34"/>
          <w:szCs w:val="17"/>
          <w:lang w:eastAsia="ko-KR"/>
        </w:rPr>
        <w:t>)</w:t>
      </w:r>
      <w:r w:rsidRPr="00A53960">
        <w:rPr>
          <w:color w:val="222A34"/>
          <w:szCs w:val="17"/>
          <w:lang w:eastAsia="ko-KR"/>
        </w:rPr>
        <w:br/>
      </w:r>
      <w:r w:rsidRPr="00A53960">
        <w:rPr>
          <w:color w:val="222A34"/>
          <w:szCs w:val="17"/>
          <w:lang w:eastAsia="ko-KR"/>
        </w:rPr>
        <w:t xml:space="preserve">※ </w:t>
      </w:r>
      <w:r w:rsidRPr="00A53960">
        <w:rPr>
          <w:color w:val="222A34"/>
          <w:szCs w:val="17"/>
          <w:lang w:eastAsia="ko-KR"/>
        </w:rPr>
        <w:t>제출서류는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선정지침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제</w:t>
      </w:r>
      <w:r w:rsidRPr="00A53960">
        <w:rPr>
          <w:color w:val="222A34"/>
          <w:szCs w:val="17"/>
          <w:lang w:eastAsia="ko-KR"/>
        </w:rPr>
        <w:t>27</w:t>
      </w:r>
      <w:r w:rsidRPr="00A53960">
        <w:rPr>
          <w:color w:val="222A34"/>
          <w:szCs w:val="17"/>
          <w:lang w:eastAsia="ko-KR"/>
        </w:rPr>
        <w:t>조에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맞추어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확정하고</w:t>
      </w:r>
      <w:r w:rsidRPr="00A53960">
        <w:rPr>
          <w:color w:val="222A34"/>
          <w:szCs w:val="17"/>
          <w:lang w:eastAsia="ko-KR"/>
        </w:rPr>
        <w:t xml:space="preserve">, </w:t>
      </w:r>
      <w:r w:rsidRPr="00A53960">
        <w:rPr>
          <w:color w:val="222A34"/>
          <w:szCs w:val="17"/>
          <w:lang w:eastAsia="ko-KR"/>
        </w:rPr>
        <w:t>전자입찰시스템으로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제출한다</w:t>
      </w:r>
      <w:r>
        <w:rPr>
          <w:color w:val="222A34"/>
          <w:sz w:val="19"/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6. </w:t>
      </w:r>
      <w:r>
        <w:rPr>
          <w:rFonts w:ascii="맑은 고딕" w:hAnsi="맑은 고딕"/>
          <w:lang w:eastAsia="ko-KR"/>
        </w:rPr>
        <w:t>현장확인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및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자료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제공</w:t>
      </w:r>
    </w:p>
    <w:p w:rsidR="00002508" w:rsidRPr="00FE010B" w:rsidRDefault="00C93D42">
      <w:pPr>
        <w:rPr>
          <w:szCs w:val="17"/>
          <w:lang w:eastAsia="ko-KR"/>
        </w:rPr>
      </w:pPr>
      <w:r w:rsidRPr="00FE010B">
        <w:rPr>
          <w:color w:val="222A34"/>
          <w:szCs w:val="17"/>
          <w:lang w:eastAsia="ko-KR"/>
        </w:rPr>
        <w:t>가</w:t>
      </w:r>
      <w:r w:rsidRPr="00FE010B">
        <w:rPr>
          <w:color w:val="222A34"/>
          <w:szCs w:val="17"/>
          <w:lang w:eastAsia="ko-KR"/>
        </w:rPr>
        <w:t xml:space="preserve">. </w:t>
      </w:r>
      <w:r w:rsidRPr="00FE010B">
        <w:rPr>
          <w:color w:val="222A34"/>
          <w:szCs w:val="17"/>
          <w:lang w:eastAsia="ko-KR"/>
        </w:rPr>
        <w:t>별도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현장설명회는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개최하지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않는다</w:t>
      </w:r>
      <w:r w:rsidRPr="00FE010B">
        <w:rPr>
          <w:color w:val="222A34"/>
          <w:szCs w:val="17"/>
          <w:lang w:eastAsia="ko-KR"/>
        </w:rPr>
        <w:t xml:space="preserve">. </w:t>
      </w:r>
      <w:r w:rsidRPr="00FE010B">
        <w:rPr>
          <w:color w:val="222A34"/>
          <w:szCs w:val="17"/>
          <w:lang w:eastAsia="ko-KR"/>
        </w:rPr>
        <w:t>희망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업체는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공고된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기</w:t>
      </w:r>
      <w:r w:rsidRPr="00FE010B">
        <w:rPr>
          <w:color w:val="222A34"/>
          <w:szCs w:val="17"/>
          <w:lang w:eastAsia="ko-KR"/>
        </w:rPr>
        <w:t>간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내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동일한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조건으로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현장을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확인할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수</w:t>
      </w:r>
      <w:r w:rsidRPr="00FE010B">
        <w:rPr>
          <w:color w:val="222A34"/>
          <w:szCs w:val="17"/>
          <w:lang w:eastAsia="ko-KR"/>
        </w:rPr>
        <w:t xml:space="preserve"> </w:t>
      </w:r>
      <w:r w:rsidRPr="00FE010B">
        <w:rPr>
          <w:color w:val="222A34"/>
          <w:szCs w:val="17"/>
          <w:lang w:eastAsia="ko-KR"/>
        </w:rPr>
        <w:t>있다</w:t>
      </w:r>
      <w:r w:rsidRPr="00FE010B">
        <w:rPr>
          <w:color w:val="222A34"/>
          <w:szCs w:val="17"/>
          <w:lang w:eastAsia="ko-KR"/>
        </w:rPr>
        <w:t>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현장확인</w:t>
      </w:r>
      <w:r>
        <w:rPr>
          <w:lang w:eastAsia="ko-KR"/>
        </w:rPr>
        <w:t xml:space="preserve"> </w:t>
      </w:r>
      <w:proofErr w:type="gramStart"/>
      <w:r>
        <w:rPr>
          <w:lang w:eastAsia="ko-KR"/>
        </w:rPr>
        <w:t>일시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 w:rsidR="0002642D">
        <w:rPr>
          <w:rFonts w:hint="eastAsia"/>
          <w:lang w:eastAsia="ko-KR"/>
        </w:rPr>
        <w:t>마감일까지 개별 참여업체 단지 개별 방문 조사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확인</w:t>
      </w:r>
      <w:r>
        <w:rPr>
          <w:lang w:eastAsia="ko-KR"/>
        </w:rPr>
        <w:t xml:space="preserve"> </w:t>
      </w:r>
      <w:proofErr w:type="gramStart"/>
      <w:r>
        <w:rPr>
          <w:lang w:eastAsia="ko-KR"/>
        </w:rPr>
        <w:t>장소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산들마을아파트</w:t>
      </w:r>
      <w:r>
        <w:rPr>
          <w:lang w:eastAsia="ko-KR"/>
        </w:rPr>
        <w:t xml:space="preserve"> </w:t>
      </w:r>
      <w:r>
        <w:rPr>
          <w:lang w:eastAsia="ko-KR"/>
        </w:rPr>
        <w:t>관리사무소</w:t>
      </w:r>
      <w:r>
        <w:rPr>
          <w:lang w:eastAsia="ko-KR"/>
        </w:rPr>
        <w:t xml:space="preserve"> </w:t>
      </w:r>
      <w:r>
        <w:rPr>
          <w:lang w:eastAsia="ko-KR"/>
        </w:rPr>
        <w:t>문의</w:t>
      </w:r>
      <w:r w:rsidR="0002642D">
        <w:rPr>
          <w:rFonts w:hint="eastAsia"/>
          <w:lang w:eastAsia="ko-KR"/>
        </w:rPr>
        <w:t>/등록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방문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lastRenderedPageBreak/>
        <w:t>라</w:t>
      </w:r>
      <w:r>
        <w:rPr>
          <w:lang w:eastAsia="ko-KR"/>
        </w:rPr>
        <w:t xml:space="preserve">.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업체에</w:t>
      </w:r>
      <w:r>
        <w:rPr>
          <w:lang w:eastAsia="ko-KR"/>
        </w:rPr>
        <w:t xml:space="preserve"> </w:t>
      </w:r>
      <w:r>
        <w:rPr>
          <w:lang w:eastAsia="ko-KR"/>
        </w:rPr>
        <w:t>동일한</w:t>
      </w:r>
      <w:r>
        <w:rPr>
          <w:lang w:eastAsia="ko-KR"/>
        </w:rPr>
        <w:t xml:space="preserve"> </w:t>
      </w:r>
      <w:r>
        <w:rPr>
          <w:lang w:eastAsia="ko-KR"/>
        </w:rPr>
        <w:t>설계도</w:t>
      </w:r>
      <w:r>
        <w:rPr>
          <w:lang w:eastAsia="ko-KR"/>
        </w:rPr>
        <w:t>·</w:t>
      </w:r>
      <w:r>
        <w:rPr>
          <w:lang w:eastAsia="ko-KR"/>
        </w:rPr>
        <w:t>공사</w:t>
      </w:r>
      <w:r w:rsidR="00A53960">
        <w:rPr>
          <w:rFonts w:hint="eastAsia"/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>·</w:t>
      </w:r>
      <w:r>
        <w:rPr>
          <w:lang w:eastAsia="ko-KR"/>
        </w:rPr>
        <w:t>질의답변</w:t>
      </w:r>
      <w:r>
        <w:rPr>
          <w:lang w:eastAsia="ko-KR"/>
        </w:rPr>
        <w:t xml:space="preserve"> </w:t>
      </w:r>
      <w:r>
        <w:rPr>
          <w:lang w:eastAsia="ko-KR"/>
        </w:rPr>
        <w:t>자료를</w:t>
      </w:r>
      <w:r>
        <w:rPr>
          <w:lang w:eastAsia="ko-KR"/>
        </w:rPr>
        <w:t xml:space="preserve"> </w:t>
      </w:r>
      <w:r>
        <w:rPr>
          <w:lang w:eastAsia="ko-KR"/>
        </w:rPr>
        <w:t>제공한다</w:t>
      </w:r>
      <w:r>
        <w:rPr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7. </w:t>
      </w:r>
      <w:r>
        <w:rPr>
          <w:rFonts w:ascii="맑은 고딕" w:hAnsi="맑은 고딕"/>
          <w:lang w:eastAsia="ko-KR"/>
        </w:rPr>
        <w:t>입찰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및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개찰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일정</w:t>
      </w:r>
    </w:p>
    <w:p w:rsidR="00002508" w:rsidRPr="00A53960" w:rsidRDefault="00C93D42">
      <w:pPr>
        <w:rPr>
          <w:rFonts w:hint="eastAsia"/>
          <w:szCs w:val="17"/>
          <w:lang w:eastAsia="ko-KR"/>
        </w:rPr>
      </w:pPr>
      <w:r w:rsidRPr="00A53960">
        <w:rPr>
          <w:color w:val="222A34"/>
          <w:szCs w:val="17"/>
          <w:lang w:eastAsia="ko-KR"/>
        </w:rPr>
        <w:t>가</w:t>
      </w:r>
      <w:r w:rsidRPr="00A53960">
        <w:rPr>
          <w:color w:val="222A34"/>
          <w:szCs w:val="17"/>
          <w:lang w:eastAsia="ko-KR"/>
        </w:rPr>
        <w:t xml:space="preserve">. </w:t>
      </w:r>
      <w:r w:rsidRPr="00A53960">
        <w:rPr>
          <w:color w:val="222A34"/>
          <w:szCs w:val="17"/>
          <w:lang w:eastAsia="ko-KR"/>
        </w:rPr>
        <w:t>입찰</w:t>
      </w:r>
      <w:r w:rsidR="00D31E47">
        <w:rPr>
          <w:rFonts w:hint="eastAsia"/>
          <w:color w:val="222A34"/>
          <w:szCs w:val="17"/>
          <w:lang w:eastAsia="ko-KR"/>
        </w:rPr>
        <w:t xml:space="preserve"> </w:t>
      </w:r>
      <w:proofErr w:type="gramStart"/>
      <w:r w:rsidRPr="00A53960">
        <w:rPr>
          <w:color w:val="222A34"/>
          <w:szCs w:val="17"/>
          <w:lang w:eastAsia="ko-KR"/>
        </w:rPr>
        <w:t>공고일</w:t>
      </w:r>
      <w:r w:rsidRPr="00A53960">
        <w:rPr>
          <w:color w:val="222A34"/>
          <w:szCs w:val="17"/>
          <w:lang w:eastAsia="ko-KR"/>
        </w:rPr>
        <w:t xml:space="preserve"> :</w:t>
      </w:r>
      <w:proofErr w:type="gramEnd"/>
      <w:r w:rsidRPr="00A53960">
        <w:rPr>
          <w:color w:val="222A34"/>
          <w:szCs w:val="17"/>
          <w:lang w:eastAsia="ko-KR"/>
        </w:rPr>
        <w:t xml:space="preserve"> 2026</w:t>
      </w:r>
      <w:r w:rsidRPr="00A53960">
        <w:rPr>
          <w:color w:val="222A34"/>
          <w:szCs w:val="17"/>
          <w:lang w:eastAsia="ko-KR"/>
        </w:rPr>
        <w:t>년</w:t>
      </w:r>
      <w:r w:rsidRPr="00A53960">
        <w:rPr>
          <w:color w:val="222A34"/>
          <w:szCs w:val="17"/>
          <w:lang w:eastAsia="ko-KR"/>
        </w:rPr>
        <w:t xml:space="preserve"> 10</w:t>
      </w:r>
      <w:r w:rsidRPr="00A53960">
        <w:rPr>
          <w:color w:val="222A34"/>
          <w:szCs w:val="17"/>
          <w:lang w:eastAsia="ko-KR"/>
        </w:rPr>
        <w:t>월</w:t>
      </w:r>
      <w:r w:rsidR="0002642D">
        <w:rPr>
          <w:color w:val="222A34"/>
          <w:szCs w:val="17"/>
          <w:lang w:eastAsia="ko-KR"/>
        </w:rPr>
        <w:t xml:space="preserve"> 22</w:t>
      </w:r>
      <w:r w:rsidRPr="00A53960">
        <w:rPr>
          <w:color w:val="222A34"/>
          <w:szCs w:val="17"/>
          <w:lang w:eastAsia="ko-KR"/>
        </w:rPr>
        <w:t>일</w:t>
      </w:r>
      <w:r w:rsidRPr="00A53960">
        <w:rPr>
          <w:color w:val="222A34"/>
          <w:szCs w:val="17"/>
          <w:lang w:eastAsia="ko-KR"/>
        </w:rPr>
        <w:t>(</w:t>
      </w:r>
      <w:r w:rsidR="0002642D">
        <w:rPr>
          <w:rFonts w:hint="eastAsia"/>
          <w:color w:val="222A34"/>
          <w:szCs w:val="17"/>
          <w:lang w:eastAsia="ko-KR"/>
        </w:rPr>
        <w:t>화</w:t>
      </w:r>
      <w:r w:rsidR="0002642D">
        <w:rPr>
          <w:color w:val="222A34"/>
          <w:szCs w:val="17"/>
          <w:lang w:eastAsia="ko-KR"/>
        </w:rPr>
        <w:t>)</w:t>
      </w:r>
    </w:p>
    <w:p w:rsidR="00002508" w:rsidRPr="00A53960" w:rsidRDefault="00C93D42">
      <w:pPr>
        <w:rPr>
          <w:rFonts w:hint="eastAsia"/>
          <w:szCs w:val="17"/>
          <w:lang w:eastAsia="ko-KR"/>
        </w:rPr>
      </w:pPr>
      <w:r w:rsidRPr="00A53960">
        <w:rPr>
          <w:szCs w:val="17"/>
          <w:lang w:eastAsia="ko-KR"/>
        </w:rPr>
        <w:t>나</w:t>
      </w:r>
      <w:r w:rsidRPr="00A53960">
        <w:rPr>
          <w:szCs w:val="17"/>
          <w:lang w:eastAsia="ko-KR"/>
        </w:rPr>
        <w:t xml:space="preserve">. </w:t>
      </w:r>
      <w:r w:rsidRPr="00A53960">
        <w:rPr>
          <w:szCs w:val="17"/>
          <w:lang w:eastAsia="ko-KR"/>
        </w:rPr>
        <w:t>입찰서류</w:t>
      </w:r>
      <w:r w:rsidRPr="00A53960">
        <w:rPr>
          <w:szCs w:val="17"/>
          <w:lang w:eastAsia="ko-KR"/>
        </w:rPr>
        <w:t xml:space="preserve"> </w:t>
      </w:r>
      <w:r w:rsidRPr="00A53960">
        <w:rPr>
          <w:szCs w:val="17"/>
          <w:lang w:eastAsia="ko-KR"/>
        </w:rPr>
        <w:t>제출</w:t>
      </w:r>
      <w:r w:rsidR="00D31E47">
        <w:rPr>
          <w:rFonts w:hint="eastAsia"/>
          <w:szCs w:val="17"/>
          <w:lang w:eastAsia="ko-KR"/>
        </w:rPr>
        <w:t xml:space="preserve"> </w:t>
      </w:r>
      <w:proofErr w:type="gramStart"/>
      <w:r w:rsidRPr="00A53960">
        <w:rPr>
          <w:szCs w:val="17"/>
          <w:lang w:eastAsia="ko-KR"/>
        </w:rPr>
        <w:t>마감</w:t>
      </w:r>
      <w:r w:rsidRPr="00A53960">
        <w:rPr>
          <w:szCs w:val="17"/>
          <w:lang w:eastAsia="ko-KR"/>
        </w:rPr>
        <w:t xml:space="preserve"> :</w:t>
      </w:r>
      <w:proofErr w:type="gramEnd"/>
      <w:r w:rsidRPr="00A53960">
        <w:rPr>
          <w:szCs w:val="17"/>
          <w:lang w:eastAsia="ko-KR"/>
        </w:rPr>
        <w:t xml:space="preserve"> 2026</w:t>
      </w:r>
      <w:r w:rsidRPr="00A53960">
        <w:rPr>
          <w:szCs w:val="17"/>
          <w:lang w:eastAsia="ko-KR"/>
        </w:rPr>
        <w:t>년</w:t>
      </w:r>
      <w:r w:rsidR="0002642D">
        <w:rPr>
          <w:szCs w:val="17"/>
          <w:lang w:eastAsia="ko-KR"/>
        </w:rPr>
        <w:t xml:space="preserve"> 10</w:t>
      </w:r>
      <w:r w:rsidRPr="00A53960">
        <w:rPr>
          <w:szCs w:val="17"/>
          <w:lang w:eastAsia="ko-KR"/>
        </w:rPr>
        <w:t>월</w:t>
      </w:r>
      <w:r w:rsidR="0002642D">
        <w:rPr>
          <w:szCs w:val="17"/>
          <w:lang w:eastAsia="ko-KR"/>
        </w:rPr>
        <w:t xml:space="preserve"> </w:t>
      </w:r>
      <w:r w:rsidR="009B6028">
        <w:rPr>
          <w:szCs w:val="17"/>
          <w:lang w:eastAsia="ko-KR"/>
        </w:rPr>
        <w:t>28</w:t>
      </w:r>
      <w:r w:rsidRPr="00A53960">
        <w:rPr>
          <w:szCs w:val="17"/>
          <w:lang w:eastAsia="ko-KR"/>
        </w:rPr>
        <w:t>일</w:t>
      </w:r>
      <w:r w:rsidR="0002642D">
        <w:rPr>
          <w:szCs w:val="17"/>
          <w:lang w:eastAsia="ko-KR"/>
        </w:rPr>
        <w:t xml:space="preserve"> 17</w:t>
      </w:r>
      <w:r w:rsidRPr="00A53960">
        <w:rPr>
          <w:szCs w:val="17"/>
          <w:lang w:eastAsia="ko-KR"/>
        </w:rPr>
        <w:t>시</w:t>
      </w:r>
      <w:r w:rsidR="0002642D">
        <w:rPr>
          <w:rFonts w:hint="eastAsia"/>
          <w:szCs w:val="17"/>
          <w:lang w:eastAsia="ko-KR"/>
        </w:rPr>
        <w:t>까지</w:t>
      </w:r>
    </w:p>
    <w:p w:rsidR="00002508" w:rsidRPr="00A53960" w:rsidRDefault="00C93D42">
      <w:pPr>
        <w:rPr>
          <w:rFonts w:hint="eastAsia"/>
          <w:szCs w:val="17"/>
          <w:lang w:eastAsia="ko-KR"/>
        </w:rPr>
      </w:pPr>
      <w:r w:rsidRPr="00A53960">
        <w:rPr>
          <w:szCs w:val="17"/>
          <w:lang w:eastAsia="ko-KR"/>
        </w:rPr>
        <w:t>다</w:t>
      </w:r>
      <w:r w:rsidRPr="00A53960">
        <w:rPr>
          <w:szCs w:val="17"/>
          <w:lang w:eastAsia="ko-KR"/>
        </w:rPr>
        <w:t xml:space="preserve">. </w:t>
      </w:r>
      <w:r w:rsidRPr="00A53960">
        <w:rPr>
          <w:szCs w:val="17"/>
          <w:lang w:eastAsia="ko-KR"/>
        </w:rPr>
        <w:t>개</w:t>
      </w:r>
      <w:r w:rsidRPr="00A53960">
        <w:rPr>
          <w:szCs w:val="17"/>
          <w:lang w:eastAsia="ko-KR"/>
        </w:rPr>
        <w:t>찰</w:t>
      </w:r>
      <w:r w:rsidR="00D31E47">
        <w:rPr>
          <w:rFonts w:hint="eastAsia"/>
          <w:szCs w:val="17"/>
          <w:lang w:eastAsia="ko-KR"/>
        </w:rPr>
        <w:t xml:space="preserve"> </w:t>
      </w:r>
      <w:proofErr w:type="gramStart"/>
      <w:r w:rsidRPr="00A53960">
        <w:rPr>
          <w:szCs w:val="17"/>
          <w:lang w:eastAsia="ko-KR"/>
        </w:rPr>
        <w:t>일시</w:t>
      </w:r>
      <w:r w:rsidRPr="00A53960">
        <w:rPr>
          <w:szCs w:val="17"/>
          <w:lang w:eastAsia="ko-KR"/>
        </w:rPr>
        <w:t xml:space="preserve"> :</w:t>
      </w:r>
      <w:proofErr w:type="gramEnd"/>
      <w:r w:rsidRPr="00A53960">
        <w:rPr>
          <w:szCs w:val="17"/>
          <w:lang w:eastAsia="ko-KR"/>
        </w:rPr>
        <w:t xml:space="preserve"> 2026</w:t>
      </w:r>
      <w:r w:rsidRPr="00A53960">
        <w:rPr>
          <w:szCs w:val="17"/>
          <w:lang w:eastAsia="ko-KR"/>
        </w:rPr>
        <w:t>년</w:t>
      </w:r>
      <w:r w:rsidR="0002642D">
        <w:rPr>
          <w:szCs w:val="17"/>
          <w:lang w:eastAsia="ko-KR"/>
        </w:rPr>
        <w:t xml:space="preserve"> 10</w:t>
      </w:r>
      <w:r w:rsidRPr="00A53960">
        <w:rPr>
          <w:szCs w:val="17"/>
          <w:lang w:eastAsia="ko-KR"/>
        </w:rPr>
        <w:t>월</w:t>
      </w:r>
      <w:r w:rsidR="0002642D">
        <w:rPr>
          <w:szCs w:val="17"/>
          <w:lang w:eastAsia="ko-KR"/>
        </w:rPr>
        <w:t xml:space="preserve"> </w:t>
      </w:r>
      <w:r w:rsidR="009B6028">
        <w:rPr>
          <w:szCs w:val="17"/>
          <w:lang w:eastAsia="ko-KR"/>
        </w:rPr>
        <w:t>29</w:t>
      </w:r>
      <w:r w:rsidRPr="00A53960">
        <w:rPr>
          <w:szCs w:val="17"/>
          <w:lang w:eastAsia="ko-KR"/>
        </w:rPr>
        <w:t>일</w:t>
      </w:r>
      <w:r w:rsidR="009B6028">
        <w:rPr>
          <w:szCs w:val="17"/>
          <w:lang w:eastAsia="ko-KR"/>
        </w:rPr>
        <w:t xml:space="preserve"> 10</w:t>
      </w:r>
      <w:r w:rsidRPr="00A53960">
        <w:rPr>
          <w:szCs w:val="17"/>
          <w:lang w:eastAsia="ko-KR"/>
        </w:rPr>
        <w:t>시</w:t>
      </w:r>
    </w:p>
    <w:p w:rsidR="00002508" w:rsidRPr="00A53960" w:rsidRDefault="00C93D42">
      <w:pPr>
        <w:rPr>
          <w:szCs w:val="17"/>
          <w:lang w:eastAsia="ko-KR"/>
        </w:rPr>
      </w:pPr>
      <w:r w:rsidRPr="00A53960">
        <w:rPr>
          <w:szCs w:val="17"/>
          <w:lang w:eastAsia="ko-KR"/>
        </w:rPr>
        <w:t>라</w:t>
      </w:r>
      <w:r w:rsidRPr="00A53960">
        <w:rPr>
          <w:szCs w:val="17"/>
          <w:lang w:eastAsia="ko-KR"/>
        </w:rPr>
        <w:t xml:space="preserve">. </w:t>
      </w:r>
      <w:r w:rsidRPr="00A53960">
        <w:rPr>
          <w:szCs w:val="17"/>
          <w:lang w:eastAsia="ko-KR"/>
        </w:rPr>
        <w:t>개찰</w:t>
      </w:r>
      <w:r w:rsidR="00D31E47">
        <w:rPr>
          <w:rFonts w:hint="eastAsia"/>
          <w:szCs w:val="17"/>
          <w:lang w:eastAsia="ko-KR"/>
        </w:rPr>
        <w:t xml:space="preserve"> </w:t>
      </w:r>
      <w:proofErr w:type="gramStart"/>
      <w:r w:rsidRPr="00A53960">
        <w:rPr>
          <w:szCs w:val="17"/>
          <w:lang w:eastAsia="ko-KR"/>
        </w:rPr>
        <w:t>장소</w:t>
      </w:r>
      <w:r w:rsidRPr="00A53960">
        <w:rPr>
          <w:szCs w:val="17"/>
          <w:lang w:eastAsia="ko-KR"/>
        </w:rPr>
        <w:t xml:space="preserve"> :</w:t>
      </w:r>
      <w:proofErr w:type="gramEnd"/>
      <w:r w:rsidRPr="00A53960">
        <w:rPr>
          <w:szCs w:val="17"/>
          <w:lang w:eastAsia="ko-KR"/>
        </w:rPr>
        <w:t xml:space="preserve"> </w:t>
      </w:r>
      <w:r w:rsidRPr="00A53960">
        <w:rPr>
          <w:szCs w:val="17"/>
          <w:lang w:eastAsia="ko-KR"/>
        </w:rPr>
        <w:t>산들마을아파트</w:t>
      </w:r>
      <w:r w:rsidRPr="00A53960">
        <w:rPr>
          <w:szCs w:val="17"/>
          <w:lang w:eastAsia="ko-KR"/>
        </w:rPr>
        <w:t xml:space="preserve"> </w:t>
      </w:r>
      <w:r w:rsidRPr="00A53960">
        <w:rPr>
          <w:szCs w:val="17"/>
          <w:lang w:eastAsia="ko-KR"/>
        </w:rPr>
        <w:t>관리사무소</w:t>
      </w:r>
      <w:r w:rsidRPr="00A53960">
        <w:rPr>
          <w:szCs w:val="17"/>
          <w:lang w:eastAsia="ko-KR"/>
        </w:rPr>
        <w:t xml:space="preserve"> </w:t>
      </w:r>
      <w:r w:rsidRPr="00A53960">
        <w:rPr>
          <w:szCs w:val="17"/>
          <w:lang w:eastAsia="ko-KR"/>
        </w:rPr>
        <w:t>입찰</w:t>
      </w:r>
      <w:r w:rsidR="0002642D">
        <w:rPr>
          <w:rFonts w:hint="eastAsia"/>
          <w:szCs w:val="17"/>
          <w:lang w:eastAsia="ko-KR"/>
        </w:rPr>
        <w:t xml:space="preserve"> </w:t>
      </w:r>
      <w:r w:rsidRPr="00A53960">
        <w:rPr>
          <w:szCs w:val="17"/>
          <w:lang w:eastAsia="ko-KR"/>
        </w:rPr>
        <w:t>담당자</w:t>
      </w:r>
      <w:r w:rsidRPr="00A53960">
        <w:rPr>
          <w:szCs w:val="17"/>
          <w:lang w:eastAsia="ko-KR"/>
        </w:rPr>
        <w:t xml:space="preserve"> PC</w:t>
      </w:r>
    </w:p>
    <w:p w:rsidR="0004597A" w:rsidRDefault="00C93D42" w:rsidP="00FC6160">
      <w:pPr>
        <w:pStyle w:val="aff1"/>
        <w:spacing w:line="240" w:lineRule="auto"/>
        <w:ind w:left="1190" w:hangingChars="700" w:hanging="1190"/>
      </w:pPr>
      <w:r w:rsidRPr="00A53960">
        <w:rPr>
          <w:rFonts w:ascii="맑은 고딕" w:hAnsi="맑은 고딕"/>
          <w:sz w:val="17"/>
          <w:szCs w:val="17"/>
        </w:rPr>
        <w:t>마</w:t>
      </w:r>
      <w:r w:rsidRPr="00A53960">
        <w:rPr>
          <w:rFonts w:ascii="맑은 고딕" w:hAnsi="맑은 고딕"/>
          <w:sz w:val="17"/>
          <w:szCs w:val="17"/>
        </w:rPr>
        <w:t xml:space="preserve">. </w:t>
      </w:r>
      <w:r w:rsidRPr="00A53960">
        <w:rPr>
          <w:rFonts w:ascii="맑은 고딕" w:hAnsi="맑은 고딕"/>
          <w:sz w:val="17"/>
          <w:szCs w:val="17"/>
        </w:rPr>
        <w:t>제출</w:t>
      </w:r>
      <w:r w:rsidR="00D31E47">
        <w:rPr>
          <w:rFonts w:hint="eastAsia"/>
          <w:szCs w:val="17"/>
        </w:rPr>
        <w:t xml:space="preserve"> </w:t>
      </w:r>
      <w:proofErr w:type="gramStart"/>
      <w:r w:rsidRPr="00A53960">
        <w:rPr>
          <w:rFonts w:ascii="맑은 고딕" w:hAnsi="맑은 고딕"/>
          <w:sz w:val="17"/>
          <w:szCs w:val="17"/>
        </w:rPr>
        <w:t>방법</w:t>
      </w:r>
      <w:r w:rsidRPr="00A53960">
        <w:rPr>
          <w:rFonts w:ascii="맑은 고딕" w:hAnsi="맑은 고딕"/>
          <w:sz w:val="17"/>
          <w:szCs w:val="17"/>
        </w:rPr>
        <w:t xml:space="preserve"> </w:t>
      </w:r>
      <w:r w:rsidRPr="0004597A">
        <w:rPr>
          <w:rFonts w:ascii="맑은 고딕" w:eastAsia="맑은 고딕" w:hAnsi="맑은 고딕"/>
          <w:sz w:val="17"/>
          <w:szCs w:val="17"/>
        </w:rPr>
        <w:t>:</w:t>
      </w:r>
      <w:proofErr w:type="gramEnd"/>
      <w:r w:rsidRPr="0004597A">
        <w:rPr>
          <w:rFonts w:ascii="맑은 고딕" w:eastAsia="맑은 고딕" w:hAnsi="맑은 고딕"/>
          <w:sz w:val="17"/>
          <w:szCs w:val="17"/>
        </w:rPr>
        <w:t xml:space="preserve"> </w:t>
      </w:r>
      <w:r w:rsidR="0004597A" w:rsidRPr="0004597A">
        <w:rPr>
          <w:rFonts w:ascii="맑은 고딕" w:eastAsia="맑은 고딕" w:hAnsi="맑은 고딕" w:hint="eastAsia"/>
          <w:sz w:val="17"/>
          <w:szCs w:val="17"/>
        </w:rPr>
        <w:t>K-apt</w:t>
      </w:r>
      <w:r w:rsidR="0004597A" w:rsidRPr="0004597A">
        <w:rPr>
          <w:rFonts w:ascii="맑은 고딕" w:eastAsia="맑은 고딕" w:hAnsi="맑은 고딕"/>
          <w:sz w:val="17"/>
          <w:szCs w:val="17"/>
        </w:rPr>
        <w:t xml:space="preserve"> </w:t>
      </w:r>
      <w:r w:rsidR="0004597A" w:rsidRPr="0004597A">
        <w:rPr>
          <w:rFonts w:ascii="맑은 고딕" w:eastAsia="맑은 고딕" w:hAnsi="맑은 고딕" w:hint="eastAsia"/>
          <w:sz w:val="17"/>
          <w:szCs w:val="17"/>
        </w:rPr>
        <w:t xml:space="preserve">전자입찰 시스템에 등록하고, 등록한 서류와 동일한 입찰서류 1부를 당 아파트에 </w:t>
      </w:r>
      <w:proofErr w:type="spellStart"/>
      <w:r w:rsidR="00FC6160">
        <w:rPr>
          <w:rFonts w:ascii="맑은 고딕" w:eastAsia="맑은 고딕" w:hAnsi="맑은 고딕" w:hint="eastAsia"/>
          <w:sz w:val="17"/>
          <w:szCs w:val="17"/>
        </w:rPr>
        <w:t>서류등록</w:t>
      </w:r>
      <w:proofErr w:type="spellEnd"/>
      <w:r w:rsidR="00FC6160">
        <w:rPr>
          <w:rFonts w:ascii="맑은 고딕" w:eastAsia="맑은 고딕" w:hAnsi="맑은 고딕" w:hint="eastAsia"/>
          <w:sz w:val="17"/>
          <w:szCs w:val="17"/>
        </w:rPr>
        <w:t xml:space="preserve"> 마감 </w:t>
      </w:r>
      <w:proofErr w:type="spellStart"/>
      <w:r w:rsidR="00FC6160">
        <w:rPr>
          <w:rFonts w:ascii="맑은 고딕" w:eastAsia="맑은 고딕" w:hAnsi="맑은 고딕" w:hint="eastAsia"/>
          <w:sz w:val="17"/>
          <w:szCs w:val="17"/>
        </w:rPr>
        <w:t>일시까지</w:t>
      </w:r>
      <w:r w:rsidR="0004597A" w:rsidRPr="0004597A">
        <w:rPr>
          <w:rFonts w:ascii="맑은 고딕" w:eastAsia="맑은 고딕" w:hAnsi="맑은 고딕" w:hint="eastAsia"/>
          <w:sz w:val="17"/>
          <w:szCs w:val="17"/>
        </w:rPr>
        <w:t>우편</w:t>
      </w:r>
      <w:proofErr w:type="spellEnd"/>
      <w:r w:rsidR="0004597A" w:rsidRPr="0004597A">
        <w:rPr>
          <w:rFonts w:ascii="맑은 고딕" w:eastAsia="맑은 고딕" w:hAnsi="맑은 고딕" w:hint="eastAsia"/>
          <w:sz w:val="17"/>
          <w:szCs w:val="17"/>
        </w:rPr>
        <w:t xml:space="preserve"> 또는 방문 제출</w:t>
      </w:r>
    </w:p>
    <w:p w:rsidR="00002508" w:rsidRPr="0004597A" w:rsidRDefault="00002508">
      <w:pPr>
        <w:rPr>
          <w:szCs w:val="17"/>
          <w:lang w:eastAsia="ko-KR"/>
        </w:rPr>
      </w:pPr>
    </w:p>
    <w:p w:rsidR="00002508" w:rsidRDefault="00C93D42" w:rsidP="00FE010B">
      <w:pPr>
        <w:ind w:left="170" w:hangingChars="100" w:hanging="170"/>
        <w:rPr>
          <w:lang w:eastAsia="ko-KR"/>
        </w:rPr>
      </w:pPr>
      <w:r>
        <w:rPr>
          <w:lang w:eastAsia="ko-KR"/>
        </w:rPr>
        <w:t xml:space="preserve">※ </w:t>
      </w:r>
      <w:r>
        <w:rPr>
          <w:lang w:eastAsia="ko-KR"/>
        </w:rPr>
        <w:t>입찰공고기간은</w:t>
      </w:r>
      <w:r>
        <w:rPr>
          <w:lang w:eastAsia="ko-KR"/>
        </w:rPr>
        <w:t xml:space="preserve"> </w:t>
      </w:r>
      <w:r>
        <w:rPr>
          <w:lang w:eastAsia="ko-KR"/>
        </w:rPr>
        <w:t>현행</w:t>
      </w:r>
      <w:r>
        <w:rPr>
          <w:lang w:eastAsia="ko-KR"/>
        </w:rPr>
        <w:t xml:space="preserve"> </w:t>
      </w:r>
      <w:r>
        <w:rPr>
          <w:lang w:eastAsia="ko-KR"/>
        </w:rPr>
        <w:t>지침에</w:t>
      </w:r>
      <w:r>
        <w:rPr>
          <w:lang w:eastAsia="ko-KR"/>
        </w:rPr>
        <w:t xml:space="preserve"> </w:t>
      </w:r>
      <w:r>
        <w:rPr>
          <w:lang w:eastAsia="ko-KR"/>
        </w:rPr>
        <w:t>따르며</w:t>
      </w:r>
      <w:r>
        <w:rPr>
          <w:lang w:eastAsia="ko-KR"/>
        </w:rPr>
        <w:t xml:space="preserve">, </w:t>
      </w:r>
      <w:r>
        <w:rPr>
          <w:lang w:eastAsia="ko-KR"/>
        </w:rPr>
        <w:t>긴급</w:t>
      </w:r>
      <w:r w:rsidR="00A53960">
        <w:rPr>
          <w:rFonts w:hint="eastAsia"/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 xml:space="preserve"> </w:t>
      </w:r>
      <w:r>
        <w:rPr>
          <w:lang w:eastAsia="ko-KR"/>
        </w:rPr>
        <w:t>사유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단축</w:t>
      </w:r>
      <w:r w:rsidR="00A53960">
        <w:rPr>
          <w:rFonts w:hint="eastAsia"/>
          <w:lang w:eastAsia="ko-KR"/>
        </w:rPr>
        <w:t xml:space="preserve"> </w:t>
      </w:r>
      <w:r>
        <w:rPr>
          <w:lang w:eastAsia="ko-KR"/>
        </w:rPr>
        <w:t>기간은</w:t>
      </w:r>
      <w:r>
        <w:rPr>
          <w:lang w:eastAsia="ko-KR"/>
        </w:rPr>
        <w:t xml:space="preserve"> </w:t>
      </w:r>
      <w:r>
        <w:rPr>
          <w:lang w:eastAsia="ko-KR"/>
        </w:rPr>
        <w:t>입주자대표회의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의결과</w:t>
      </w:r>
      <w:r>
        <w:rPr>
          <w:lang w:eastAsia="ko-KR"/>
        </w:rPr>
        <w:t xml:space="preserve"> </w:t>
      </w:r>
      <w:r>
        <w:rPr>
          <w:lang w:eastAsia="ko-KR"/>
        </w:rPr>
        <w:t>적용</w:t>
      </w:r>
      <w:r w:rsidR="00A53960">
        <w:rPr>
          <w:rFonts w:hint="eastAsia"/>
          <w:lang w:eastAsia="ko-KR"/>
        </w:rPr>
        <w:t xml:space="preserve"> </w:t>
      </w:r>
      <w:r>
        <w:rPr>
          <w:lang w:eastAsia="ko-KR"/>
        </w:rPr>
        <w:t>요건</w:t>
      </w:r>
      <w:r>
        <w:rPr>
          <w:lang w:eastAsia="ko-KR"/>
        </w:rPr>
        <w:t xml:space="preserve"> </w:t>
      </w:r>
      <w:r>
        <w:rPr>
          <w:lang w:eastAsia="ko-KR"/>
        </w:rPr>
        <w:t>확인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공고에</w:t>
      </w:r>
      <w:r>
        <w:rPr>
          <w:lang w:eastAsia="ko-KR"/>
        </w:rPr>
        <w:t xml:space="preserve"> </w:t>
      </w:r>
      <w:r>
        <w:rPr>
          <w:lang w:eastAsia="ko-KR"/>
        </w:rPr>
        <w:t>반영한다</w:t>
      </w:r>
      <w:r>
        <w:rPr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8. </w:t>
      </w:r>
      <w:r>
        <w:rPr>
          <w:rFonts w:ascii="맑은 고딕" w:hAnsi="맑은 고딕"/>
          <w:lang w:eastAsia="ko-KR"/>
        </w:rPr>
        <w:t>입찰가격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산출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및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유의사항</w:t>
      </w:r>
    </w:p>
    <w:p w:rsidR="00002508" w:rsidRPr="00F35519" w:rsidRDefault="00C93D42" w:rsidP="00A53960">
      <w:pPr>
        <w:ind w:left="170" w:hangingChars="100" w:hanging="170"/>
        <w:rPr>
          <w:szCs w:val="17"/>
          <w:lang w:eastAsia="ko-KR"/>
        </w:rPr>
      </w:pPr>
      <w:r w:rsidRPr="00F35519">
        <w:rPr>
          <w:color w:val="222A34"/>
          <w:szCs w:val="17"/>
          <w:lang w:eastAsia="ko-KR"/>
        </w:rPr>
        <w:t>가</w:t>
      </w:r>
      <w:r w:rsidRPr="00F35519">
        <w:rPr>
          <w:color w:val="222A34"/>
          <w:szCs w:val="17"/>
          <w:lang w:eastAsia="ko-KR"/>
        </w:rPr>
        <w:t xml:space="preserve">. </w:t>
      </w:r>
      <w:r w:rsidRPr="00F35519">
        <w:rPr>
          <w:color w:val="222A34"/>
          <w:szCs w:val="17"/>
          <w:lang w:eastAsia="ko-KR"/>
        </w:rPr>
        <w:t>입찰서에는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부가가치세를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제외한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공사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총액을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기재하고</w:t>
      </w:r>
      <w:r w:rsidRPr="00F35519">
        <w:rPr>
          <w:color w:val="222A34"/>
          <w:szCs w:val="17"/>
          <w:lang w:eastAsia="ko-KR"/>
        </w:rPr>
        <w:t xml:space="preserve">, </w:t>
      </w:r>
      <w:r w:rsidRPr="00F35519">
        <w:rPr>
          <w:color w:val="222A34"/>
          <w:szCs w:val="17"/>
          <w:lang w:eastAsia="ko-KR"/>
        </w:rPr>
        <w:t>별첨</w:t>
      </w:r>
      <w:r w:rsidRPr="00F35519">
        <w:rPr>
          <w:color w:val="222A34"/>
          <w:szCs w:val="17"/>
          <w:lang w:eastAsia="ko-KR"/>
        </w:rPr>
        <w:t xml:space="preserve"> 2</w:t>
      </w:r>
      <w:r w:rsidRPr="00F35519">
        <w:rPr>
          <w:color w:val="222A34"/>
          <w:szCs w:val="17"/>
          <w:lang w:eastAsia="ko-KR"/>
        </w:rPr>
        <w:t>의</w:t>
      </w:r>
      <w:r w:rsidRPr="00F35519">
        <w:rPr>
          <w:color w:val="222A34"/>
          <w:szCs w:val="17"/>
          <w:lang w:eastAsia="ko-KR"/>
        </w:rPr>
        <w:t xml:space="preserve"> 12</w:t>
      </w:r>
      <w:r w:rsidRPr="00F35519">
        <w:rPr>
          <w:color w:val="222A34"/>
          <w:szCs w:val="17"/>
          <w:lang w:eastAsia="ko-KR"/>
        </w:rPr>
        <w:t>개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품명</w:t>
      </w:r>
      <w:r w:rsidRPr="00F35519">
        <w:rPr>
          <w:color w:val="222A34"/>
          <w:szCs w:val="17"/>
          <w:lang w:eastAsia="ko-KR"/>
        </w:rPr>
        <w:t>·</w:t>
      </w:r>
      <w:r w:rsidRPr="00F35519">
        <w:rPr>
          <w:color w:val="222A34"/>
          <w:szCs w:val="17"/>
          <w:lang w:eastAsia="ko-KR"/>
        </w:rPr>
        <w:t>규격</w:t>
      </w:r>
      <w:r w:rsidRPr="00F35519">
        <w:rPr>
          <w:color w:val="222A34"/>
          <w:szCs w:val="17"/>
          <w:lang w:eastAsia="ko-KR"/>
        </w:rPr>
        <w:t>·</w:t>
      </w:r>
      <w:r w:rsidRPr="00F35519">
        <w:rPr>
          <w:color w:val="222A34"/>
          <w:szCs w:val="17"/>
          <w:lang w:eastAsia="ko-KR"/>
        </w:rPr>
        <w:t>수량</w:t>
      </w:r>
      <w:r w:rsidR="00F35519">
        <w:rPr>
          <w:rFonts w:hint="eastAsia"/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별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단가</w:t>
      </w:r>
      <w:r w:rsidRPr="00F35519">
        <w:rPr>
          <w:color w:val="222A34"/>
          <w:szCs w:val="17"/>
          <w:lang w:eastAsia="ko-KR"/>
        </w:rPr>
        <w:t>·</w:t>
      </w:r>
      <w:r w:rsidRPr="00F35519">
        <w:rPr>
          <w:color w:val="222A34"/>
          <w:szCs w:val="17"/>
          <w:lang w:eastAsia="ko-KR"/>
        </w:rPr>
        <w:t>공급가액을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작성한다</w:t>
      </w:r>
      <w:r w:rsidRPr="00F35519">
        <w:rPr>
          <w:color w:val="222A34"/>
          <w:szCs w:val="17"/>
          <w:lang w:eastAsia="ko-KR"/>
        </w:rPr>
        <w:t xml:space="preserve">. </w:t>
      </w:r>
      <w:r w:rsidRPr="00F35519">
        <w:rPr>
          <w:color w:val="222A34"/>
          <w:szCs w:val="17"/>
          <w:lang w:eastAsia="ko-KR"/>
        </w:rPr>
        <w:t>가격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상한을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설정하는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경우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정식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공고문에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확정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표기한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상한을</w:t>
      </w:r>
      <w:r w:rsidRPr="00F35519">
        <w:rPr>
          <w:color w:val="222A34"/>
          <w:szCs w:val="17"/>
          <w:lang w:eastAsia="ko-KR"/>
        </w:rPr>
        <w:t xml:space="preserve"> </w:t>
      </w:r>
      <w:r w:rsidRPr="00F35519">
        <w:rPr>
          <w:color w:val="222A34"/>
          <w:szCs w:val="17"/>
          <w:lang w:eastAsia="ko-KR"/>
        </w:rPr>
        <w:t>적용한다</w:t>
      </w:r>
      <w:r w:rsidRPr="00F35519">
        <w:rPr>
          <w:color w:val="222A34"/>
          <w:szCs w:val="17"/>
          <w:lang w:eastAsia="ko-KR"/>
        </w:rPr>
        <w:t>.</w:t>
      </w:r>
    </w:p>
    <w:p w:rsidR="00002508" w:rsidRDefault="00C93D42" w:rsidP="00A53960">
      <w:pPr>
        <w:ind w:left="170" w:hangingChars="100" w:hanging="170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공사에는</w:t>
      </w:r>
      <w:r>
        <w:rPr>
          <w:lang w:eastAsia="ko-KR"/>
        </w:rPr>
        <w:t xml:space="preserve"> </w:t>
      </w:r>
      <w:r>
        <w:rPr>
          <w:lang w:eastAsia="ko-KR"/>
        </w:rPr>
        <w:t>에어컨</w:t>
      </w:r>
      <w:r>
        <w:rPr>
          <w:lang w:eastAsia="ko-KR"/>
        </w:rPr>
        <w:t xml:space="preserve"> </w:t>
      </w:r>
      <w:r>
        <w:rPr>
          <w:lang w:eastAsia="ko-KR"/>
        </w:rPr>
        <w:t>신규</w:t>
      </w:r>
      <w:r>
        <w:rPr>
          <w:lang w:eastAsia="ko-KR"/>
        </w:rPr>
        <w:t xml:space="preserve"> </w:t>
      </w:r>
      <w:r>
        <w:rPr>
          <w:lang w:eastAsia="ko-KR"/>
        </w:rPr>
        <w:t>구입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설치를</w:t>
      </w:r>
      <w:r>
        <w:rPr>
          <w:lang w:eastAsia="ko-KR"/>
        </w:rPr>
        <w:t xml:space="preserve"> </w:t>
      </w:r>
      <w:r>
        <w:rPr>
          <w:lang w:eastAsia="ko-KR"/>
        </w:rPr>
        <w:t>포함한</w:t>
      </w:r>
      <w:r>
        <w:rPr>
          <w:lang w:eastAsia="ko-KR"/>
        </w:rPr>
        <w:t xml:space="preserve"> 12</w:t>
      </w:r>
      <w:r>
        <w:rPr>
          <w:lang w:eastAsia="ko-KR"/>
        </w:rPr>
        <w:t>개</w:t>
      </w:r>
      <w:r>
        <w:rPr>
          <w:lang w:eastAsia="ko-KR"/>
        </w:rPr>
        <w:t xml:space="preserve"> </w:t>
      </w:r>
      <w:r>
        <w:rPr>
          <w:lang w:eastAsia="ko-KR"/>
        </w:rPr>
        <w:t>항목의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비용을</w:t>
      </w:r>
      <w:r>
        <w:rPr>
          <w:lang w:eastAsia="ko-KR"/>
        </w:rPr>
        <w:t xml:space="preserve"> </w:t>
      </w:r>
      <w:r>
        <w:rPr>
          <w:lang w:eastAsia="ko-KR"/>
        </w:rPr>
        <w:t>포함한다</w:t>
      </w:r>
      <w:r>
        <w:rPr>
          <w:lang w:eastAsia="ko-KR"/>
        </w:rPr>
        <w:t xml:space="preserve">. </w:t>
      </w:r>
      <w:r>
        <w:rPr>
          <w:lang w:eastAsia="ko-KR"/>
        </w:rPr>
        <w:t>입찰서의</w:t>
      </w:r>
      <w:r>
        <w:rPr>
          <w:lang w:eastAsia="ko-KR"/>
        </w:rPr>
        <w:t xml:space="preserve"> </w:t>
      </w:r>
      <w:r>
        <w:rPr>
          <w:lang w:eastAsia="ko-KR"/>
        </w:rPr>
        <w:t>공급가액과</w:t>
      </w:r>
      <w:r>
        <w:rPr>
          <w:lang w:eastAsia="ko-KR"/>
        </w:rPr>
        <w:t xml:space="preserve"> </w:t>
      </w:r>
      <w:r>
        <w:rPr>
          <w:lang w:eastAsia="ko-KR"/>
        </w:rPr>
        <w:t>산출내역서의</w:t>
      </w:r>
      <w:r>
        <w:rPr>
          <w:lang w:eastAsia="ko-KR"/>
        </w:rPr>
        <w:t xml:space="preserve"> </w:t>
      </w:r>
      <w:r>
        <w:rPr>
          <w:lang w:eastAsia="ko-KR"/>
        </w:rPr>
        <w:t>공급가액</w:t>
      </w:r>
      <w:r>
        <w:rPr>
          <w:lang w:eastAsia="ko-KR"/>
        </w:rPr>
        <w:t xml:space="preserve"> </w:t>
      </w:r>
      <w:r>
        <w:rPr>
          <w:lang w:eastAsia="ko-KR"/>
        </w:rPr>
        <w:t>합계는</w:t>
      </w:r>
      <w:r>
        <w:rPr>
          <w:lang w:eastAsia="ko-KR"/>
        </w:rPr>
        <w:t xml:space="preserve"> </w:t>
      </w:r>
      <w:r>
        <w:rPr>
          <w:lang w:eastAsia="ko-KR"/>
        </w:rPr>
        <w:t>일치해야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, </w:t>
      </w:r>
      <w:r>
        <w:rPr>
          <w:lang w:eastAsia="ko-KR"/>
        </w:rPr>
        <w:t>품목을</w:t>
      </w:r>
      <w:r>
        <w:rPr>
          <w:lang w:eastAsia="ko-KR"/>
        </w:rPr>
        <w:t xml:space="preserve"> </w:t>
      </w:r>
      <w:r>
        <w:rPr>
          <w:lang w:eastAsia="ko-KR"/>
        </w:rPr>
        <w:t>삭제하거나</w:t>
      </w:r>
      <w:r>
        <w:rPr>
          <w:lang w:eastAsia="ko-KR"/>
        </w:rPr>
        <w:t xml:space="preserve"> </w:t>
      </w:r>
      <w:r>
        <w:rPr>
          <w:lang w:eastAsia="ko-KR"/>
        </w:rPr>
        <w:t>수량을</w:t>
      </w:r>
      <w:r>
        <w:rPr>
          <w:lang w:eastAsia="ko-KR"/>
        </w:rPr>
        <w:t xml:space="preserve"> </w:t>
      </w:r>
      <w:r>
        <w:rPr>
          <w:lang w:eastAsia="ko-KR"/>
        </w:rPr>
        <w:t>줄일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.</w:t>
      </w:r>
    </w:p>
    <w:p w:rsidR="00002508" w:rsidRDefault="00C93D42" w:rsidP="00A53960">
      <w:pPr>
        <w:ind w:left="170" w:hangingChars="100" w:hanging="170"/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예상되는</w:t>
      </w:r>
      <w:r>
        <w:rPr>
          <w:lang w:eastAsia="ko-KR"/>
        </w:rPr>
        <w:t xml:space="preserve"> </w:t>
      </w:r>
      <w:r>
        <w:rPr>
          <w:lang w:eastAsia="ko-KR"/>
        </w:rPr>
        <w:t>부대</w:t>
      </w:r>
      <w:r w:rsidR="00F35519">
        <w:rPr>
          <w:rFonts w:hint="eastAsia"/>
          <w:lang w:eastAsia="ko-KR"/>
        </w:rPr>
        <w:t xml:space="preserve"> </w:t>
      </w:r>
      <w:r>
        <w:rPr>
          <w:lang w:eastAsia="ko-KR"/>
        </w:rPr>
        <w:t>공사</w:t>
      </w:r>
      <w:r>
        <w:rPr>
          <w:lang w:eastAsia="ko-KR"/>
        </w:rPr>
        <w:t>·</w:t>
      </w:r>
      <w:r>
        <w:rPr>
          <w:lang w:eastAsia="ko-KR"/>
        </w:rPr>
        <w:t>기기</w:t>
      </w:r>
      <w:r>
        <w:rPr>
          <w:lang w:eastAsia="ko-KR"/>
        </w:rPr>
        <w:t xml:space="preserve"> </w:t>
      </w:r>
      <w:r>
        <w:rPr>
          <w:lang w:eastAsia="ko-KR"/>
        </w:rPr>
        <w:t>설치</w:t>
      </w:r>
      <w:r>
        <w:rPr>
          <w:lang w:eastAsia="ko-KR"/>
        </w:rPr>
        <w:t>·</w:t>
      </w:r>
      <w:r>
        <w:rPr>
          <w:lang w:eastAsia="ko-KR"/>
        </w:rPr>
        <w:t>배관</w:t>
      </w:r>
      <w:r>
        <w:rPr>
          <w:lang w:eastAsia="ko-KR"/>
        </w:rPr>
        <w:t xml:space="preserve"> </w:t>
      </w:r>
      <w:r>
        <w:rPr>
          <w:lang w:eastAsia="ko-KR"/>
        </w:rPr>
        <w:t>연결</w:t>
      </w:r>
      <w:r>
        <w:rPr>
          <w:lang w:eastAsia="ko-KR"/>
        </w:rPr>
        <w:t>·</w:t>
      </w:r>
      <w:r>
        <w:rPr>
          <w:lang w:eastAsia="ko-KR"/>
        </w:rPr>
        <w:t>마감</w:t>
      </w:r>
      <w:r>
        <w:rPr>
          <w:lang w:eastAsia="ko-KR"/>
        </w:rPr>
        <w:t>·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청소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통상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비용은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 xml:space="preserve"> </w:t>
      </w:r>
      <w:r>
        <w:rPr>
          <w:lang w:eastAsia="ko-KR"/>
        </w:rPr>
        <w:t>전에</w:t>
      </w:r>
      <w:r>
        <w:rPr>
          <w:lang w:eastAsia="ko-KR"/>
        </w:rPr>
        <w:t xml:space="preserve"> </w:t>
      </w:r>
      <w:r>
        <w:rPr>
          <w:lang w:eastAsia="ko-KR"/>
        </w:rPr>
        <w:t>반영해야</w:t>
      </w:r>
      <w:r>
        <w:rPr>
          <w:lang w:eastAsia="ko-KR"/>
        </w:rPr>
        <w:t xml:space="preserve"> </w:t>
      </w:r>
      <w:r>
        <w:rPr>
          <w:lang w:eastAsia="ko-KR"/>
        </w:rPr>
        <w:t>한다</w:t>
      </w:r>
      <w:r>
        <w:rPr>
          <w:lang w:eastAsia="ko-KR"/>
        </w:rPr>
        <w:t xml:space="preserve">. </w:t>
      </w:r>
      <w:r>
        <w:rPr>
          <w:lang w:eastAsia="ko-KR"/>
        </w:rPr>
        <w:t>설계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공사</w:t>
      </w:r>
      <w:r>
        <w:rPr>
          <w:lang w:eastAsia="ko-KR"/>
        </w:rPr>
        <w:t xml:space="preserve"> </w:t>
      </w:r>
      <w:r>
        <w:rPr>
          <w:lang w:eastAsia="ko-KR"/>
        </w:rPr>
        <w:t>범위를</w:t>
      </w:r>
      <w:r>
        <w:rPr>
          <w:lang w:eastAsia="ko-KR"/>
        </w:rPr>
        <w:t xml:space="preserve"> </w:t>
      </w:r>
      <w:r>
        <w:rPr>
          <w:lang w:eastAsia="ko-KR"/>
        </w:rPr>
        <w:t>변경할</w:t>
      </w:r>
      <w:r>
        <w:rPr>
          <w:lang w:eastAsia="ko-KR"/>
        </w:rPr>
        <w:t xml:space="preserve"> </w:t>
      </w:r>
      <w:r>
        <w:rPr>
          <w:lang w:eastAsia="ko-KR"/>
        </w:rPr>
        <w:t>필요가</w:t>
      </w:r>
      <w:r>
        <w:rPr>
          <w:lang w:eastAsia="ko-KR"/>
        </w:rPr>
        <w:t xml:space="preserve"> </w:t>
      </w:r>
      <w:r>
        <w:rPr>
          <w:lang w:eastAsia="ko-KR"/>
        </w:rPr>
        <w:t>있으면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 xml:space="preserve"> </w:t>
      </w:r>
      <w:r>
        <w:rPr>
          <w:lang w:eastAsia="ko-KR"/>
        </w:rPr>
        <w:t>전에</w:t>
      </w:r>
      <w:r>
        <w:rPr>
          <w:lang w:eastAsia="ko-KR"/>
        </w:rPr>
        <w:t xml:space="preserve"> </w:t>
      </w:r>
      <w:r>
        <w:rPr>
          <w:lang w:eastAsia="ko-KR"/>
        </w:rPr>
        <w:t>발주자에게</w:t>
      </w:r>
      <w:r>
        <w:rPr>
          <w:lang w:eastAsia="ko-KR"/>
        </w:rPr>
        <w:t xml:space="preserve"> </w:t>
      </w:r>
      <w:r>
        <w:rPr>
          <w:lang w:eastAsia="ko-KR"/>
        </w:rPr>
        <w:t>질의하여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참가자에게</w:t>
      </w:r>
      <w:r>
        <w:rPr>
          <w:lang w:eastAsia="ko-KR"/>
        </w:rPr>
        <w:t xml:space="preserve"> </w:t>
      </w:r>
      <w:r>
        <w:rPr>
          <w:lang w:eastAsia="ko-KR"/>
        </w:rPr>
        <w:t>동일한</w:t>
      </w:r>
      <w:r>
        <w:rPr>
          <w:lang w:eastAsia="ko-KR"/>
        </w:rPr>
        <w:t xml:space="preserve"> </w:t>
      </w:r>
      <w:r>
        <w:rPr>
          <w:lang w:eastAsia="ko-KR"/>
        </w:rPr>
        <w:t>답변을</w:t>
      </w:r>
      <w:r>
        <w:rPr>
          <w:lang w:eastAsia="ko-KR"/>
        </w:rPr>
        <w:t xml:space="preserve"> </w:t>
      </w:r>
      <w:r>
        <w:rPr>
          <w:lang w:eastAsia="ko-KR"/>
        </w:rPr>
        <w:t>제공한다</w:t>
      </w:r>
      <w:r>
        <w:rPr>
          <w:lang w:eastAsia="ko-KR"/>
        </w:rPr>
        <w:t>.</w:t>
      </w:r>
    </w:p>
    <w:p w:rsidR="00002508" w:rsidRDefault="00C93D42" w:rsidP="00A53960">
      <w:pPr>
        <w:ind w:left="170" w:hangingChars="100" w:hanging="170"/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낙찰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계약금액</w:t>
      </w:r>
      <w:r>
        <w:rPr>
          <w:lang w:eastAsia="ko-KR"/>
        </w:rPr>
        <w:t xml:space="preserve"> </w:t>
      </w:r>
      <w:r>
        <w:rPr>
          <w:lang w:eastAsia="ko-KR"/>
        </w:rPr>
        <w:t>외</w:t>
      </w:r>
      <w:r>
        <w:rPr>
          <w:lang w:eastAsia="ko-KR"/>
        </w:rPr>
        <w:t xml:space="preserve"> </w:t>
      </w:r>
      <w:r>
        <w:rPr>
          <w:lang w:eastAsia="ko-KR"/>
        </w:rPr>
        <w:t>별도</w:t>
      </w:r>
      <w:r>
        <w:rPr>
          <w:lang w:eastAsia="ko-KR"/>
        </w:rPr>
        <w:t xml:space="preserve"> </w:t>
      </w:r>
      <w:r>
        <w:rPr>
          <w:lang w:eastAsia="ko-KR"/>
        </w:rPr>
        <w:t>비용을</w:t>
      </w:r>
      <w:r>
        <w:rPr>
          <w:lang w:eastAsia="ko-KR"/>
        </w:rPr>
        <w:t xml:space="preserve"> </w:t>
      </w:r>
      <w:r>
        <w:rPr>
          <w:lang w:eastAsia="ko-KR"/>
        </w:rPr>
        <w:t>임의로</w:t>
      </w:r>
      <w:r>
        <w:rPr>
          <w:lang w:eastAsia="ko-KR"/>
        </w:rPr>
        <w:t xml:space="preserve"> </w:t>
      </w:r>
      <w:r>
        <w:rPr>
          <w:lang w:eastAsia="ko-KR"/>
        </w:rPr>
        <w:t>청구할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 xml:space="preserve">. </w:t>
      </w:r>
      <w:r>
        <w:rPr>
          <w:lang w:eastAsia="ko-KR"/>
        </w:rPr>
        <w:t>불가피한</w:t>
      </w:r>
      <w:r>
        <w:rPr>
          <w:lang w:eastAsia="ko-KR"/>
        </w:rPr>
        <w:t xml:space="preserve"> </w:t>
      </w:r>
      <w:r>
        <w:rPr>
          <w:lang w:eastAsia="ko-KR"/>
        </w:rPr>
        <w:t>설계</w:t>
      </w:r>
      <w:r>
        <w:rPr>
          <w:lang w:eastAsia="ko-KR"/>
        </w:rPr>
        <w:t>·</w:t>
      </w:r>
      <w:r>
        <w:rPr>
          <w:lang w:eastAsia="ko-KR"/>
        </w:rPr>
        <w:t>물량</w:t>
      </w:r>
      <w:r>
        <w:rPr>
          <w:lang w:eastAsia="ko-KR"/>
        </w:rPr>
        <w:t xml:space="preserve"> </w:t>
      </w:r>
      <w:r>
        <w:rPr>
          <w:lang w:eastAsia="ko-KR"/>
        </w:rPr>
        <w:t>변경이</w:t>
      </w:r>
      <w:r>
        <w:rPr>
          <w:lang w:eastAsia="ko-KR"/>
        </w:rPr>
        <w:t xml:space="preserve"> </w:t>
      </w:r>
      <w:r>
        <w:rPr>
          <w:lang w:eastAsia="ko-KR"/>
        </w:rPr>
        <w:t>발생하면</w:t>
      </w:r>
      <w:r>
        <w:rPr>
          <w:lang w:eastAsia="ko-KR"/>
        </w:rPr>
        <w:t xml:space="preserve"> </w:t>
      </w:r>
      <w:r>
        <w:rPr>
          <w:lang w:eastAsia="ko-KR"/>
        </w:rPr>
        <w:t>발주자의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서면</w:t>
      </w:r>
      <w:r w:rsidR="00A53960">
        <w:rPr>
          <w:rFonts w:hint="eastAsia"/>
          <w:lang w:eastAsia="ko-KR"/>
        </w:rPr>
        <w:t xml:space="preserve"> </w:t>
      </w:r>
      <w:r>
        <w:rPr>
          <w:lang w:eastAsia="ko-KR"/>
        </w:rPr>
        <w:t>승인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필요시</w:t>
      </w:r>
      <w:r>
        <w:rPr>
          <w:lang w:eastAsia="ko-KR"/>
        </w:rPr>
        <w:t xml:space="preserve"> </w:t>
      </w:r>
      <w:r>
        <w:rPr>
          <w:lang w:eastAsia="ko-KR"/>
        </w:rPr>
        <w:t>성남시</w:t>
      </w:r>
      <w:r>
        <w:rPr>
          <w:lang w:eastAsia="ko-KR"/>
        </w:rPr>
        <w:t xml:space="preserve"> </w:t>
      </w:r>
      <w:r>
        <w:rPr>
          <w:lang w:eastAsia="ko-KR"/>
        </w:rPr>
        <w:t>보조사업</w:t>
      </w:r>
      <w:r>
        <w:rPr>
          <w:lang w:eastAsia="ko-KR"/>
        </w:rPr>
        <w:t xml:space="preserve"> </w:t>
      </w:r>
      <w:r>
        <w:rPr>
          <w:lang w:eastAsia="ko-KR"/>
        </w:rPr>
        <w:t>변경승인을</w:t>
      </w:r>
      <w:r>
        <w:rPr>
          <w:lang w:eastAsia="ko-KR"/>
        </w:rPr>
        <w:t xml:space="preserve"> </w:t>
      </w:r>
      <w:r>
        <w:rPr>
          <w:lang w:eastAsia="ko-KR"/>
        </w:rPr>
        <w:t>거친</w:t>
      </w:r>
      <w:r>
        <w:rPr>
          <w:lang w:eastAsia="ko-KR"/>
        </w:rPr>
        <w:t xml:space="preserve"> </w:t>
      </w:r>
      <w:r>
        <w:rPr>
          <w:lang w:eastAsia="ko-KR"/>
        </w:rPr>
        <w:t>경우에만</w:t>
      </w:r>
      <w:r>
        <w:rPr>
          <w:lang w:eastAsia="ko-KR"/>
        </w:rPr>
        <w:t xml:space="preserve"> </w:t>
      </w:r>
      <w:r>
        <w:rPr>
          <w:lang w:eastAsia="ko-KR"/>
        </w:rPr>
        <w:t>변</w:t>
      </w:r>
      <w:r>
        <w:rPr>
          <w:lang w:eastAsia="ko-KR"/>
        </w:rPr>
        <w:t>경</w:t>
      </w:r>
      <w:r w:rsidR="00A53960">
        <w:rPr>
          <w:rFonts w:hint="eastAsia"/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>·</w:t>
      </w:r>
      <w:r>
        <w:rPr>
          <w:lang w:eastAsia="ko-KR"/>
        </w:rPr>
        <w:t>정산을</w:t>
      </w:r>
      <w:r>
        <w:rPr>
          <w:lang w:eastAsia="ko-KR"/>
        </w:rPr>
        <w:t xml:space="preserve"> </w:t>
      </w:r>
      <w:r>
        <w:rPr>
          <w:lang w:eastAsia="ko-KR"/>
        </w:rPr>
        <w:t>검토한다</w:t>
      </w:r>
      <w:r>
        <w:rPr>
          <w:lang w:eastAsia="ko-KR"/>
        </w:rPr>
        <w:t>.</w:t>
      </w:r>
    </w:p>
    <w:p w:rsidR="00002508" w:rsidRDefault="00C93D42" w:rsidP="00A53960">
      <w:pPr>
        <w:spacing w:after="80"/>
        <w:ind w:left="190" w:hangingChars="100" w:hanging="190"/>
        <w:rPr>
          <w:lang w:eastAsia="ko-KR"/>
        </w:rPr>
      </w:pPr>
      <w:r>
        <w:rPr>
          <w:color w:val="222A34"/>
          <w:sz w:val="19"/>
          <w:lang w:eastAsia="ko-KR"/>
        </w:rPr>
        <w:t>마</w:t>
      </w:r>
      <w:r w:rsidRPr="00A53960">
        <w:rPr>
          <w:color w:val="222A34"/>
          <w:szCs w:val="17"/>
          <w:lang w:eastAsia="ko-KR"/>
        </w:rPr>
        <w:t xml:space="preserve">. </w:t>
      </w:r>
      <w:r w:rsidRPr="00A53960">
        <w:rPr>
          <w:color w:val="222A34"/>
          <w:szCs w:val="17"/>
          <w:lang w:eastAsia="ko-KR"/>
        </w:rPr>
        <w:t>가격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상한을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설정하더라도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이는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예산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관리를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위한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최고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입찰가격이지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낙찰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예정가격은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아니다</w:t>
      </w:r>
      <w:r w:rsidRPr="00A53960">
        <w:rPr>
          <w:color w:val="222A34"/>
          <w:szCs w:val="17"/>
          <w:lang w:eastAsia="ko-KR"/>
        </w:rPr>
        <w:t xml:space="preserve">. </w:t>
      </w:r>
      <w:r w:rsidRPr="00A53960">
        <w:rPr>
          <w:color w:val="222A34"/>
          <w:szCs w:val="17"/>
          <w:lang w:eastAsia="ko-KR"/>
        </w:rPr>
        <w:t>실제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낙찰자는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선정지침에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따라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요건을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충족하는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유효</w:t>
      </w:r>
      <w:r w:rsidR="00A53960">
        <w:rPr>
          <w:rFonts w:hint="eastAsia"/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입찰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중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최저가격으로</w:t>
      </w:r>
      <w:r w:rsidRPr="00A53960">
        <w:rPr>
          <w:color w:val="222A34"/>
          <w:szCs w:val="17"/>
          <w:lang w:eastAsia="ko-KR"/>
        </w:rPr>
        <w:t xml:space="preserve"> </w:t>
      </w:r>
      <w:r w:rsidRPr="00A53960">
        <w:rPr>
          <w:color w:val="222A34"/>
          <w:szCs w:val="17"/>
          <w:lang w:eastAsia="ko-KR"/>
        </w:rPr>
        <w:t>결</w:t>
      </w:r>
      <w:r w:rsidRPr="00A53960">
        <w:rPr>
          <w:color w:val="222A34"/>
          <w:szCs w:val="17"/>
          <w:lang w:eastAsia="ko-KR"/>
        </w:rPr>
        <w:t>정한다</w:t>
      </w:r>
      <w:r w:rsidRPr="00A53960">
        <w:rPr>
          <w:color w:val="222A34"/>
          <w:szCs w:val="17"/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9. </w:t>
      </w:r>
      <w:r>
        <w:rPr>
          <w:rFonts w:ascii="맑은 고딕" w:hAnsi="맑은 고딕"/>
          <w:lang w:eastAsia="ko-KR"/>
        </w:rPr>
        <w:t>낙찰자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결정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및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입찰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무효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선정지침에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유효한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최저가격을</w:t>
      </w:r>
      <w:r>
        <w:rPr>
          <w:lang w:eastAsia="ko-KR"/>
        </w:rPr>
        <w:t xml:space="preserve"> </w:t>
      </w:r>
      <w:r>
        <w:rPr>
          <w:lang w:eastAsia="ko-KR"/>
        </w:rPr>
        <w:t>제출한</w:t>
      </w:r>
      <w:r>
        <w:rPr>
          <w:lang w:eastAsia="ko-KR"/>
        </w:rPr>
        <w:t xml:space="preserve"> </w:t>
      </w:r>
      <w:r>
        <w:rPr>
          <w:lang w:eastAsia="ko-KR"/>
        </w:rPr>
        <w:t>업체를</w:t>
      </w:r>
      <w:r>
        <w:rPr>
          <w:lang w:eastAsia="ko-KR"/>
        </w:rPr>
        <w:t xml:space="preserve"> </w:t>
      </w:r>
      <w:r>
        <w:rPr>
          <w:lang w:eastAsia="ko-KR"/>
        </w:rPr>
        <w:t>낙찰자로</w:t>
      </w:r>
      <w:r>
        <w:rPr>
          <w:lang w:eastAsia="ko-KR"/>
        </w:rPr>
        <w:t xml:space="preserve"> </w:t>
      </w:r>
      <w:r>
        <w:rPr>
          <w:lang w:eastAsia="ko-KR"/>
        </w:rPr>
        <w:t>정한다</w:t>
      </w:r>
      <w:r>
        <w:rPr>
          <w:lang w:eastAsia="ko-KR"/>
        </w:rPr>
        <w:t xml:space="preserve">. </w:t>
      </w:r>
      <w:r>
        <w:rPr>
          <w:lang w:eastAsia="ko-KR"/>
        </w:rPr>
        <w:t>동일</w:t>
      </w:r>
      <w:r w:rsidR="00A652F9">
        <w:rPr>
          <w:rFonts w:hint="eastAsia"/>
          <w:lang w:eastAsia="ko-KR"/>
        </w:rPr>
        <w:t xml:space="preserve"> </w:t>
      </w:r>
      <w:r>
        <w:rPr>
          <w:lang w:eastAsia="ko-KR"/>
        </w:rPr>
        <w:t>가격인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관계</w:t>
      </w:r>
      <w:r w:rsidR="00A652F9">
        <w:rPr>
          <w:rFonts w:hint="eastAsia"/>
          <w:lang w:eastAsia="ko-KR"/>
        </w:rPr>
        <w:t xml:space="preserve"> </w:t>
      </w:r>
      <w:r>
        <w:rPr>
          <w:lang w:eastAsia="ko-KR"/>
        </w:rPr>
        <w:t>지침에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추첨한다</w:t>
      </w:r>
      <w:r>
        <w:rPr>
          <w:lang w:eastAsia="ko-KR"/>
        </w:rPr>
        <w:t>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선정지침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6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[</w:t>
      </w:r>
      <w:r>
        <w:rPr>
          <w:lang w:eastAsia="ko-KR"/>
        </w:rPr>
        <w:t>별표</w:t>
      </w:r>
      <w:r>
        <w:rPr>
          <w:lang w:eastAsia="ko-KR"/>
        </w:rPr>
        <w:t xml:space="preserve"> 3]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무효</w:t>
      </w:r>
      <w:r>
        <w:rPr>
          <w:lang w:eastAsia="ko-KR"/>
        </w:rPr>
        <w:t xml:space="preserve"> </w:t>
      </w:r>
      <w:r>
        <w:rPr>
          <w:lang w:eastAsia="ko-KR"/>
        </w:rPr>
        <w:t>입찰은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업체에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사유를</w:t>
      </w:r>
      <w:r>
        <w:rPr>
          <w:lang w:eastAsia="ko-KR"/>
        </w:rPr>
        <w:t xml:space="preserve"> </w:t>
      </w:r>
      <w:r>
        <w:rPr>
          <w:lang w:eastAsia="ko-KR"/>
        </w:rPr>
        <w:t>전화</w:t>
      </w:r>
      <w:r>
        <w:rPr>
          <w:lang w:eastAsia="ko-KR"/>
        </w:rPr>
        <w:t>·</w:t>
      </w:r>
      <w:r>
        <w:rPr>
          <w:lang w:eastAsia="ko-KR"/>
        </w:rPr>
        <w:t>문자</w:t>
      </w:r>
      <w:r>
        <w:rPr>
          <w:lang w:eastAsia="ko-KR"/>
        </w:rPr>
        <w:t>·</w:t>
      </w:r>
      <w:r>
        <w:rPr>
          <w:lang w:eastAsia="ko-KR"/>
        </w:rPr>
        <w:t>전자적</w:t>
      </w:r>
      <w:r>
        <w:rPr>
          <w:lang w:eastAsia="ko-KR"/>
        </w:rPr>
        <w:t xml:space="preserve"> </w:t>
      </w:r>
      <w:r>
        <w:rPr>
          <w:lang w:eastAsia="ko-KR"/>
        </w:rPr>
        <w:t>방법</w:t>
      </w:r>
      <w:r>
        <w:rPr>
          <w:lang w:eastAsia="ko-KR"/>
        </w:rPr>
        <w:t xml:space="preserve"> </w:t>
      </w:r>
      <w:r>
        <w:rPr>
          <w:lang w:eastAsia="ko-KR"/>
        </w:rPr>
        <w:t>등으로</w:t>
      </w:r>
      <w:r>
        <w:rPr>
          <w:lang w:eastAsia="ko-KR"/>
        </w:rPr>
        <w:t xml:space="preserve"> </w:t>
      </w:r>
      <w:r>
        <w:rPr>
          <w:lang w:eastAsia="ko-KR"/>
        </w:rPr>
        <w:t>통지한다</w:t>
      </w:r>
      <w:r>
        <w:rPr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10. </w:t>
      </w:r>
      <w:r>
        <w:rPr>
          <w:rFonts w:ascii="맑은 고딕" w:hAnsi="맑은 고딕"/>
          <w:lang w:eastAsia="ko-KR"/>
        </w:rPr>
        <w:t>계약체결</w:t>
      </w:r>
      <w:r>
        <w:rPr>
          <w:rFonts w:ascii="맑은 고딕" w:hAnsi="맑은 고딕"/>
          <w:lang w:eastAsia="ko-KR"/>
        </w:rPr>
        <w:t>·</w:t>
      </w:r>
      <w:r>
        <w:rPr>
          <w:rFonts w:ascii="맑은 고딕" w:hAnsi="맑은 고딕"/>
          <w:lang w:eastAsia="ko-KR"/>
        </w:rPr>
        <w:t>입찰보증금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낙찰자는</w:t>
      </w:r>
      <w:r>
        <w:rPr>
          <w:lang w:eastAsia="ko-KR"/>
        </w:rPr>
        <w:t xml:space="preserve"> </w:t>
      </w:r>
      <w:r>
        <w:rPr>
          <w:lang w:eastAsia="ko-KR"/>
        </w:rPr>
        <w:t>특별한</w:t>
      </w:r>
      <w:r>
        <w:rPr>
          <w:lang w:eastAsia="ko-KR"/>
        </w:rPr>
        <w:t xml:space="preserve"> </w:t>
      </w:r>
      <w:r>
        <w:rPr>
          <w:lang w:eastAsia="ko-KR"/>
        </w:rPr>
        <w:t>사유가</w:t>
      </w:r>
      <w:r>
        <w:rPr>
          <w:lang w:eastAsia="ko-KR"/>
        </w:rPr>
        <w:t xml:space="preserve"> </w:t>
      </w:r>
      <w:r>
        <w:rPr>
          <w:lang w:eastAsia="ko-KR"/>
        </w:rPr>
        <w:t>없으면</w:t>
      </w:r>
      <w:r>
        <w:rPr>
          <w:lang w:eastAsia="ko-KR"/>
        </w:rPr>
        <w:t xml:space="preserve"> </w:t>
      </w:r>
      <w:r>
        <w:rPr>
          <w:lang w:eastAsia="ko-KR"/>
        </w:rPr>
        <w:t>선정지침에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기한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계약을</w:t>
      </w:r>
      <w:r>
        <w:rPr>
          <w:lang w:eastAsia="ko-KR"/>
        </w:rPr>
        <w:t xml:space="preserve"> </w:t>
      </w:r>
      <w:r>
        <w:rPr>
          <w:lang w:eastAsia="ko-KR"/>
        </w:rPr>
        <w:t>체결한다</w:t>
      </w:r>
      <w:r>
        <w:rPr>
          <w:lang w:eastAsia="ko-KR"/>
        </w:rPr>
        <w:t>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입찰</w:t>
      </w:r>
      <w:r w:rsidR="00A652F9">
        <w:rPr>
          <w:rFonts w:hint="eastAsia"/>
          <w:lang w:eastAsia="ko-KR"/>
        </w:rPr>
        <w:t xml:space="preserve"> </w:t>
      </w:r>
      <w:proofErr w:type="gramStart"/>
      <w:r>
        <w:rPr>
          <w:lang w:eastAsia="ko-KR"/>
        </w:rPr>
        <w:t>보증금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입찰가격의</w:t>
      </w:r>
      <w:r>
        <w:rPr>
          <w:lang w:eastAsia="ko-KR"/>
        </w:rPr>
        <w:t xml:space="preserve"> 5% </w:t>
      </w:r>
      <w:r>
        <w:rPr>
          <w:lang w:eastAsia="ko-KR"/>
        </w:rPr>
        <w:t>이상</w:t>
      </w:r>
      <w:r>
        <w:rPr>
          <w:lang w:eastAsia="ko-KR"/>
        </w:rPr>
        <w:t>(</w:t>
      </w:r>
      <w:r>
        <w:rPr>
          <w:lang w:eastAsia="ko-KR"/>
        </w:rPr>
        <w:t>현금</w:t>
      </w:r>
      <w:r>
        <w:rPr>
          <w:lang w:eastAsia="ko-KR"/>
        </w:rPr>
        <w:t>·</w:t>
      </w:r>
      <w:proofErr w:type="spellStart"/>
      <w:r>
        <w:rPr>
          <w:lang w:eastAsia="ko-KR"/>
        </w:rPr>
        <w:t>공제증권</w:t>
      </w:r>
      <w:proofErr w:type="spellEnd"/>
      <w:r>
        <w:rPr>
          <w:lang w:eastAsia="ko-KR"/>
        </w:rPr>
        <w:t>·</w:t>
      </w:r>
      <w:r>
        <w:rPr>
          <w:lang w:eastAsia="ko-KR"/>
        </w:rPr>
        <w:t>보증서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관계지침에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방법</w:t>
      </w:r>
      <w:r>
        <w:rPr>
          <w:lang w:eastAsia="ko-KR"/>
        </w:rPr>
        <w:t>)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계약</w:t>
      </w:r>
      <w:r w:rsidR="00A652F9">
        <w:rPr>
          <w:rFonts w:hint="eastAsia"/>
          <w:lang w:eastAsia="ko-KR"/>
        </w:rPr>
        <w:t xml:space="preserve"> </w:t>
      </w:r>
      <w:proofErr w:type="gramStart"/>
      <w:r>
        <w:rPr>
          <w:lang w:eastAsia="ko-KR"/>
        </w:rPr>
        <w:t>보</w:t>
      </w:r>
      <w:r>
        <w:rPr>
          <w:lang w:eastAsia="ko-KR"/>
        </w:rPr>
        <w:t>증금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관계지침에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계약금액의</w:t>
      </w:r>
      <w:r>
        <w:rPr>
          <w:lang w:eastAsia="ko-KR"/>
        </w:rPr>
        <w:t xml:space="preserve"> 20%</w:t>
      </w:r>
      <w:r>
        <w:rPr>
          <w:lang w:eastAsia="ko-KR"/>
        </w:rPr>
        <w:t>를</w:t>
      </w:r>
      <w:r>
        <w:rPr>
          <w:lang w:eastAsia="ko-KR"/>
        </w:rPr>
        <w:t xml:space="preserve"> </w:t>
      </w:r>
      <w:r>
        <w:rPr>
          <w:lang w:eastAsia="ko-KR"/>
        </w:rPr>
        <w:t>적용한다</w:t>
      </w:r>
      <w:r>
        <w:rPr>
          <w:lang w:eastAsia="ko-KR"/>
        </w:rPr>
        <w:t>(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면제사유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예외는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관계지침에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따름</w:t>
      </w:r>
      <w:r>
        <w:rPr>
          <w:lang w:eastAsia="ko-KR"/>
        </w:rPr>
        <w:t>).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계약상</w:t>
      </w:r>
      <w:r>
        <w:rPr>
          <w:lang w:eastAsia="ko-KR"/>
        </w:rPr>
        <w:t xml:space="preserve"> </w:t>
      </w:r>
      <w:r>
        <w:rPr>
          <w:lang w:eastAsia="ko-KR"/>
        </w:rPr>
        <w:t>의무</w:t>
      </w:r>
      <w:r>
        <w:rPr>
          <w:lang w:eastAsia="ko-KR"/>
        </w:rPr>
        <w:t xml:space="preserve"> </w:t>
      </w:r>
      <w:r>
        <w:rPr>
          <w:lang w:eastAsia="ko-KR"/>
        </w:rPr>
        <w:t>불이행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보증금</w:t>
      </w:r>
      <w:r>
        <w:rPr>
          <w:lang w:eastAsia="ko-KR"/>
        </w:rPr>
        <w:t xml:space="preserve"> </w:t>
      </w:r>
      <w:r>
        <w:rPr>
          <w:lang w:eastAsia="ko-KR"/>
        </w:rPr>
        <w:t>귀속은</w:t>
      </w:r>
      <w:r>
        <w:rPr>
          <w:lang w:eastAsia="ko-KR"/>
        </w:rPr>
        <w:t xml:space="preserve"> </w:t>
      </w:r>
      <w:r>
        <w:rPr>
          <w:lang w:eastAsia="ko-KR"/>
        </w:rPr>
        <w:t>선정지침과</w:t>
      </w:r>
      <w:r>
        <w:rPr>
          <w:lang w:eastAsia="ko-KR"/>
        </w:rPr>
        <w:t xml:space="preserve"> </w:t>
      </w:r>
      <w:r>
        <w:rPr>
          <w:lang w:eastAsia="ko-KR"/>
        </w:rPr>
        <w:t>계약서에</w:t>
      </w:r>
      <w:r>
        <w:rPr>
          <w:lang w:eastAsia="ko-KR"/>
        </w:rPr>
        <w:t xml:space="preserve"> </w:t>
      </w:r>
      <w:r>
        <w:rPr>
          <w:lang w:eastAsia="ko-KR"/>
        </w:rPr>
        <w:t>따른다</w:t>
      </w:r>
      <w:r>
        <w:rPr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11. </w:t>
      </w:r>
      <w:r>
        <w:rPr>
          <w:rFonts w:ascii="맑은 고딕" w:hAnsi="맑은 고딕"/>
          <w:lang w:eastAsia="ko-KR"/>
        </w:rPr>
        <w:t>착공</w:t>
      </w:r>
      <w:r>
        <w:rPr>
          <w:rFonts w:ascii="맑은 고딕" w:hAnsi="맑은 고딕"/>
          <w:lang w:eastAsia="ko-KR"/>
        </w:rPr>
        <w:t>·</w:t>
      </w:r>
      <w:r>
        <w:rPr>
          <w:rFonts w:ascii="맑은 고딕" w:hAnsi="맑은 고딕"/>
          <w:lang w:eastAsia="ko-KR"/>
        </w:rPr>
        <w:t>준공</w:t>
      </w:r>
      <w:r>
        <w:rPr>
          <w:rFonts w:ascii="맑은 고딕" w:hAnsi="맑은 고딕"/>
          <w:lang w:eastAsia="ko-KR"/>
        </w:rPr>
        <w:t>·</w:t>
      </w:r>
      <w:r>
        <w:rPr>
          <w:rFonts w:ascii="맑은 고딕" w:hAnsi="맑은 고딕"/>
          <w:lang w:eastAsia="ko-KR"/>
        </w:rPr>
        <w:t>대금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지급</w:t>
      </w:r>
    </w:p>
    <w:p w:rsidR="00002508" w:rsidRDefault="00C93D42" w:rsidP="00A652F9">
      <w:pPr>
        <w:ind w:left="1020" w:hangingChars="600" w:hanging="1020"/>
        <w:rPr>
          <w:lang w:eastAsia="ko-KR"/>
        </w:rPr>
      </w:pPr>
      <w:r>
        <w:rPr>
          <w:b/>
          <w:lang w:eastAsia="ko-KR"/>
        </w:rPr>
        <w:t>가</w:t>
      </w:r>
      <w:r>
        <w:rPr>
          <w:b/>
          <w:lang w:eastAsia="ko-KR"/>
        </w:rPr>
        <w:t xml:space="preserve">. </w:t>
      </w:r>
      <w:proofErr w:type="spellStart"/>
      <w:proofErr w:type="gramStart"/>
      <w:r>
        <w:rPr>
          <w:b/>
          <w:lang w:eastAsia="ko-KR"/>
        </w:rPr>
        <w:t>준공기한</w:t>
      </w:r>
      <w:proofErr w:type="spellEnd"/>
      <w:r>
        <w:rPr>
          <w:b/>
          <w:lang w:eastAsia="ko-KR"/>
        </w:rPr>
        <w:t xml:space="preserve"> :</w:t>
      </w:r>
      <w:proofErr w:type="gramEnd"/>
      <w:r>
        <w:rPr>
          <w:b/>
          <w:lang w:eastAsia="ko-KR"/>
        </w:rPr>
        <w:t xml:space="preserve"> 2026</w:t>
      </w:r>
      <w:r>
        <w:rPr>
          <w:b/>
          <w:lang w:eastAsia="ko-KR"/>
        </w:rPr>
        <w:t>년</w:t>
      </w:r>
      <w:r>
        <w:rPr>
          <w:b/>
          <w:lang w:eastAsia="ko-KR"/>
        </w:rPr>
        <w:t xml:space="preserve"> 11</w:t>
      </w:r>
      <w:r>
        <w:rPr>
          <w:b/>
          <w:lang w:eastAsia="ko-KR"/>
        </w:rPr>
        <w:t>월</w:t>
      </w:r>
      <w:r>
        <w:rPr>
          <w:b/>
          <w:lang w:eastAsia="ko-KR"/>
        </w:rPr>
        <w:t xml:space="preserve"> 10</w:t>
      </w:r>
      <w:r>
        <w:rPr>
          <w:b/>
          <w:lang w:eastAsia="ko-KR"/>
        </w:rPr>
        <w:t>일까지</w:t>
      </w:r>
      <w:r>
        <w:rPr>
          <w:b/>
          <w:lang w:eastAsia="ko-KR"/>
        </w:rPr>
        <w:t xml:space="preserve">. </w:t>
      </w:r>
      <w:r>
        <w:rPr>
          <w:b/>
          <w:lang w:eastAsia="ko-KR"/>
        </w:rPr>
        <w:t>계약상대자는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계약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조속히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착공하여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모든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필수</w:t>
      </w:r>
      <w:r w:rsidR="00A652F9">
        <w:rPr>
          <w:rFonts w:hint="eastAsia"/>
          <w:b/>
          <w:lang w:eastAsia="ko-KR"/>
        </w:rPr>
        <w:t xml:space="preserve"> </w:t>
      </w:r>
      <w:proofErr w:type="spellStart"/>
      <w:r>
        <w:rPr>
          <w:b/>
          <w:lang w:eastAsia="ko-KR"/>
        </w:rPr>
        <w:t>공종의</w:t>
      </w:r>
      <w:proofErr w:type="spellEnd"/>
      <w:r>
        <w:rPr>
          <w:b/>
          <w:lang w:eastAsia="ko-KR"/>
        </w:rPr>
        <w:t xml:space="preserve"> </w:t>
      </w:r>
      <w:r>
        <w:rPr>
          <w:b/>
          <w:lang w:eastAsia="ko-KR"/>
        </w:rPr>
        <w:t>시공</w:t>
      </w:r>
      <w:r>
        <w:rPr>
          <w:b/>
          <w:lang w:eastAsia="ko-KR"/>
        </w:rPr>
        <w:t>·</w:t>
      </w:r>
      <w:r>
        <w:rPr>
          <w:b/>
          <w:lang w:eastAsia="ko-KR"/>
        </w:rPr>
        <w:t>기기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설치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및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시</w:t>
      </w:r>
      <w:r w:rsidR="00A652F9">
        <w:rPr>
          <w:rFonts w:hint="eastAsia"/>
          <w:b/>
          <w:lang w:eastAsia="ko-KR"/>
        </w:rPr>
        <w:t xml:space="preserve"> </w:t>
      </w:r>
      <w:r>
        <w:rPr>
          <w:b/>
          <w:lang w:eastAsia="ko-KR"/>
        </w:rPr>
        <w:t>운전을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완료하고</w:t>
      </w:r>
      <w:r>
        <w:rPr>
          <w:b/>
          <w:lang w:eastAsia="ko-KR"/>
        </w:rPr>
        <w:t xml:space="preserve">, </w:t>
      </w:r>
      <w:r>
        <w:rPr>
          <w:b/>
          <w:lang w:eastAsia="ko-KR"/>
        </w:rPr>
        <w:t>관리주체의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준공검사가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가능한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상태로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인도해야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한다</w:t>
      </w:r>
      <w:r>
        <w:rPr>
          <w:b/>
          <w:lang w:eastAsia="ko-KR"/>
        </w:rPr>
        <w:t>.</w:t>
      </w:r>
    </w:p>
    <w:p w:rsidR="00002508" w:rsidRPr="00A652F9" w:rsidRDefault="00C93D42" w:rsidP="00A652F9">
      <w:pPr>
        <w:ind w:left="170" w:hangingChars="100" w:hanging="170"/>
        <w:rPr>
          <w:szCs w:val="17"/>
          <w:lang w:eastAsia="ko-KR"/>
        </w:rPr>
      </w:pPr>
      <w:r w:rsidRPr="00A652F9">
        <w:rPr>
          <w:color w:val="222A34"/>
          <w:szCs w:val="17"/>
          <w:lang w:eastAsia="ko-KR"/>
        </w:rPr>
        <w:t>나</w:t>
      </w:r>
      <w:r w:rsidRPr="00A652F9">
        <w:rPr>
          <w:color w:val="222A34"/>
          <w:szCs w:val="17"/>
          <w:lang w:eastAsia="ko-KR"/>
        </w:rPr>
        <w:t xml:space="preserve">. </w:t>
      </w:r>
      <w:r w:rsidRPr="00A652F9">
        <w:rPr>
          <w:color w:val="222A34"/>
          <w:szCs w:val="17"/>
          <w:lang w:eastAsia="ko-KR"/>
        </w:rPr>
        <w:t>계약상대자는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계약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체결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시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준공</w:t>
      </w:r>
      <w:r w:rsidR="00FE010B">
        <w:rPr>
          <w:rFonts w:hint="eastAsia"/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기한에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맞춘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공정표를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제출한다</w:t>
      </w:r>
      <w:r w:rsidRPr="00A652F9">
        <w:rPr>
          <w:color w:val="222A34"/>
          <w:szCs w:val="17"/>
          <w:lang w:eastAsia="ko-KR"/>
        </w:rPr>
        <w:t xml:space="preserve">. </w:t>
      </w:r>
      <w:r w:rsidRPr="00A652F9">
        <w:rPr>
          <w:color w:val="222A34"/>
          <w:szCs w:val="17"/>
          <w:lang w:eastAsia="ko-KR"/>
        </w:rPr>
        <w:t>구체적인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자재조달</w:t>
      </w:r>
      <w:r w:rsidRPr="00A652F9">
        <w:rPr>
          <w:color w:val="222A34"/>
          <w:szCs w:val="17"/>
          <w:lang w:eastAsia="ko-KR"/>
        </w:rPr>
        <w:t>·</w:t>
      </w:r>
      <w:r w:rsidRPr="00A652F9">
        <w:rPr>
          <w:color w:val="222A34"/>
          <w:szCs w:val="17"/>
          <w:lang w:eastAsia="ko-KR"/>
        </w:rPr>
        <w:t>인력배치</w:t>
      </w:r>
      <w:r w:rsidRPr="00A652F9">
        <w:rPr>
          <w:color w:val="222A34"/>
          <w:szCs w:val="17"/>
          <w:lang w:eastAsia="ko-KR"/>
        </w:rPr>
        <w:t>·</w:t>
      </w:r>
      <w:r w:rsidRPr="00A652F9">
        <w:rPr>
          <w:color w:val="222A34"/>
          <w:szCs w:val="17"/>
          <w:lang w:eastAsia="ko-KR"/>
        </w:rPr>
        <w:t>시공방법은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업체가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수립</w:t>
      </w:r>
      <w:r w:rsidRPr="00A652F9">
        <w:rPr>
          <w:color w:val="222A34"/>
          <w:szCs w:val="17"/>
          <w:lang w:eastAsia="ko-KR"/>
        </w:rPr>
        <w:t>·</w:t>
      </w:r>
      <w:r w:rsidRPr="00A652F9">
        <w:rPr>
          <w:color w:val="222A34"/>
          <w:szCs w:val="17"/>
          <w:lang w:eastAsia="ko-KR"/>
        </w:rPr>
        <w:t>이행하며</w:t>
      </w:r>
      <w:r w:rsidRPr="00A652F9">
        <w:rPr>
          <w:color w:val="222A34"/>
          <w:szCs w:val="17"/>
          <w:lang w:eastAsia="ko-KR"/>
        </w:rPr>
        <w:t xml:space="preserve">, </w:t>
      </w:r>
      <w:r w:rsidRPr="00A652F9">
        <w:rPr>
          <w:color w:val="222A34"/>
          <w:szCs w:val="17"/>
          <w:lang w:eastAsia="ko-KR"/>
        </w:rPr>
        <w:t>지연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우려가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있으면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즉시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관리주체에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알리고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대응계획을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제시한다</w:t>
      </w:r>
      <w:r w:rsidRPr="00A652F9">
        <w:rPr>
          <w:color w:val="222A34"/>
          <w:szCs w:val="17"/>
          <w:lang w:eastAsia="ko-KR"/>
        </w:rPr>
        <w:t>.</w:t>
      </w:r>
    </w:p>
    <w:p w:rsidR="00002508" w:rsidRPr="00A652F9" w:rsidRDefault="00C93D42" w:rsidP="00A652F9">
      <w:pPr>
        <w:ind w:left="170" w:hangingChars="100" w:hanging="170"/>
        <w:rPr>
          <w:szCs w:val="17"/>
          <w:lang w:eastAsia="ko-KR"/>
        </w:rPr>
      </w:pPr>
      <w:r w:rsidRPr="00A652F9">
        <w:rPr>
          <w:szCs w:val="17"/>
          <w:lang w:eastAsia="ko-KR"/>
        </w:rPr>
        <w:t>다</w:t>
      </w:r>
      <w:r w:rsidRPr="00A652F9">
        <w:rPr>
          <w:szCs w:val="17"/>
          <w:lang w:eastAsia="ko-KR"/>
        </w:rPr>
        <w:t xml:space="preserve">. </w:t>
      </w:r>
      <w:r w:rsidRPr="00A652F9">
        <w:rPr>
          <w:szCs w:val="17"/>
          <w:lang w:eastAsia="ko-KR"/>
        </w:rPr>
        <w:t>준공의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완료</w:t>
      </w:r>
      <w:r w:rsidR="00FE010B">
        <w:rPr>
          <w:rFonts w:hint="eastAsia"/>
          <w:szCs w:val="17"/>
          <w:lang w:eastAsia="ko-KR"/>
        </w:rPr>
        <w:t xml:space="preserve"> </w:t>
      </w:r>
      <w:proofErr w:type="gramStart"/>
      <w:r w:rsidRPr="00A652F9">
        <w:rPr>
          <w:szCs w:val="17"/>
          <w:lang w:eastAsia="ko-KR"/>
        </w:rPr>
        <w:t>기준</w:t>
      </w:r>
      <w:r w:rsidRPr="00A652F9">
        <w:rPr>
          <w:szCs w:val="17"/>
          <w:lang w:eastAsia="ko-KR"/>
        </w:rPr>
        <w:t xml:space="preserve"> :</w:t>
      </w:r>
      <w:proofErr w:type="gramEnd"/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필수</w:t>
      </w:r>
      <w:r w:rsidRPr="00A652F9">
        <w:rPr>
          <w:szCs w:val="17"/>
          <w:lang w:eastAsia="ko-KR"/>
        </w:rPr>
        <w:t xml:space="preserve"> 12</w:t>
      </w:r>
      <w:r w:rsidRPr="00A652F9">
        <w:rPr>
          <w:szCs w:val="17"/>
          <w:lang w:eastAsia="ko-KR"/>
        </w:rPr>
        <w:t>개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항목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전부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시공</w:t>
      </w:r>
      <w:r w:rsidRPr="00A652F9">
        <w:rPr>
          <w:szCs w:val="17"/>
          <w:lang w:eastAsia="ko-KR"/>
        </w:rPr>
        <w:t xml:space="preserve">, </w:t>
      </w:r>
      <w:r w:rsidRPr="00A652F9">
        <w:rPr>
          <w:szCs w:val="17"/>
          <w:lang w:eastAsia="ko-KR"/>
        </w:rPr>
        <w:t>에어컨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및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설비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정상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작동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확인</w:t>
      </w:r>
      <w:r w:rsidRPr="00A652F9">
        <w:rPr>
          <w:szCs w:val="17"/>
          <w:lang w:eastAsia="ko-KR"/>
        </w:rPr>
        <w:t xml:space="preserve">, </w:t>
      </w:r>
      <w:r w:rsidRPr="00A652F9">
        <w:rPr>
          <w:szCs w:val="17"/>
          <w:lang w:eastAsia="ko-KR"/>
        </w:rPr>
        <w:t>누수</w:t>
      </w:r>
      <w:r w:rsidRPr="00A652F9">
        <w:rPr>
          <w:szCs w:val="17"/>
          <w:lang w:eastAsia="ko-KR"/>
        </w:rPr>
        <w:t>·</w:t>
      </w:r>
      <w:r w:rsidRPr="00A652F9">
        <w:rPr>
          <w:szCs w:val="17"/>
          <w:lang w:eastAsia="ko-KR"/>
        </w:rPr>
        <w:t>마감</w:t>
      </w:r>
      <w:r w:rsidRPr="00A652F9">
        <w:rPr>
          <w:szCs w:val="17"/>
          <w:lang w:eastAsia="ko-KR"/>
        </w:rPr>
        <w:t>·</w:t>
      </w:r>
      <w:r w:rsidRPr="00A652F9">
        <w:rPr>
          <w:szCs w:val="17"/>
          <w:lang w:eastAsia="ko-KR"/>
        </w:rPr>
        <w:t>안전상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미비</w:t>
      </w:r>
      <w:r w:rsidR="00A652F9">
        <w:rPr>
          <w:rFonts w:hint="eastAsia"/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사항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조치</w:t>
      </w:r>
      <w:r w:rsidRPr="00A652F9">
        <w:rPr>
          <w:szCs w:val="17"/>
          <w:lang w:eastAsia="ko-KR"/>
        </w:rPr>
        <w:t xml:space="preserve">, </w:t>
      </w:r>
      <w:r w:rsidRPr="00A652F9">
        <w:rPr>
          <w:szCs w:val="17"/>
          <w:lang w:eastAsia="ko-KR"/>
        </w:rPr>
        <w:t>폐기물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정리</w:t>
      </w:r>
      <w:r w:rsidRPr="00A652F9">
        <w:rPr>
          <w:szCs w:val="17"/>
          <w:lang w:eastAsia="ko-KR"/>
        </w:rPr>
        <w:t xml:space="preserve">, </w:t>
      </w:r>
      <w:r w:rsidRPr="00A652F9">
        <w:rPr>
          <w:szCs w:val="17"/>
          <w:lang w:eastAsia="ko-KR"/>
        </w:rPr>
        <w:t>준공확인에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필요한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자료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제출</w:t>
      </w:r>
      <w:r w:rsidRPr="00A652F9">
        <w:rPr>
          <w:szCs w:val="17"/>
          <w:lang w:eastAsia="ko-KR"/>
        </w:rPr>
        <w:t xml:space="preserve">. </w:t>
      </w:r>
      <w:r w:rsidRPr="00A652F9">
        <w:rPr>
          <w:szCs w:val="17"/>
          <w:lang w:eastAsia="ko-KR"/>
        </w:rPr>
        <w:t>관리주체가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결과를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확인하며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지급</w:t>
      </w:r>
      <w:r w:rsidR="00A652F9">
        <w:rPr>
          <w:rFonts w:hint="eastAsia"/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조건은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계약서에</w:t>
      </w:r>
      <w:r w:rsidRPr="00A652F9">
        <w:rPr>
          <w:szCs w:val="17"/>
          <w:lang w:eastAsia="ko-KR"/>
        </w:rPr>
        <w:t xml:space="preserve"> </w:t>
      </w:r>
      <w:r w:rsidRPr="00A652F9">
        <w:rPr>
          <w:szCs w:val="17"/>
          <w:lang w:eastAsia="ko-KR"/>
        </w:rPr>
        <w:t>따른다</w:t>
      </w:r>
      <w:r w:rsidRPr="00A652F9">
        <w:rPr>
          <w:szCs w:val="17"/>
          <w:lang w:eastAsia="ko-KR"/>
        </w:rPr>
        <w:t>.</w:t>
      </w:r>
    </w:p>
    <w:p w:rsidR="00002508" w:rsidRDefault="00C93D42" w:rsidP="00A652F9">
      <w:pPr>
        <w:spacing w:after="80"/>
        <w:ind w:left="170" w:hangingChars="100" w:hanging="170"/>
        <w:rPr>
          <w:lang w:eastAsia="ko-KR"/>
        </w:rPr>
      </w:pPr>
      <w:r w:rsidRPr="00A652F9">
        <w:rPr>
          <w:color w:val="222A34"/>
          <w:szCs w:val="17"/>
          <w:lang w:eastAsia="ko-KR"/>
        </w:rPr>
        <w:t>라</w:t>
      </w:r>
      <w:r w:rsidRPr="00A652F9">
        <w:rPr>
          <w:color w:val="222A34"/>
          <w:szCs w:val="17"/>
          <w:lang w:eastAsia="ko-KR"/>
        </w:rPr>
        <w:t>. 2026</w:t>
      </w:r>
      <w:r w:rsidRPr="00A652F9">
        <w:rPr>
          <w:color w:val="222A34"/>
          <w:szCs w:val="17"/>
          <w:lang w:eastAsia="ko-KR"/>
        </w:rPr>
        <w:t>년</w:t>
      </w:r>
      <w:r w:rsidRPr="00A652F9">
        <w:rPr>
          <w:color w:val="222A34"/>
          <w:szCs w:val="17"/>
          <w:lang w:eastAsia="ko-KR"/>
        </w:rPr>
        <w:t xml:space="preserve"> 11</w:t>
      </w:r>
      <w:r w:rsidRPr="00A652F9">
        <w:rPr>
          <w:color w:val="222A34"/>
          <w:szCs w:val="17"/>
          <w:lang w:eastAsia="ko-KR"/>
        </w:rPr>
        <w:t>월</w:t>
      </w:r>
      <w:r w:rsidRPr="00A652F9">
        <w:rPr>
          <w:color w:val="222A34"/>
          <w:szCs w:val="17"/>
          <w:lang w:eastAsia="ko-KR"/>
        </w:rPr>
        <w:t xml:space="preserve"> 10</w:t>
      </w:r>
      <w:r w:rsidRPr="00A652F9">
        <w:rPr>
          <w:color w:val="222A34"/>
          <w:szCs w:val="17"/>
          <w:lang w:eastAsia="ko-KR"/>
        </w:rPr>
        <w:t>일은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최종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준공</w:t>
      </w:r>
      <w:r w:rsidR="00A652F9">
        <w:rPr>
          <w:rFonts w:hint="eastAsia"/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기한이며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조기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준공을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허용한다</w:t>
      </w:r>
      <w:r w:rsidRPr="00A652F9">
        <w:rPr>
          <w:color w:val="222A34"/>
          <w:szCs w:val="17"/>
          <w:lang w:eastAsia="ko-KR"/>
        </w:rPr>
        <w:t xml:space="preserve">. </w:t>
      </w:r>
      <w:r w:rsidRPr="00A652F9">
        <w:rPr>
          <w:color w:val="222A34"/>
          <w:szCs w:val="17"/>
          <w:lang w:eastAsia="ko-KR"/>
        </w:rPr>
        <w:t>성남시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담당자의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유선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안내에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따른</w:t>
      </w:r>
      <w:r w:rsidRPr="00A652F9">
        <w:rPr>
          <w:color w:val="222A34"/>
          <w:szCs w:val="17"/>
          <w:lang w:eastAsia="ko-KR"/>
        </w:rPr>
        <w:t xml:space="preserve"> 11</w:t>
      </w:r>
      <w:r w:rsidRPr="00A652F9">
        <w:rPr>
          <w:color w:val="222A34"/>
          <w:szCs w:val="17"/>
          <w:lang w:eastAsia="ko-KR"/>
        </w:rPr>
        <w:t>월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중순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사업종료서류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제출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일정은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관리주체가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통화기록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등으로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보존하고</w:t>
      </w:r>
      <w:r w:rsidRPr="00A652F9">
        <w:rPr>
          <w:color w:val="222A34"/>
          <w:szCs w:val="17"/>
          <w:lang w:eastAsia="ko-KR"/>
        </w:rPr>
        <w:t xml:space="preserve">, </w:t>
      </w:r>
      <w:r w:rsidRPr="00A652F9">
        <w:rPr>
          <w:color w:val="222A34"/>
          <w:szCs w:val="17"/>
          <w:lang w:eastAsia="ko-KR"/>
        </w:rPr>
        <w:t>보탬</w:t>
      </w:r>
      <w:r w:rsidRPr="00A652F9">
        <w:rPr>
          <w:color w:val="222A34"/>
          <w:szCs w:val="17"/>
          <w:lang w:eastAsia="ko-KR"/>
        </w:rPr>
        <w:t xml:space="preserve">e </w:t>
      </w:r>
      <w:r w:rsidRPr="00A652F9">
        <w:rPr>
          <w:color w:val="222A34"/>
          <w:szCs w:val="17"/>
          <w:lang w:eastAsia="ko-KR"/>
        </w:rPr>
        <w:t>변경승인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등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별도의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공식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절차가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필요하면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이를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이행한다</w:t>
      </w:r>
      <w:r>
        <w:rPr>
          <w:color w:val="222A34"/>
          <w:sz w:val="19"/>
          <w:lang w:eastAsia="ko-KR"/>
        </w:rPr>
        <w:t>.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12. </w:t>
      </w:r>
      <w:r>
        <w:rPr>
          <w:rFonts w:ascii="맑은 고딕" w:hAnsi="맑은 고딕"/>
          <w:lang w:eastAsia="ko-KR"/>
        </w:rPr>
        <w:t>준공</w:t>
      </w:r>
      <w:r w:rsidR="00A652F9">
        <w:rPr>
          <w:rFonts w:ascii="맑은 고딕" w:eastAsia="맑은 고딕" w:hAnsi="맑은 고딕" w:hint="eastAsia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자료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및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하자보수</w:t>
      </w:r>
    </w:p>
    <w:p w:rsidR="00002508" w:rsidRPr="00A652F9" w:rsidRDefault="00C93D42" w:rsidP="00F35519">
      <w:pPr>
        <w:ind w:left="170" w:hangingChars="100" w:hanging="170"/>
        <w:rPr>
          <w:szCs w:val="17"/>
          <w:lang w:eastAsia="ko-KR"/>
        </w:rPr>
      </w:pPr>
      <w:r w:rsidRPr="00A652F9">
        <w:rPr>
          <w:color w:val="222A34"/>
          <w:szCs w:val="17"/>
          <w:lang w:eastAsia="ko-KR"/>
        </w:rPr>
        <w:t>가</w:t>
      </w:r>
      <w:r w:rsidRPr="00A652F9">
        <w:rPr>
          <w:color w:val="222A34"/>
          <w:szCs w:val="17"/>
          <w:lang w:eastAsia="ko-KR"/>
        </w:rPr>
        <w:t xml:space="preserve">. </w:t>
      </w:r>
      <w:r w:rsidRPr="00A652F9">
        <w:rPr>
          <w:color w:val="222A34"/>
          <w:szCs w:val="17"/>
          <w:lang w:eastAsia="ko-KR"/>
        </w:rPr>
        <w:t>계약상대자는</w:t>
      </w:r>
      <w:r w:rsidRPr="00A652F9">
        <w:rPr>
          <w:color w:val="222A34"/>
          <w:szCs w:val="17"/>
          <w:lang w:eastAsia="ko-KR"/>
        </w:rPr>
        <w:t xml:space="preserve"> 2026</w:t>
      </w:r>
      <w:r w:rsidRPr="00A652F9">
        <w:rPr>
          <w:color w:val="222A34"/>
          <w:szCs w:val="17"/>
          <w:lang w:eastAsia="ko-KR"/>
        </w:rPr>
        <w:t>년</w:t>
      </w:r>
      <w:r w:rsidRPr="00A652F9">
        <w:rPr>
          <w:color w:val="222A34"/>
          <w:szCs w:val="17"/>
          <w:lang w:eastAsia="ko-KR"/>
        </w:rPr>
        <w:t xml:space="preserve"> 11</w:t>
      </w:r>
      <w:r w:rsidRPr="00A652F9">
        <w:rPr>
          <w:color w:val="222A34"/>
          <w:szCs w:val="17"/>
          <w:lang w:eastAsia="ko-KR"/>
        </w:rPr>
        <w:t>월</w:t>
      </w:r>
      <w:r w:rsidRPr="00A652F9">
        <w:rPr>
          <w:color w:val="222A34"/>
          <w:szCs w:val="17"/>
          <w:lang w:eastAsia="ko-KR"/>
        </w:rPr>
        <w:t xml:space="preserve"> 10</w:t>
      </w:r>
      <w:r w:rsidRPr="00A652F9">
        <w:rPr>
          <w:color w:val="222A34"/>
          <w:szCs w:val="17"/>
          <w:lang w:eastAsia="ko-KR"/>
        </w:rPr>
        <w:t>일까지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현장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시공과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작동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확인을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마치고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준공검사에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협조한다</w:t>
      </w:r>
      <w:r w:rsidRPr="00A652F9">
        <w:rPr>
          <w:color w:val="222A34"/>
          <w:szCs w:val="17"/>
          <w:lang w:eastAsia="ko-KR"/>
        </w:rPr>
        <w:t xml:space="preserve">. </w:t>
      </w:r>
      <w:r w:rsidRPr="00A652F9">
        <w:rPr>
          <w:color w:val="222A34"/>
          <w:szCs w:val="17"/>
          <w:lang w:eastAsia="ko-KR"/>
        </w:rPr>
        <w:t>시공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전</w:t>
      </w:r>
      <w:r w:rsidRPr="00A652F9">
        <w:rPr>
          <w:color w:val="222A34"/>
          <w:szCs w:val="17"/>
          <w:lang w:eastAsia="ko-KR"/>
        </w:rPr>
        <w:t>·</w:t>
      </w:r>
      <w:r w:rsidRPr="00A652F9">
        <w:rPr>
          <w:color w:val="222A34"/>
          <w:szCs w:val="17"/>
          <w:lang w:eastAsia="ko-KR"/>
        </w:rPr>
        <w:t>중</w:t>
      </w:r>
      <w:r w:rsidRPr="00A652F9">
        <w:rPr>
          <w:color w:val="222A34"/>
          <w:szCs w:val="17"/>
          <w:lang w:eastAsia="ko-KR"/>
        </w:rPr>
        <w:t>·</w:t>
      </w:r>
      <w:r w:rsidRPr="00A652F9">
        <w:rPr>
          <w:color w:val="222A34"/>
          <w:szCs w:val="17"/>
          <w:lang w:eastAsia="ko-KR"/>
        </w:rPr>
        <w:t>후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사진</w:t>
      </w:r>
      <w:r w:rsidRPr="00A652F9">
        <w:rPr>
          <w:color w:val="222A34"/>
          <w:szCs w:val="17"/>
          <w:lang w:eastAsia="ko-KR"/>
        </w:rPr>
        <w:t xml:space="preserve">, </w:t>
      </w:r>
      <w:r w:rsidRPr="00A652F9">
        <w:rPr>
          <w:color w:val="222A34"/>
          <w:szCs w:val="17"/>
          <w:lang w:eastAsia="ko-KR"/>
        </w:rPr>
        <w:t>실제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시공</w:t>
      </w:r>
      <w:r w:rsidR="00A652F9" w:rsidRPr="00A652F9">
        <w:rPr>
          <w:rFonts w:hint="eastAsia"/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내역</w:t>
      </w:r>
      <w:r w:rsidRPr="00A652F9">
        <w:rPr>
          <w:color w:val="222A34"/>
          <w:szCs w:val="17"/>
          <w:lang w:eastAsia="ko-KR"/>
        </w:rPr>
        <w:t xml:space="preserve">, </w:t>
      </w:r>
      <w:r w:rsidRPr="00A652F9">
        <w:rPr>
          <w:color w:val="222A34"/>
          <w:szCs w:val="17"/>
          <w:lang w:eastAsia="ko-KR"/>
        </w:rPr>
        <w:t>제품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사양</w:t>
      </w:r>
      <w:r w:rsidRPr="00A652F9">
        <w:rPr>
          <w:color w:val="222A34"/>
          <w:szCs w:val="17"/>
          <w:lang w:eastAsia="ko-KR"/>
        </w:rPr>
        <w:t>·</w:t>
      </w:r>
      <w:r w:rsidRPr="00A652F9">
        <w:rPr>
          <w:color w:val="222A34"/>
          <w:szCs w:val="17"/>
          <w:lang w:eastAsia="ko-KR"/>
        </w:rPr>
        <w:t>보증서</w:t>
      </w:r>
      <w:r w:rsidRPr="00A652F9">
        <w:rPr>
          <w:color w:val="222A34"/>
          <w:szCs w:val="17"/>
          <w:lang w:eastAsia="ko-KR"/>
        </w:rPr>
        <w:t>(</w:t>
      </w:r>
      <w:r w:rsidRPr="00A652F9">
        <w:rPr>
          <w:color w:val="222A34"/>
          <w:szCs w:val="17"/>
          <w:lang w:eastAsia="ko-KR"/>
        </w:rPr>
        <w:t>에어컨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포함</w:t>
      </w:r>
      <w:r w:rsidRPr="00A652F9">
        <w:rPr>
          <w:color w:val="222A34"/>
          <w:szCs w:val="17"/>
          <w:lang w:eastAsia="ko-KR"/>
        </w:rPr>
        <w:t xml:space="preserve">), </w:t>
      </w:r>
      <w:r w:rsidRPr="00A652F9">
        <w:rPr>
          <w:color w:val="222A34"/>
          <w:szCs w:val="17"/>
          <w:lang w:eastAsia="ko-KR"/>
        </w:rPr>
        <w:t>납품</w:t>
      </w:r>
      <w:r w:rsidR="00A652F9" w:rsidRPr="00A652F9">
        <w:rPr>
          <w:rFonts w:hint="eastAsia"/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확인서</w:t>
      </w:r>
      <w:r w:rsidRPr="00A652F9">
        <w:rPr>
          <w:color w:val="222A34"/>
          <w:szCs w:val="17"/>
          <w:lang w:eastAsia="ko-KR"/>
        </w:rPr>
        <w:t xml:space="preserve">, </w:t>
      </w:r>
      <w:proofErr w:type="spellStart"/>
      <w:r w:rsidRPr="00A652F9">
        <w:rPr>
          <w:color w:val="222A34"/>
          <w:szCs w:val="17"/>
          <w:lang w:eastAsia="ko-KR"/>
        </w:rPr>
        <w:t>준공도면</w:t>
      </w:r>
      <w:proofErr w:type="spellEnd"/>
      <w:r w:rsidR="00FE010B">
        <w:rPr>
          <w:rFonts w:hint="eastAsia"/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(</w:t>
      </w:r>
      <w:r w:rsidRPr="00A652F9">
        <w:rPr>
          <w:color w:val="222A34"/>
          <w:szCs w:val="17"/>
          <w:lang w:eastAsia="ko-KR"/>
        </w:rPr>
        <w:t>필요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시</w:t>
      </w:r>
      <w:r w:rsidRPr="00A652F9">
        <w:rPr>
          <w:color w:val="222A34"/>
          <w:szCs w:val="17"/>
          <w:lang w:eastAsia="ko-KR"/>
        </w:rPr>
        <w:t xml:space="preserve">) </w:t>
      </w:r>
      <w:r w:rsidRPr="00A652F9">
        <w:rPr>
          <w:color w:val="222A34"/>
          <w:szCs w:val="17"/>
          <w:lang w:eastAsia="ko-KR"/>
        </w:rPr>
        <w:t>등은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준공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즉시</w:t>
      </w:r>
      <w:r w:rsidRPr="00A652F9">
        <w:rPr>
          <w:color w:val="222A34"/>
          <w:szCs w:val="17"/>
          <w:lang w:eastAsia="ko-KR"/>
        </w:rPr>
        <w:t xml:space="preserve">, </w:t>
      </w:r>
      <w:r w:rsidRPr="00A652F9">
        <w:rPr>
          <w:color w:val="222A34"/>
          <w:szCs w:val="17"/>
          <w:lang w:eastAsia="ko-KR"/>
        </w:rPr>
        <w:t>늦어도</w:t>
      </w:r>
      <w:r w:rsidRPr="00A652F9">
        <w:rPr>
          <w:color w:val="222A34"/>
          <w:szCs w:val="17"/>
          <w:lang w:eastAsia="ko-KR"/>
        </w:rPr>
        <w:t xml:space="preserve"> 2026</w:t>
      </w:r>
      <w:r w:rsidRPr="00A652F9">
        <w:rPr>
          <w:color w:val="222A34"/>
          <w:szCs w:val="17"/>
          <w:lang w:eastAsia="ko-KR"/>
        </w:rPr>
        <w:t>년</w:t>
      </w:r>
      <w:r w:rsidRPr="00A652F9">
        <w:rPr>
          <w:color w:val="222A34"/>
          <w:szCs w:val="17"/>
          <w:lang w:eastAsia="ko-KR"/>
        </w:rPr>
        <w:t xml:space="preserve"> 11</w:t>
      </w:r>
      <w:r w:rsidRPr="00A652F9">
        <w:rPr>
          <w:color w:val="222A34"/>
          <w:szCs w:val="17"/>
          <w:lang w:eastAsia="ko-KR"/>
        </w:rPr>
        <w:t>월</w:t>
      </w:r>
      <w:r w:rsidRPr="00A652F9">
        <w:rPr>
          <w:color w:val="222A34"/>
          <w:szCs w:val="17"/>
          <w:lang w:eastAsia="ko-KR"/>
        </w:rPr>
        <w:t xml:space="preserve"> 11</w:t>
      </w:r>
      <w:r w:rsidRPr="00A652F9">
        <w:rPr>
          <w:color w:val="222A34"/>
          <w:szCs w:val="17"/>
          <w:lang w:eastAsia="ko-KR"/>
        </w:rPr>
        <w:t>일까</w:t>
      </w:r>
      <w:r w:rsidRPr="00A652F9">
        <w:rPr>
          <w:color w:val="222A34"/>
          <w:szCs w:val="17"/>
          <w:lang w:eastAsia="ko-KR"/>
        </w:rPr>
        <w:t>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관리주체에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제출한다</w:t>
      </w:r>
      <w:r w:rsidRPr="00A652F9">
        <w:rPr>
          <w:color w:val="222A34"/>
          <w:szCs w:val="17"/>
          <w:lang w:eastAsia="ko-KR"/>
        </w:rPr>
        <w:t>.</w:t>
      </w:r>
    </w:p>
    <w:p w:rsidR="00002508" w:rsidRDefault="00C93D42" w:rsidP="00A652F9">
      <w:pPr>
        <w:ind w:left="170" w:hangingChars="100" w:hanging="170"/>
        <w:rPr>
          <w:lang w:eastAsia="ko-KR"/>
        </w:rPr>
      </w:pPr>
      <w:r>
        <w:rPr>
          <w:lang w:eastAsia="ko-KR"/>
        </w:rPr>
        <w:lastRenderedPageBreak/>
        <w:t>나</w:t>
      </w:r>
      <w:r>
        <w:rPr>
          <w:lang w:eastAsia="ko-KR"/>
        </w:rPr>
        <w:t xml:space="preserve">. </w:t>
      </w:r>
      <w:r>
        <w:rPr>
          <w:lang w:eastAsia="ko-KR"/>
        </w:rPr>
        <w:t>보조금</w:t>
      </w:r>
      <w:r>
        <w:rPr>
          <w:lang w:eastAsia="ko-KR"/>
        </w:rPr>
        <w:t xml:space="preserve"> </w:t>
      </w:r>
      <w:r>
        <w:rPr>
          <w:lang w:eastAsia="ko-KR"/>
        </w:rPr>
        <w:t>교부</w:t>
      </w:r>
      <w:r>
        <w:rPr>
          <w:lang w:eastAsia="ko-KR"/>
        </w:rPr>
        <w:t>·</w:t>
      </w:r>
      <w:r>
        <w:rPr>
          <w:lang w:eastAsia="ko-KR"/>
        </w:rPr>
        <w:t>정산에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전자세금계산서</w:t>
      </w:r>
      <w:r>
        <w:rPr>
          <w:lang w:eastAsia="ko-KR"/>
        </w:rPr>
        <w:t xml:space="preserve">, </w:t>
      </w:r>
      <w:r>
        <w:rPr>
          <w:lang w:eastAsia="ko-KR"/>
        </w:rPr>
        <w:t>입금</w:t>
      </w:r>
      <w:r w:rsidR="00A652F9">
        <w:rPr>
          <w:rFonts w:hint="eastAsia"/>
          <w:lang w:eastAsia="ko-KR"/>
        </w:rPr>
        <w:t xml:space="preserve"> </w:t>
      </w:r>
      <w:r>
        <w:rPr>
          <w:lang w:eastAsia="ko-KR"/>
        </w:rPr>
        <w:t>증빙</w:t>
      </w:r>
      <w:r>
        <w:rPr>
          <w:lang w:eastAsia="ko-KR"/>
        </w:rPr>
        <w:t xml:space="preserve">, </w:t>
      </w:r>
      <w:r>
        <w:rPr>
          <w:lang w:eastAsia="ko-KR"/>
        </w:rPr>
        <w:t>폐기물</w:t>
      </w:r>
      <w:r>
        <w:rPr>
          <w:lang w:eastAsia="ko-KR"/>
        </w:rPr>
        <w:t xml:space="preserve"> </w:t>
      </w:r>
      <w:r>
        <w:rPr>
          <w:lang w:eastAsia="ko-KR"/>
        </w:rPr>
        <w:t>처리</w:t>
      </w:r>
      <w:r>
        <w:rPr>
          <w:lang w:eastAsia="ko-KR"/>
        </w:rPr>
        <w:t>·</w:t>
      </w:r>
      <w:r>
        <w:rPr>
          <w:lang w:eastAsia="ko-KR"/>
        </w:rPr>
        <w:t>보험료</w:t>
      </w:r>
      <w:r>
        <w:rPr>
          <w:lang w:eastAsia="ko-KR"/>
        </w:rPr>
        <w:t>·</w:t>
      </w:r>
      <w:r>
        <w:rPr>
          <w:lang w:eastAsia="ko-KR"/>
        </w:rPr>
        <w:t>안전관리비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서류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자료는</w:t>
      </w:r>
      <w:r>
        <w:rPr>
          <w:lang w:eastAsia="ko-KR"/>
        </w:rPr>
        <w:t xml:space="preserve"> </w:t>
      </w:r>
      <w:r>
        <w:rPr>
          <w:lang w:eastAsia="ko-KR"/>
        </w:rPr>
        <w:t>지급</w:t>
      </w:r>
      <w:r>
        <w:rPr>
          <w:lang w:eastAsia="ko-KR"/>
        </w:rPr>
        <w:t>·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일정에</w:t>
      </w:r>
      <w:r>
        <w:rPr>
          <w:lang w:eastAsia="ko-KR"/>
        </w:rPr>
        <w:t xml:space="preserve"> </w:t>
      </w:r>
      <w:r>
        <w:rPr>
          <w:lang w:eastAsia="ko-KR"/>
        </w:rPr>
        <w:t>맞추어</w:t>
      </w:r>
      <w:r>
        <w:rPr>
          <w:lang w:eastAsia="ko-KR"/>
        </w:rPr>
        <w:t xml:space="preserve"> </w:t>
      </w:r>
      <w:r>
        <w:rPr>
          <w:lang w:eastAsia="ko-KR"/>
        </w:rPr>
        <w:t>지체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제공하고</w:t>
      </w:r>
      <w:r>
        <w:rPr>
          <w:lang w:eastAsia="ko-KR"/>
        </w:rPr>
        <w:t xml:space="preserve">, </w:t>
      </w:r>
      <w:r>
        <w:rPr>
          <w:lang w:eastAsia="ko-KR"/>
        </w:rPr>
        <w:t>누락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보완</w:t>
      </w:r>
      <w:r w:rsidR="00A652F9">
        <w:rPr>
          <w:rFonts w:hint="eastAsia"/>
          <w:lang w:eastAsia="ko-KR"/>
        </w:rPr>
        <w:t xml:space="preserve"> </w:t>
      </w:r>
      <w:r>
        <w:rPr>
          <w:lang w:eastAsia="ko-KR"/>
        </w:rPr>
        <w:t>요청이</w:t>
      </w:r>
      <w:r>
        <w:rPr>
          <w:lang w:eastAsia="ko-KR"/>
        </w:rPr>
        <w:t xml:space="preserve"> </w:t>
      </w:r>
      <w:r>
        <w:rPr>
          <w:lang w:eastAsia="ko-KR"/>
        </w:rPr>
        <w:t>있으면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보완한다</w:t>
      </w:r>
      <w:r>
        <w:rPr>
          <w:lang w:eastAsia="ko-KR"/>
        </w:rPr>
        <w:t>.</w:t>
      </w:r>
    </w:p>
    <w:p w:rsidR="00002508" w:rsidRDefault="00C93D42" w:rsidP="00A652F9">
      <w:pPr>
        <w:spacing w:after="80"/>
        <w:ind w:left="170" w:hangingChars="100" w:hanging="170"/>
        <w:rPr>
          <w:lang w:eastAsia="ko-KR"/>
        </w:rPr>
      </w:pPr>
      <w:r w:rsidRPr="00A652F9">
        <w:rPr>
          <w:color w:val="222A34"/>
          <w:szCs w:val="17"/>
          <w:lang w:eastAsia="ko-KR"/>
        </w:rPr>
        <w:t>다</w:t>
      </w:r>
      <w:r w:rsidRPr="00A652F9">
        <w:rPr>
          <w:color w:val="222A34"/>
          <w:szCs w:val="17"/>
          <w:lang w:eastAsia="ko-KR"/>
        </w:rPr>
        <w:t xml:space="preserve">. </w:t>
      </w:r>
      <w:r w:rsidRPr="00A652F9">
        <w:rPr>
          <w:color w:val="222A34"/>
          <w:szCs w:val="17"/>
          <w:lang w:eastAsia="ko-KR"/>
        </w:rPr>
        <w:t>관리주체의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사업종료서류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제출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목표일은</w:t>
      </w:r>
      <w:r w:rsidRPr="00A652F9">
        <w:rPr>
          <w:color w:val="222A34"/>
          <w:szCs w:val="17"/>
          <w:lang w:eastAsia="ko-KR"/>
        </w:rPr>
        <w:t xml:space="preserve"> 2026</w:t>
      </w:r>
      <w:r w:rsidRPr="00A652F9">
        <w:rPr>
          <w:color w:val="222A34"/>
          <w:szCs w:val="17"/>
          <w:lang w:eastAsia="ko-KR"/>
        </w:rPr>
        <w:t>년</w:t>
      </w:r>
      <w:r w:rsidRPr="00A652F9">
        <w:rPr>
          <w:color w:val="222A34"/>
          <w:szCs w:val="17"/>
          <w:lang w:eastAsia="ko-KR"/>
        </w:rPr>
        <w:t xml:space="preserve"> 11</w:t>
      </w:r>
      <w:r w:rsidRPr="00A652F9">
        <w:rPr>
          <w:color w:val="222A34"/>
          <w:szCs w:val="17"/>
          <w:lang w:eastAsia="ko-KR"/>
        </w:rPr>
        <w:t>월</w:t>
      </w:r>
      <w:r w:rsidRPr="00A652F9">
        <w:rPr>
          <w:color w:val="222A34"/>
          <w:szCs w:val="17"/>
          <w:lang w:eastAsia="ko-KR"/>
        </w:rPr>
        <w:t xml:space="preserve"> 13</w:t>
      </w:r>
      <w:r w:rsidRPr="00A652F9">
        <w:rPr>
          <w:color w:val="222A34"/>
          <w:szCs w:val="17"/>
          <w:lang w:eastAsia="ko-KR"/>
        </w:rPr>
        <w:t>일</w:t>
      </w:r>
      <w:r w:rsidRPr="00A652F9">
        <w:rPr>
          <w:color w:val="222A34"/>
          <w:szCs w:val="17"/>
          <w:lang w:eastAsia="ko-KR"/>
        </w:rPr>
        <w:t>(</w:t>
      </w:r>
      <w:r w:rsidRPr="00A652F9">
        <w:rPr>
          <w:color w:val="222A34"/>
          <w:szCs w:val="17"/>
          <w:lang w:eastAsia="ko-KR"/>
        </w:rPr>
        <w:t>금</w:t>
      </w:r>
      <w:r w:rsidRPr="00A652F9">
        <w:rPr>
          <w:color w:val="222A34"/>
          <w:szCs w:val="17"/>
          <w:lang w:eastAsia="ko-KR"/>
        </w:rPr>
        <w:t xml:space="preserve">), </w:t>
      </w:r>
      <w:r w:rsidRPr="00A652F9">
        <w:rPr>
          <w:color w:val="222A34"/>
          <w:szCs w:val="17"/>
          <w:lang w:eastAsia="ko-KR"/>
        </w:rPr>
        <w:t>담당자로부터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안내</w:t>
      </w:r>
      <w:r w:rsidR="00A652F9">
        <w:rPr>
          <w:rFonts w:hint="eastAsia"/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받은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최종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일정은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같은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달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16</w:t>
      </w:r>
      <w:r w:rsidRPr="00A652F9">
        <w:rPr>
          <w:color w:val="222A34"/>
          <w:szCs w:val="17"/>
          <w:lang w:eastAsia="ko-KR"/>
        </w:rPr>
        <w:t>일</w:t>
      </w:r>
      <w:r w:rsidRPr="00A652F9">
        <w:rPr>
          <w:color w:val="222A34"/>
          <w:szCs w:val="17"/>
          <w:lang w:eastAsia="ko-KR"/>
        </w:rPr>
        <w:t>(</w:t>
      </w:r>
      <w:r w:rsidRPr="00A652F9">
        <w:rPr>
          <w:color w:val="222A34"/>
          <w:szCs w:val="17"/>
          <w:lang w:eastAsia="ko-KR"/>
        </w:rPr>
        <w:t>월</w:t>
      </w:r>
      <w:r w:rsidRPr="00A652F9">
        <w:rPr>
          <w:color w:val="222A34"/>
          <w:szCs w:val="17"/>
          <w:lang w:eastAsia="ko-KR"/>
        </w:rPr>
        <w:t>)</w:t>
      </w:r>
      <w:r w:rsidRPr="00A652F9">
        <w:rPr>
          <w:color w:val="222A34"/>
          <w:szCs w:val="17"/>
          <w:lang w:eastAsia="ko-KR"/>
        </w:rPr>
        <w:t>이다</w:t>
      </w:r>
      <w:r w:rsidRPr="00A652F9">
        <w:rPr>
          <w:color w:val="222A34"/>
          <w:szCs w:val="17"/>
          <w:lang w:eastAsia="ko-KR"/>
        </w:rPr>
        <w:t xml:space="preserve">. </w:t>
      </w:r>
      <w:r w:rsidRPr="00A652F9">
        <w:rPr>
          <w:color w:val="222A34"/>
          <w:szCs w:val="17"/>
          <w:lang w:eastAsia="ko-KR"/>
        </w:rPr>
        <w:t>이는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업체의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준공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및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자료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제출기한을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연장하는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사유가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되지</w:t>
      </w:r>
      <w:r w:rsidRPr="00A652F9">
        <w:rPr>
          <w:color w:val="222A34"/>
          <w:szCs w:val="17"/>
          <w:lang w:eastAsia="ko-KR"/>
        </w:rPr>
        <w:t xml:space="preserve"> </w:t>
      </w:r>
      <w:r w:rsidRPr="00A652F9">
        <w:rPr>
          <w:color w:val="222A34"/>
          <w:szCs w:val="17"/>
          <w:lang w:eastAsia="ko-KR"/>
        </w:rPr>
        <w:t>않는다</w:t>
      </w:r>
      <w:r>
        <w:rPr>
          <w:color w:val="222A34"/>
          <w:sz w:val="19"/>
          <w:lang w:eastAsia="ko-KR"/>
        </w:rPr>
        <w:t>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하자담보책임기간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하자보수보증금</w:t>
      </w:r>
      <w:r>
        <w:rPr>
          <w:lang w:eastAsia="ko-KR"/>
        </w:rPr>
        <w:t xml:space="preserve"> </w:t>
      </w:r>
      <w:proofErr w:type="spellStart"/>
      <w:proofErr w:type="gramStart"/>
      <w:r>
        <w:rPr>
          <w:lang w:eastAsia="ko-KR"/>
        </w:rPr>
        <w:t>예치율</w:t>
      </w:r>
      <w:proofErr w:type="spellEnd"/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 w:rsidR="00F35519">
        <w:rPr>
          <w:rFonts w:hint="eastAsia"/>
          <w:lang w:eastAsia="ko-KR"/>
        </w:rPr>
        <w:t>계약금</w:t>
      </w:r>
      <w:r w:rsidR="00FE010B">
        <w:rPr>
          <w:rFonts w:hint="eastAsia"/>
          <w:lang w:eastAsia="ko-KR"/>
        </w:rPr>
        <w:t>액</w:t>
      </w:r>
      <w:r w:rsidR="00F35519">
        <w:rPr>
          <w:rFonts w:hint="eastAsia"/>
          <w:lang w:eastAsia="ko-KR"/>
        </w:rPr>
        <w:t xml:space="preserve">의 </w:t>
      </w:r>
      <w:r w:rsidR="00F35519">
        <w:rPr>
          <w:lang w:eastAsia="ko-KR"/>
        </w:rPr>
        <w:t>10%</w:t>
      </w: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 xml:space="preserve">13. </w:t>
      </w:r>
      <w:r>
        <w:rPr>
          <w:rFonts w:ascii="맑은 고딕" w:hAnsi="맑은 고딕"/>
          <w:lang w:eastAsia="ko-KR"/>
        </w:rPr>
        <w:t>기타사항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입찰참가자는</w:t>
      </w:r>
      <w:r>
        <w:rPr>
          <w:lang w:eastAsia="ko-KR"/>
        </w:rPr>
        <w:t xml:space="preserve"> </w:t>
      </w:r>
      <w:r>
        <w:rPr>
          <w:lang w:eastAsia="ko-KR"/>
        </w:rPr>
        <w:t>공고문</w:t>
      </w:r>
      <w:r>
        <w:rPr>
          <w:lang w:eastAsia="ko-KR"/>
        </w:rPr>
        <w:t xml:space="preserve">, </w:t>
      </w:r>
      <w:r>
        <w:rPr>
          <w:lang w:eastAsia="ko-KR"/>
        </w:rPr>
        <w:t>별첨</w:t>
      </w:r>
      <w:r w:rsidR="00FE010B">
        <w:rPr>
          <w:rFonts w:hint="eastAsia"/>
          <w:lang w:eastAsia="ko-KR"/>
        </w:rPr>
        <w:t xml:space="preserve"> </w:t>
      </w:r>
      <w:r>
        <w:rPr>
          <w:lang w:eastAsia="ko-KR"/>
        </w:rPr>
        <w:t>자료</w:t>
      </w:r>
      <w:r>
        <w:rPr>
          <w:lang w:eastAsia="ko-KR"/>
        </w:rPr>
        <w:t xml:space="preserve">, </w:t>
      </w:r>
      <w:r>
        <w:rPr>
          <w:lang w:eastAsia="ko-KR"/>
        </w:rPr>
        <w:t>적용</w:t>
      </w:r>
      <w:r>
        <w:rPr>
          <w:lang w:eastAsia="ko-KR"/>
        </w:rPr>
        <w:t xml:space="preserve"> </w:t>
      </w:r>
      <w:r>
        <w:rPr>
          <w:lang w:eastAsia="ko-KR"/>
        </w:rPr>
        <w:t>법령과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 w:rsidR="00F35519">
        <w:rPr>
          <w:rFonts w:hint="eastAsia"/>
          <w:lang w:eastAsia="ko-KR"/>
        </w:rPr>
        <w:t xml:space="preserve"> </w:t>
      </w:r>
      <w:r>
        <w:rPr>
          <w:lang w:eastAsia="ko-KR"/>
        </w:rPr>
        <w:t>조건을</w:t>
      </w:r>
      <w:r>
        <w:rPr>
          <w:lang w:eastAsia="ko-KR"/>
        </w:rPr>
        <w:t xml:space="preserve"> </w:t>
      </w:r>
      <w:r>
        <w:rPr>
          <w:lang w:eastAsia="ko-KR"/>
        </w:rPr>
        <w:t>충분히</w:t>
      </w:r>
      <w:r>
        <w:rPr>
          <w:lang w:eastAsia="ko-KR"/>
        </w:rPr>
        <w:t xml:space="preserve"> </w:t>
      </w:r>
      <w:r>
        <w:rPr>
          <w:lang w:eastAsia="ko-KR"/>
        </w:rPr>
        <w:t>확인하고</w:t>
      </w:r>
      <w:r>
        <w:rPr>
          <w:lang w:eastAsia="ko-KR"/>
        </w:rPr>
        <w:t xml:space="preserve"> </w:t>
      </w:r>
      <w:r>
        <w:rPr>
          <w:lang w:eastAsia="ko-KR"/>
        </w:rPr>
        <w:t>입찰한다</w:t>
      </w:r>
      <w:r>
        <w:rPr>
          <w:lang w:eastAsia="ko-KR"/>
        </w:rPr>
        <w:t>.</w:t>
      </w:r>
    </w:p>
    <w:p w:rsidR="00002508" w:rsidRDefault="00C93D42" w:rsidP="00F35519">
      <w:pPr>
        <w:ind w:left="170" w:hangingChars="100" w:hanging="170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성남시로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  <w:r>
        <w:rPr>
          <w:lang w:eastAsia="ko-KR"/>
        </w:rPr>
        <w:t>·</w:t>
      </w:r>
      <w:r>
        <w:rPr>
          <w:lang w:eastAsia="ko-KR"/>
        </w:rPr>
        <w:t>승인된</w:t>
      </w:r>
      <w:r>
        <w:rPr>
          <w:lang w:eastAsia="ko-KR"/>
        </w:rPr>
        <w:t xml:space="preserve"> </w:t>
      </w:r>
      <w:r>
        <w:rPr>
          <w:lang w:eastAsia="ko-KR"/>
        </w:rPr>
        <w:t>품명</w:t>
      </w:r>
      <w:r>
        <w:rPr>
          <w:lang w:eastAsia="ko-KR"/>
        </w:rPr>
        <w:t>·</w:t>
      </w:r>
      <w:r>
        <w:rPr>
          <w:lang w:eastAsia="ko-KR"/>
        </w:rPr>
        <w:t>규격</w:t>
      </w:r>
      <w:r>
        <w:rPr>
          <w:lang w:eastAsia="ko-KR"/>
        </w:rPr>
        <w:t>·</w:t>
      </w:r>
      <w:r>
        <w:rPr>
          <w:lang w:eastAsia="ko-KR"/>
        </w:rPr>
        <w:t>수량과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>·</w:t>
      </w:r>
      <w:r>
        <w:rPr>
          <w:lang w:eastAsia="ko-KR"/>
        </w:rPr>
        <w:t>시공을</w:t>
      </w:r>
      <w:r>
        <w:rPr>
          <w:lang w:eastAsia="ko-KR"/>
        </w:rPr>
        <w:t xml:space="preserve"> </w:t>
      </w:r>
      <w:r>
        <w:rPr>
          <w:lang w:eastAsia="ko-KR"/>
        </w:rPr>
        <w:t>하지</w:t>
      </w:r>
      <w:r>
        <w:rPr>
          <w:lang w:eastAsia="ko-KR"/>
        </w:rPr>
        <w:t xml:space="preserve"> </w:t>
      </w:r>
      <w:r>
        <w:rPr>
          <w:lang w:eastAsia="ko-KR"/>
        </w:rPr>
        <w:t>않는다</w:t>
      </w:r>
      <w:r>
        <w:rPr>
          <w:lang w:eastAsia="ko-KR"/>
        </w:rPr>
        <w:t xml:space="preserve">. </w:t>
      </w:r>
      <w:r>
        <w:rPr>
          <w:lang w:eastAsia="ko-KR"/>
        </w:rPr>
        <w:t>불일치</w:t>
      </w:r>
      <w:r>
        <w:rPr>
          <w:lang w:eastAsia="ko-KR"/>
        </w:rPr>
        <w:t>·</w:t>
      </w:r>
      <w:r>
        <w:rPr>
          <w:lang w:eastAsia="ko-KR"/>
        </w:rPr>
        <w:t>변경이</w:t>
      </w:r>
      <w:r>
        <w:rPr>
          <w:lang w:eastAsia="ko-KR"/>
        </w:rPr>
        <w:t xml:space="preserve"> </w:t>
      </w:r>
      <w:r>
        <w:rPr>
          <w:lang w:eastAsia="ko-KR"/>
        </w:rPr>
        <w:t>필요하면</w:t>
      </w:r>
      <w:r>
        <w:rPr>
          <w:lang w:eastAsia="ko-KR"/>
        </w:rPr>
        <w:t xml:space="preserve"> </w:t>
      </w:r>
      <w:r>
        <w:rPr>
          <w:lang w:eastAsia="ko-KR"/>
        </w:rPr>
        <w:t>보조금</w:t>
      </w:r>
      <w:r>
        <w:rPr>
          <w:lang w:eastAsia="ko-KR"/>
        </w:rPr>
        <w:t xml:space="preserve"> </w:t>
      </w:r>
      <w:r>
        <w:rPr>
          <w:lang w:eastAsia="ko-KR"/>
        </w:rPr>
        <w:t>담당</w:t>
      </w:r>
      <w:r>
        <w:rPr>
          <w:lang w:eastAsia="ko-KR"/>
        </w:rPr>
        <w:t xml:space="preserve"> </w:t>
      </w:r>
      <w:r>
        <w:rPr>
          <w:lang w:eastAsia="ko-KR"/>
        </w:rPr>
        <w:t>부서와</w:t>
      </w:r>
      <w:r>
        <w:rPr>
          <w:lang w:eastAsia="ko-KR"/>
        </w:rPr>
        <w:t xml:space="preserve"> </w:t>
      </w:r>
      <w:r>
        <w:rPr>
          <w:lang w:eastAsia="ko-KR"/>
        </w:rPr>
        <w:t>사업변경</w:t>
      </w:r>
      <w:r>
        <w:rPr>
          <w:lang w:eastAsia="ko-KR"/>
        </w:rPr>
        <w:t>·</w:t>
      </w:r>
      <w:r>
        <w:rPr>
          <w:lang w:eastAsia="ko-KR"/>
        </w:rPr>
        <w:t>승인</w:t>
      </w:r>
      <w:r>
        <w:rPr>
          <w:lang w:eastAsia="ko-KR"/>
        </w:rPr>
        <w:t xml:space="preserve"> </w:t>
      </w:r>
      <w:r>
        <w:rPr>
          <w:lang w:eastAsia="ko-KR"/>
        </w:rPr>
        <w:t>절차부터</w:t>
      </w:r>
      <w:r>
        <w:rPr>
          <w:lang w:eastAsia="ko-KR"/>
        </w:rPr>
        <w:t xml:space="preserve"> </w:t>
      </w:r>
      <w:r>
        <w:rPr>
          <w:lang w:eastAsia="ko-KR"/>
        </w:rPr>
        <w:t>확인한다</w:t>
      </w:r>
      <w:r>
        <w:rPr>
          <w:lang w:eastAsia="ko-KR"/>
        </w:rPr>
        <w:t>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공고에</w:t>
      </w:r>
      <w:r>
        <w:rPr>
          <w:lang w:eastAsia="ko-KR"/>
        </w:rPr>
        <w:t xml:space="preserve"> </w:t>
      </w:r>
      <w:r>
        <w:rPr>
          <w:lang w:eastAsia="ko-KR"/>
        </w:rPr>
        <w:t>명시되지</w:t>
      </w:r>
      <w:r>
        <w:rPr>
          <w:lang w:eastAsia="ko-KR"/>
        </w:rPr>
        <w:t xml:space="preserve"> </w:t>
      </w:r>
      <w:r>
        <w:rPr>
          <w:lang w:eastAsia="ko-KR"/>
        </w:rPr>
        <w:t>않은</w:t>
      </w:r>
      <w:r>
        <w:rPr>
          <w:lang w:eastAsia="ko-KR"/>
        </w:rPr>
        <w:t xml:space="preserve"> </w:t>
      </w:r>
      <w:r>
        <w:rPr>
          <w:lang w:eastAsia="ko-KR"/>
        </w:rPr>
        <w:t>사항은</w:t>
      </w:r>
      <w:r>
        <w:rPr>
          <w:lang w:eastAsia="ko-KR"/>
        </w:rPr>
        <w:t xml:space="preserve"> </w:t>
      </w:r>
      <w:r>
        <w:rPr>
          <w:lang w:eastAsia="ko-KR"/>
        </w:rPr>
        <w:t>관계</w:t>
      </w:r>
      <w:r>
        <w:rPr>
          <w:lang w:eastAsia="ko-KR"/>
        </w:rPr>
        <w:t xml:space="preserve"> </w:t>
      </w:r>
      <w:r>
        <w:rPr>
          <w:lang w:eastAsia="ko-KR"/>
        </w:rPr>
        <w:t>법령</w:t>
      </w:r>
      <w:r>
        <w:rPr>
          <w:lang w:eastAsia="ko-KR"/>
        </w:rPr>
        <w:t xml:space="preserve">, </w:t>
      </w:r>
      <w:r>
        <w:rPr>
          <w:lang w:eastAsia="ko-KR"/>
        </w:rPr>
        <w:t>선정지침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계약서에</w:t>
      </w:r>
      <w:r>
        <w:rPr>
          <w:lang w:eastAsia="ko-KR"/>
        </w:rPr>
        <w:t xml:space="preserve"> </w:t>
      </w:r>
      <w:r>
        <w:rPr>
          <w:lang w:eastAsia="ko-KR"/>
        </w:rPr>
        <w:t>따른다</w:t>
      </w:r>
      <w:r>
        <w:rPr>
          <w:lang w:eastAsia="ko-KR"/>
        </w:rPr>
        <w:t>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proofErr w:type="gramStart"/>
      <w:r>
        <w:rPr>
          <w:lang w:eastAsia="ko-KR"/>
        </w:rPr>
        <w:t>문의</w:t>
      </w:r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>
        <w:rPr>
          <w:lang w:eastAsia="ko-KR"/>
        </w:rPr>
        <w:t>산들마을아파트</w:t>
      </w:r>
      <w:r>
        <w:rPr>
          <w:lang w:eastAsia="ko-KR"/>
        </w:rPr>
        <w:t xml:space="preserve"> </w:t>
      </w:r>
      <w:r>
        <w:rPr>
          <w:lang w:eastAsia="ko-KR"/>
        </w:rPr>
        <w:t>관리사무소</w:t>
      </w:r>
      <w:r>
        <w:rPr>
          <w:lang w:eastAsia="ko-KR"/>
        </w:rPr>
        <w:t xml:space="preserve"> (031-754-6410)</w:t>
      </w:r>
    </w:p>
    <w:p w:rsidR="00F35519" w:rsidRDefault="00F35519">
      <w:pPr>
        <w:rPr>
          <w:lang w:eastAsia="ko-KR"/>
        </w:rPr>
      </w:pPr>
    </w:p>
    <w:p w:rsidR="00002508" w:rsidRDefault="00C93D42">
      <w:pPr>
        <w:spacing w:before="40"/>
        <w:jc w:val="center"/>
        <w:rPr>
          <w:lang w:eastAsia="ko-KR"/>
        </w:rPr>
      </w:pPr>
      <w:proofErr w:type="gramStart"/>
      <w:r>
        <w:rPr>
          <w:lang w:eastAsia="ko-KR"/>
        </w:rPr>
        <w:t>2026</w:t>
      </w:r>
      <w:r>
        <w:rPr>
          <w:lang w:eastAsia="ko-KR"/>
        </w:rPr>
        <w:t>년</w:t>
      </w:r>
      <w:r w:rsidR="00F35519">
        <w:rPr>
          <w:rFonts w:hint="eastAsia"/>
          <w:lang w:eastAsia="ko-KR"/>
        </w:rPr>
        <w:t xml:space="preserve"> </w:t>
      </w:r>
      <w:r w:rsidR="00F35519">
        <w:rPr>
          <w:lang w:eastAsia="ko-KR"/>
        </w:rPr>
        <w:t xml:space="preserve"> 10</w:t>
      </w:r>
      <w:r>
        <w:rPr>
          <w:lang w:eastAsia="ko-KR"/>
        </w:rPr>
        <w:t>월</w:t>
      </w:r>
      <w:proofErr w:type="gramEnd"/>
      <w:r w:rsidR="00F35519">
        <w:rPr>
          <w:lang w:eastAsia="ko-KR"/>
        </w:rPr>
        <w:t xml:space="preserve">  22</w:t>
      </w:r>
      <w:r>
        <w:rPr>
          <w:lang w:eastAsia="ko-KR"/>
        </w:rPr>
        <w:t>일</w:t>
      </w:r>
    </w:p>
    <w:p w:rsidR="00002508" w:rsidRDefault="00C93D42">
      <w:pPr>
        <w:jc w:val="center"/>
        <w:rPr>
          <w:lang w:eastAsia="ko-KR"/>
        </w:rPr>
      </w:pPr>
      <w:r>
        <w:rPr>
          <w:b/>
          <w:lang w:eastAsia="ko-KR"/>
        </w:rPr>
        <w:t>산들마을아파트</w:t>
      </w:r>
      <w:r>
        <w:rPr>
          <w:b/>
          <w:lang w:eastAsia="ko-KR"/>
        </w:rPr>
        <w:t xml:space="preserve"> </w:t>
      </w:r>
      <w:r w:rsidR="00F35519">
        <w:rPr>
          <w:rFonts w:hint="eastAsia"/>
          <w:b/>
          <w:lang w:eastAsia="ko-KR"/>
        </w:rPr>
        <w:t>입주자대표회의</w:t>
      </w:r>
      <w:r>
        <w:rPr>
          <w:b/>
          <w:lang w:eastAsia="ko-KR"/>
        </w:rPr>
        <w:t xml:space="preserve"> (</w:t>
      </w:r>
      <w:proofErr w:type="spellStart"/>
      <w:r>
        <w:rPr>
          <w:b/>
          <w:lang w:eastAsia="ko-KR"/>
        </w:rPr>
        <w:t>직인</w:t>
      </w:r>
      <w:r w:rsidR="0004597A">
        <w:rPr>
          <w:rFonts w:hint="eastAsia"/>
          <w:b/>
          <w:lang w:eastAsia="ko-KR"/>
        </w:rPr>
        <w:t>생략</w:t>
      </w:r>
      <w:proofErr w:type="spellEnd"/>
      <w:r>
        <w:rPr>
          <w:b/>
          <w:lang w:eastAsia="ko-KR"/>
        </w:rPr>
        <w:t>)</w:t>
      </w:r>
    </w:p>
    <w:p w:rsidR="00A652F9" w:rsidRDefault="00A652F9">
      <w:pPr>
        <w:spacing w:after="0"/>
        <w:rPr>
          <w:color w:val="222A34"/>
          <w:sz w:val="19"/>
          <w:lang w:eastAsia="ko-KR"/>
        </w:rPr>
      </w:pPr>
    </w:p>
    <w:p w:rsidR="00002508" w:rsidRDefault="00002508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05460F" w:rsidRDefault="0005460F">
      <w:pPr>
        <w:rPr>
          <w:lang w:eastAsia="ko-KR"/>
        </w:rPr>
      </w:pPr>
    </w:p>
    <w:p w:rsidR="0005460F" w:rsidRDefault="0005460F">
      <w:pPr>
        <w:rPr>
          <w:lang w:eastAsia="ko-KR"/>
        </w:rPr>
      </w:pPr>
    </w:p>
    <w:p w:rsidR="0005460F" w:rsidRDefault="0005460F">
      <w:pPr>
        <w:rPr>
          <w:lang w:eastAsia="ko-KR"/>
        </w:rPr>
      </w:pPr>
    </w:p>
    <w:p w:rsidR="0005460F" w:rsidRDefault="0005460F">
      <w:pPr>
        <w:rPr>
          <w:rFonts w:hint="eastAsia"/>
          <w:lang w:eastAsia="ko-KR"/>
        </w:rPr>
      </w:pPr>
      <w:bookmarkStart w:id="0" w:name="_GoBack"/>
      <w:bookmarkEnd w:id="0"/>
    </w:p>
    <w:p w:rsidR="00F35519" w:rsidRDefault="00F35519">
      <w:pPr>
        <w:rPr>
          <w:lang w:eastAsia="ko-KR"/>
        </w:rPr>
      </w:pPr>
    </w:p>
    <w:p w:rsidR="00F35519" w:rsidRDefault="00F35519">
      <w:pPr>
        <w:rPr>
          <w:lang w:eastAsia="ko-KR"/>
        </w:rPr>
      </w:pPr>
    </w:p>
    <w:p w:rsidR="00F35519" w:rsidRDefault="00F35519">
      <w:pPr>
        <w:rPr>
          <w:rFonts w:hint="eastAsia"/>
          <w:lang w:eastAsia="ko-KR"/>
        </w:rPr>
      </w:pPr>
    </w:p>
    <w:p w:rsidR="00002508" w:rsidRDefault="00C93D42">
      <w:pPr>
        <w:jc w:val="center"/>
        <w:rPr>
          <w:b/>
          <w:sz w:val="26"/>
          <w:lang w:eastAsia="ko-KR"/>
        </w:rPr>
      </w:pPr>
      <w:r>
        <w:rPr>
          <w:b/>
          <w:sz w:val="26"/>
          <w:lang w:eastAsia="ko-KR"/>
        </w:rPr>
        <w:lastRenderedPageBreak/>
        <w:t>[</w:t>
      </w:r>
      <w:r>
        <w:rPr>
          <w:b/>
          <w:sz w:val="26"/>
          <w:lang w:eastAsia="ko-KR"/>
        </w:rPr>
        <w:t>별첨</w:t>
      </w:r>
      <w:r>
        <w:rPr>
          <w:b/>
          <w:sz w:val="26"/>
          <w:lang w:eastAsia="ko-KR"/>
        </w:rPr>
        <w:t xml:space="preserve"> 1] </w:t>
      </w:r>
      <w:r>
        <w:rPr>
          <w:b/>
          <w:sz w:val="26"/>
          <w:lang w:eastAsia="ko-KR"/>
        </w:rPr>
        <w:t>주요</w:t>
      </w:r>
      <w:r>
        <w:rPr>
          <w:b/>
          <w:sz w:val="26"/>
          <w:lang w:eastAsia="ko-KR"/>
        </w:rPr>
        <w:t xml:space="preserve"> </w:t>
      </w:r>
      <w:proofErr w:type="spellStart"/>
      <w:r>
        <w:rPr>
          <w:b/>
          <w:sz w:val="26"/>
          <w:lang w:eastAsia="ko-KR"/>
        </w:rPr>
        <w:t>공사범위</w:t>
      </w:r>
      <w:proofErr w:type="spellEnd"/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및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확인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기준</w:t>
      </w:r>
    </w:p>
    <w:p w:rsidR="00414F16" w:rsidRDefault="00414F16">
      <w:pPr>
        <w:jc w:val="center"/>
        <w:rPr>
          <w:rFonts w:hint="eastAsia"/>
          <w:lang w:eastAsia="ko-KR"/>
        </w:rPr>
      </w:pPr>
    </w:p>
    <w:p w:rsidR="00002508" w:rsidRDefault="00414F16">
      <w:pPr>
        <w:rPr>
          <w:lang w:eastAsia="ko-KR"/>
        </w:rPr>
      </w:pPr>
      <w:r>
        <w:rPr>
          <w:lang w:eastAsia="ko-KR"/>
        </w:rPr>
        <w:t>*</w:t>
      </w:r>
      <w:r>
        <w:rPr>
          <w:rFonts w:hint="eastAsia"/>
          <w:lang w:eastAsia="ko-KR"/>
        </w:rPr>
        <w:t xml:space="preserve"> </w:t>
      </w:r>
      <w:proofErr w:type="spellStart"/>
      <w:proofErr w:type="gramStart"/>
      <w:r w:rsidR="00C93D42">
        <w:rPr>
          <w:lang w:eastAsia="ko-KR"/>
        </w:rPr>
        <w:t>기준자</w:t>
      </w:r>
      <w:r w:rsidR="00C93D42">
        <w:rPr>
          <w:lang w:eastAsia="ko-KR"/>
        </w:rPr>
        <w:t>료</w:t>
      </w:r>
      <w:proofErr w:type="spellEnd"/>
      <w:r w:rsidR="00C93D42">
        <w:rPr>
          <w:lang w:eastAsia="ko-KR"/>
        </w:rPr>
        <w:t xml:space="preserve"> :</w:t>
      </w:r>
      <w:proofErr w:type="gramEnd"/>
      <w:r w:rsidR="00C93D42">
        <w:rPr>
          <w:lang w:eastAsia="ko-KR"/>
        </w:rPr>
        <w:t xml:space="preserve"> 2026. 3. 7. </w:t>
      </w:r>
      <w:r w:rsidR="00C93D42">
        <w:rPr>
          <w:lang w:eastAsia="ko-KR"/>
        </w:rPr>
        <w:t>휴게실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인테리어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견적서</w:t>
      </w:r>
      <w:r w:rsidR="00C93D42">
        <w:rPr>
          <w:lang w:eastAsia="ko-KR"/>
        </w:rPr>
        <w:t xml:space="preserve">. </w:t>
      </w:r>
      <w:r w:rsidR="00C93D42">
        <w:rPr>
          <w:lang w:eastAsia="ko-KR"/>
        </w:rPr>
        <w:t>품명</w:t>
      </w:r>
      <w:r w:rsidR="00C93D42">
        <w:rPr>
          <w:lang w:eastAsia="ko-KR"/>
        </w:rPr>
        <w:t>·</w:t>
      </w:r>
      <w:r w:rsidR="00C93D42">
        <w:rPr>
          <w:lang w:eastAsia="ko-KR"/>
        </w:rPr>
        <w:t>규격</w:t>
      </w:r>
      <w:r w:rsidR="00C93D42">
        <w:rPr>
          <w:lang w:eastAsia="ko-KR"/>
        </w:rPr>
        <w:t>·</w:t>
      </w:r>
      <w:r w:rsidR="00C93D42">
        <w:rPr>
          <w:lang w:eastAsia="ko-KR"/>
        </w:rPr>
        <w:t>수량</w:t>
      </w:r>
      <w:r w:rsidR="00C93D42">
        <w:rPr>
          <w:lang w:eastAsia="ko-KR"/>
        </w:rPr>
        <w:t xml:space="preserve"> 12</w:t>
      </w:r>
      <w:r w:rsidR="00C93D42">
        <w:rPr>
          <w:lang w:eastAsia="ko-KR"/>
        </w:rPr>
        <w:t>개는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원</w:t>
      </w:r>
      <w:r>
        <w:rPr>
          <w:rFonts w:hint="eastAsia"/>
          <w:lang w:eastAsia="ko-KR"/>
        </w:rPr>
        <w:t xml:space="preserve"> </w:t>
      </w:r>
      <w:r w:rsidR="00C93D42">
        <w:rPr>
          <w:lang w:eastAsia="ko-KR"/>
        </w:rPr>
        <w:t>견적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표기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그대로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기재했으며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기존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업체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단가</w:t>
      </w:r>
      <w:r w:rsidR="00C93D42">
        <w:rPr>
          <w:lang w:eastAsia="ko-KR"/>
        </w:rPr>
        <w:t>·</w:t>
      </w:r>
      <w:r w:rsidR="00C93D42">
        <w:rPr>
          <w:lang w:eastAsia="ko-KR"/>
        </w:rPr>
        <w:t>금액은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제외했다</w:t>
      </w:r>
      <w:r w:rsidR="00C93D42">
        <w:rPr>
          <w:lang w:eastAsia="ko-KR"/>
        </w:rPr>
        <w:t xml:space="preserve">. </w:t>
      </w:r>
      <w:r w:rsidR="00C93D42">
        <w:rPr>
          <w:lang w:eastAsia="ko-KR"/>
        </w:rPr>
        <w:t>「에어컨</w:t>
      </w:r>
      <w:r w:rsidR="00C93D42">
        <w:rPr>
          <w:lang w:eastAsia="ko-KR"/>
        </w:rPr>
        <w:t xml:space="preserve"> </w:t>
      </w:r>
      <w:proofErr w:type="spellStart"/>
      <w:r w:rsidR="00C93D42">
        <w:rPr>
          <w:lang w:eastAsia="ko-KR"/>
        </w:rPr>
        <w:t>설치」에는</w:t>
      </w:r>
      <w:proofErr w:type="spellEnd"/>
      <w:r w:rsidR="00C93D42">
        <w:rPr>
          <w:lang w:eastAsia="ko-KR"/>
        </w:rPr>
        <w:t xml:space="preserve"> </w:t>
      </w:r>
      <w:r w:rsidR="00C93D42">
        <w:rPr>
          <w:lang w:eastAsia="ko-KR"/>
        </w:rPr>
        <w:t>신규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기기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구입과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설치를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포함한다</w:t>
      </w:r>
      <w:r w:rsidR="00C93D42">
        <w:rPr>
          <w:lang w:eastAsia="ko-KR"/>
        </w:rPr>
        <w:t xml:space="preserve">. </w:t>
      </w:r>
      <w:r w:rsidR="00C93D42">
        <w:rPr>
          <w:lang w:eastAsia="ko-KR"/>
        </w:rPr>
        <w:t>정식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공고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전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성남시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최종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승인</w:t>
      </w:r>
      <w:r>
        <w:rPr>
          <w:rFonts w:hint="eastAsia"/>
          <w:lang w:eastAsia="ko-KR"/>
        </w:rPr>
        <w:t xml:space="preserve"> </w:t>
      </w:r>
      <w:r w:rsidR="00C93D42">
        <w:rPr>
          <w:lang w:eastAsia="ko-KR"/>
        </w:rPr>
        <w:t>자료와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대조한다</w:t>
      </w:r>
      <w:r w:rsidR="00C93D42">
        <w:rPr>
          <w:lang w:eastAsia="ko-KR"/>
        </w:rPr>
        <w:t>.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983"/>
        <w:gridCol w:w="3252"/>
        <w:gridCol w:w="3619"/>
      </w:tblGrid>
      <w:tr w:rsidR="00002508">
        <w:trPr>
          <w:jc w:val="center"/>
        </w:trPr>
        <w:tc>
          <w:tcPr>
            <w:tcW w:w="1417" w:type="dxa"/>
            <w:shd w:val="clear" w:color="auto" w:fill="E6EDF4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proofErr w:type="spellStart"/>
            <w:r>
              <w:rPr>
                <w:sz w:val="18"/>
              </w:rPr>
              <w:t>품</w:t>
            </w:r>
            <w:r>
              <w:rPr>
                <w:sz w:val="18"/>
              </w:rPr>
              <w:t>명</w:t>
            </w:r>
            <w:proofErr w:type="spellEnd"/>
            <w:r>
              <w:rPr>
                <w:sz w:val="18"/>
              </w:rPr>
              <w:t xml:space="preserve"> (</w:t>
            </w:r>
            <w:r>
              <w:rPr>
                <w:sz w:val="18"/>
              </w:rPr>
              <w:t>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견적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표기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3798" w:type="dxa"/>
            <w:shd w:val="clear" w:color="auto" w:fill="E6EDF4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규격</w:t>
            </w:r>
            <w:r>
              <w:rPr>
                <w:sz w:val="18"/>
              </w:rPr>
              <w:t xml:space="preserve"> (</w:t>
            </w:r>
            <w:r>
              <w:rPr>
                <w:sz w:val="18"/>
              </w:rPr>
              <w:t>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견적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표기</w:t>
            </w:r>
            <w:r>
              <w:rPr>
                <w:sz w:val="18"/>
              </w:rPr>
              <w:t>)</w:t>
            </w:r>
          </w:p>
        </w:tc>
        <w:tc>
          <w:tcPr>
            <w:tcW w:w="4422" w:type="dxa"/>
            <w:shd w:val="clear" w:color="auto" w:fill="E6EDF4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수량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씽크대설치</w:t>
            </w: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600*1200</w:t>
            </w: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주방용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수전</w:t>
            </w:r>
          </w:p>
        </w:tc>
        <w:tc>
          <w:tcPr>
            <w:tcW w:w="3213" w:type="dxa"/>
            <w:vAlign w:val="center"/>
          </w:tcPr>
          <w:p w:rsidR="00002508" w:rsidRDefault="00002508" w:rsidP="00F02067">
            <w:pPr>
              <w:jc w:val="center"/>
            </w:pP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  <w:rPr>
                <w:lang w:eastAsia="ko-KR"/>
              </w:rPr>
            </w:pPr>
            <w:proofErr w:type="spellStart"/>
            <w:r>
              <w:rPr>
                <w:sz w:val="18"/>
                <w:lang w:eastAsia="ko-KR"/>
              </w:rPr>
              <w:t>수도설비</w:t>
            </w:r>
            <w:proofErr w:type="spellEnd"/>
            <w:r>
              <w:rPr>
                <w:sz w:val="18"/>
                <w:lang w:eastAsia="ko-KR"/>
              </w:rPr>
              <w:t xml:space="preserve"> </w:t>
            </w:r>
            <w:r>
              <w:rPr>
                <w:sz w:val="18"/>
                <w:lang w:eastAsia="ko-KR"/>
              </w:rPr>
              <w:t>배관</w:t>
            </w:r>
            <w:proofErr w:type="gramStart"/>
            <w:r>
              <w:rPr>
                <w:sz w:val="18"/>
                <w:lang w:eastAsia="ko-KR"/>
              </w:rPr>
              <w:t>,</w:t>
            </w:r>
            <w:proofErr w:type="spellStart"/>
            <w:r>
              <w:rPr>
                <w:sz w:val="18"/>
                <w:lang w:eastAsia="ko-KR"/>
              </w:rPr>
              <w:t>배수공사</w:t>
            </w:r>
            <w:proofErr w:type="spellEnd"/>
            <w:proofErr w:type="gramEnd"/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식</w:t>
            </w: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에어컨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설치</w:t>
            </w:r>
          </w:p>
        </w:tc>
        <w:tc>
          <w:tcPr>
            <w:tcW w:w="3213" w:type="dxa"/>
            <w:vAlign w:val="center"/>
          </w:tcPr>
          <w:p w:rsidR="00002508" w:rsidRDefault="00002508" w:rsidP="00F02067">
            <w:pPr>
              <w:jc w:val="center"/>
            </w:pP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침상용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마루공사</w:t>
            </w: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식</w:t>
            </w: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벽단열공사</w:t>
            </w: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10</w:t>
            </w:r>
            <w:r>
              <w:rPr>
                <w:sz w:val="18"/>
              </w:rPr>
              <w:t>제곱미터</w:t>
            </w: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바닥난방공사</w:t>
            </w:r>
          </w:p>
        </w:tc>
        <w:tc>
          <w:tcPr>
            <w:tcW w:w="3213" w:type="dxa"/>
            <w:vAlign w:val="center"/>
          </w:tcPr>
          <w:p w:rsidR="00002508" w:rsidRDefault="00002508" w:rsidP="00F02067">
            <w:pPr>
              <w:jc w:val="center"/>
            </w:pP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벽페인트</w:t>
            </w:r>
          </w:p>
        </w:tc>
        <w:tc>
          <w:tcPr>
            <w:tcW w:w="3213" w:type="dxa"/>
            <w:vAlign w:val="center"/>
          </w:tcPr>
          <w:p w:rsidR="00002508" w:rsidRDefault="00002508" w:rsidP="00F02067">
            <w:pPr>
              <w:jc w:val="center"/>
            </w:pP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바닥장판</w:t>
            </w:r>
          </w:p>
        </w:tc>
        <w:tc>
          <w:tcPr>
            <w:tcW w:w="3213" w:type="dxa"/>
            <w:vAlign w:val="center"/>
          </w:tcPr>
          <w:p w:rsidR="00002508" w:rsidRDefault="00002508" w:rsidP="00F02067">
            <w:pPr>
              <w:jc w:val="center"/>
            </w:pP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창문하이샤시</w:t>
            </w:r>
            <w:r>
              <w:rPr>
                <w:sz w:val="18"/>
              </w:rPr>
              <w:t>700*1200</w:t>
            </w:r>
          </w:p>
        </w:tc>
        <w:tc>
          <w:tcPr>
            <w:tcW w:w="3213" w:type="dxa"/>
            <w:vAlign w:val="center"/>
          </w:tcPr>
          <w:p w:rsidR="00002508" w:rsidRDefault="00002508" w:rsidP="00F02067">
            <w:pPr>
              <w:jc w:val="center"/>
            </w:pP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실시평면도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도면</w:t>
            </w:r>
          </w:p>
        </w:tc>
        <w:tc>
          <w:tcPr>
            <w:tcW w:w="3213" w:type="dxa"/>
            <w:vAlign w:val="center"/>
          </w:tcPr>
          <w:p w:rsidR="00002508" w:rsidRDefault="00002508" w:rsidP="00F02067">
            <w:pPr>
              <w:jc w:val="center"/>
            </w:pP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  <w:tr w:rsidR="00002508">
        <w:trPr>
          <w:jc w:val="center"/>
        </w:trPr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일반관리비</w:t>
            </w:r>
          </w:p>
        </w:tc>
        <w:tc>
          <w:tcPr>
            <w:tcW w:w="3213" w:type="dxa"/>
            <w:vAlign w:val="center"/>
          </w:tcPr>
          <w:p w:rsidR="00002508" w:rsidRDefault="00002508" w:rsidP="00F02067">
            <w:pPr>
              <w:jc w:val="center"/>
            </w:pPr>
          </w:p>
        </w:tc>
        <w:tc>
          <w:tcPr>
            <w:tcW w:w="3213" w:type="dxa"/>
            <w:vAlign w:val="center"/>
          </w:tcPr>
          <w:p w:rsidR="00002508" w:rsidRDefault="00C93D42" w:rsidP="00F02067">
            <w:pPr>
              <w:spacing w:after="0" w:line="240" w:lineRule="auto"/>
              <w:jc w:val="center"/>
            </w:pPr>
            <w:r>
              <w:rPr>
                <w:sz w:val="18"/>
              </w:rPr>
              <w:t>1</w:t>
            </w:r>
          </w:p>
        </w:tc>
      </w:tr>
    </w:tbl>
    <w:p w:rsidR="00414F16" w:rsidRDefault="00414F16">
      <w:pPr>
        <w:rPr>
          <w:color w:val="222A34"/>
          <w:sz w:val="19"/>
          <w:lang w:eastAsia="ko-KR"/>
        </w:rPr>
      </w:pPr>
    </w:p>
    <w:p w:rsidR="00002508" w:rsidRPr="00FE010B" w:rsidRDefault="00414F16">
      <w:pPr>
        <w:rPr>
          <w:szCs w:val="17"/>
          <w:lang w:eastAsia="ko-KR"/>
        </w:rPr>
      </w:pPr>
      <w:r w:rsidRPr="00FE010B">
        <w:rPr>
          <w:color w:val="222A34"/>
          <w:szCs w:val="17"/>
          <w:lang w:eastAsia="ko-KR"/>
        </w:rPr>
        <w:t>*</w:t>
      </w:r>
      <w:r w:rsidRPr="00FE010B">
        <w:rPr>
          <w:rFonts w:hint="eastAsia"/>
          <w:color w:val="222A34"/>
          <w:szCs w:val="17"/>
          <w:lang w:eastAsia="ko-KR"/>
        </w:rPr>
        <w:t xml:space="preserve"> </w:t>
      </w:r>
      <w:proofErr w:type="spellStart"/>
      <w:proofErr w:type="gramStart"/>
      <w:r w:rsidR="00C93D42" w:rsidRPr="00FE010B">
        <w:rPr>
          <w:color w:val="222A34"/>
          <w:szCs w:val="17"/>
          <w:lang w:eastAsia="ko-KR"/>
        </w:rPr>
        <w:t>의무조건</w:t>
      </w:r>
      <w:proofErr w:type="spellEnd"/>
      <w:r w:rsidR="00C93D42" w:rsidRPr="00FE010B">
        <w:rPr>
          <w:color w:val="222A34"/>
          <w:szCs w:val="17"/>
          <w:lang w:eastAsia="ko-KR"/>
        </w:rPr>
        <w:t xml:space="preserve"> :</w:t>
      </w:r>
      <w:proofErr w:type="gramEnd"/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총</w:t>
      </w:r>
      <w:r w:rsidR="00C93D42" w:rsidRPr="00FE010B">
        <w:rPr>
          <w:color w:val="222A34"/>
          <w:szCs w:val="17"/>
          <w:lang w:eastAsia="ko-KR"/>
        </w:rPr>
        <w:t xml:space="preserve"> 12</w:t>
      </w:r>
      <w:r w:rsidR="00C93D42" w:rsidRPr="00FE010B">
        <w:rPr>
          <w:color w:val="222A34"/>
          <w:szCs w:val="17"/>
          <w:lang w:eastAsia="ko-KR"/>
        </w:rPr>
        <w:t>개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품목의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품명</w:t>
      </w:r>
      <w:r w:rsidR="00C93D42" w:rsidRPr="00FE010B">
        <w:rPr>
          <w:color w:val="222A34"/>
          <w:szCs w:val="17"/>
          <w:lang w:eastAsia="ko-KR"/>
        </w:rPr>
        <w:t>·</w:t>
      </w:r>
      <w:r w:rsidR="00C93D42" w:rsidRPr="00FE010B">
        <w:rPr>
          <w:color w:val="222A34"/>
          <w:szCs w:val="17"/>
          <w:lang w:eastAsia="ko-KR"/>
        </w:rPr>
        <w:t>규격</w:t>
      </w:r>
      <w:r w:rsidR="00C93D42" w:rsidRPr="00FE010B">
        <w:rPr>
          <w:color w:val="222A34"/>
          <w:szCs w:val="17"/>
          <w:lang w:eastAsia="ko-KR"/>
        </w:rPr>
        <w:t>·</w:t>
      </w:r>
      <w:r w:rsidR="00C93D42" w:rsidRPr="00FE010B">
        <w:rPr>
          <w:color w:val="222A34"/>
          <w:szCs w:val="17"/>
          <w:lang w:eastAsia="ko-KR"/>
        </w:rPr>
        <w:t>수량은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변경하지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않는다</w:t>
      </w:r>
      <w:r w:rsidR="00C93D42" w:rsidRPr="00FE010B">
        <w:rPr>
          <w:color w:val="222A34"/>
          <w:szCs w:val="17"/>
          <w:lang w:eastAsia="ko-KR"/>
        </w:rPr>
        <w:t xml:space="preserve">. </w:t>
      </w:r>
      <w:r w:rsidR="00C93D42" w:rsidRPr="00FE010B">
        <w:rPr>
          <w:color w:val="222A34"/>
          <w:szCs w:val="17"/>
          <w:lang w:eastAsia="ko-KR"/>
        </w:rPr>
        <w:t>「에어컨</w:t>
      </w:r>
      <w:r w:rsidR="00C93D42" w:rsidRPr="00FE010B">
        <w:rPr>
          <w:color w:val="222A34"/>
          <w:szCs w:val="17"/>
          <w:lang w:eastAsia="ko-KR"/>
        </w:rPr>
        <w:t xml:space="preserve"> </w:t>
      </w:r>
      <w:proofErr w:type="spellStart"/>
      <w:r w:rsidR="00C93D42" w:rsidRPr="00FE010B">
        <w:rPr>
          <w:color w:val="222A34"/>
          <w:szCs w:val="17"/>
          <w:lang w:eastAsia="ko-KR"/>
        </w:rPr>
        <w:t>설치」는</w:t>
      </w:r>
      <w:proofErr w:type="spellEnd"/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신규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구입과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설치를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포함한다</w:t>
      </w:r>
      <w:r w:rsidR="00C93D42" w:rsidRPr="00FE010B">
        <w:rPr>
          <w:color w:val="222A34"/>
          <w:szCs w:val="17"/>
          <w:lang w:eastAsia="ko-KR"/>
        </w:rPr>
        <w:t xml:space="preserve">. </w:t>
      </w:r>
      <w:r w:rsidR="00C93D42" w:rsidRPr="00FE010B">
        <w:rPr>
          <w:color w:val="222A34"/>
          <w:szCs w:val="17"/>
          <w:lang w:eastAsia="ko-KR"/>
        </w:rPr>
        <w:t>업체는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단가</w:t>
      </w:r>
      <w:r w:rsidR="00C93D42" w:rsidRPr="00FE010B">
        <w:rPr>
          <w:color w:val="222A34"/>
          <w:szCs w:val="17"/>
          <w:lang w:eastAsia="ko-KR"/>
        </w:rPr>
        <w:t>·</w:t>
      </w:r>
      <w:r w:rsidR="00C93D42" w:rsidRPr="00FE010B">
        <w:rPr>
          <w:color w:val="222A34"/>
          <w:szCs w:val="17"/>
          <w:lang w:eastAsia="ko-KR"/>
        </w:rPr>
        <w:t>금액을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자유롭게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제시하되</w:t>
      </w:r>
      <w:r w:rsidR="00C93D42" w:rsidRPr="00FE010B">
        <w:rPr>
          <w:color w:val="222A34"/>
          <w:szCs w:val="17"/>
          <w:lang w:eastAsia="ko-KR"/>
        </w:rPr>
        <w:t xml:space="preserve">, </w:t>
      </w:r>
      <w:r w:rsidR="00C93D42" w:rsidRPr="00FE010B">
        <w:rPr>
          <w:color w:val="222A34"/>
          <w:szCs w:val="17"/>
          <w:lang w:eastAsia="ko-KR"/>
        </w:rPr>
        <w:t>공고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전에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확정되는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가격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상한이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있다면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이를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준수한다</w:t>
      </w:r>
      <w:r w:rsidR="00C93D42" w:rsidRPr="00FE010B">
        <w:rPr>
          <w:color w:val="222A34"/>
          <w:szCs w:val="17"/>
          <w:lang w:eastAsia="ko-KR"/>
        </w:rPr>
        <w:t xml:space="preserve">. </w:t>
      </w:r>
      <w:r w:rsidR="00C93D42" w:rsidRPr="00FE010B">
        <w:rPr>
          <w:color w:val="222A34"/>
          <w:szCs w:val="17"/>
          <w:lang w:eastAsia="ko-KR"/>
        </w:rPr>
        <w:t>모든</w:t>
      </w:r>
      <w:r w:rsidR="00C93D42" w:rsidRPr="00FE010B">
        <w:rPr>
          <w:color w:val="222A34"/>
          <w:szCs w:val="17"/>
          <w:lang w:eastAsia="ko-KR"/>
        </w:rPr>
        <w:t xml:space="preserve"> </w:t>
      </w:r>
      <w:proofErr w:type="spellStart"/>
      <w:r w:rsidR="00C93D42" w:rsidRPr="00FE010B">
        <w:rPr>
          <w:color w:val="222A34"/>
          <w:szCs w:val="17"/>
          <w:lang w:eastAsia="ko-KR"/>
        </w:rPr>
        <w:t>공종은</w:t>
      </w:r>
      <w:proofErr w:type="spellEnd"/>
      <w:r w:rsidR="00C93D42" w:rsidRPr="00FE010B">
        <w:rPr>
          <w:color w:val="222A34"/>
          <w:szCs w:val="17"/>
          <w:lang w:eastAsia="ko-KR"/>
        </w:rPr>
        <w:t xml:space="preserve"> 2026</w:t>
      </w:r>
      <w:r w:rsidR="00C93D42" w:rsidRPr="00FE010B">
        <w:rPr>
          <w:color w:val="222A34"/>
          <w:szCs w:val="17"/>
          <w:lang w:eastAsia="ko-KR"/>
        </w:rPr>
        <w:t>년</w:t>
      </w:r>
      <w:r w:rsidR="00C93D42" w:rsidRPr="00FE010B">
        <w:rPr>
          <w:color w:val="222A34"/>
          <w:szCs w:val="17"/>
          <w:lang w:eastAsia="ko-KR"/>
        </w:rPr>
        <w:t xml:space="preserve"> 11</w:t>
      </w:r>
      <w:r w:rsidR="00C93D42" w:rsidRPr="00FE010B">
        <w:rPr>
          <w:color w:val="222A34"/>
          <w:szCs w:val="17"/>
          <w:lang w:eastAsia="ko-KR"/>
        </w:rPr>
        <w:t>월</w:t>
      </w:r>
      <w:r w:rsidR="00C93D42" w:rsidRPr="00FE010B">
        <w:rPr>
          <w:color w:val="222A34"/>
          <w:szCs w:val="17"/>
          <w:lang w:eastAsia="ko-KR"/>
        </w:rPr>
        <w:t xml:space="preserve"> 10</w:t>
      </w:r>
      <w:r w:rsidR="00C93D42" w:rsidRPr="00FE010B">
        <w:rPr>
          <w:color w:val="222A34"/>
          <w:szCs w:val="17"/>
          <w:lang w:eastAsia="ko-KR"/>
        </w:rPr>
        <w:t>일까지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준공해야</w:t>
      </w:r>
      <w:r w:rsidR="00C93D42" w:rsidRPr="00FE010B">
        <w:rPr>
          <w:color w:val="222A34"/>
          <w:szCs w:val="17"/>
          <w:lang w:eastAsia="ko-KR"/>
        </w:rPr>
        <w:t xml:space="preserve"> </w:t>
      </w:r>
      <w:r w:rsidR="00C93D42" w:rsidRPr="00FE010B">
        <w:rPr>
          <w:color w:val="222A34"/>
          <w:szCs w:val="17"/>
          <w:lang w:eastAsia="ko-KR"/>
        </w:rPr>
        <w:t>한다</w:t>
      </w:r>
      <w:r w:rsidR="0004597A">
        <w:rPr>
          <w:color w:val="222A34"/>
          <w:szCs w:val="17"/>
          <w:lang w:eastAsia="ko-KR"/>
        </w:rPr>
        <w:t>.</w:t>
      </w:r>
    </w:p>
    <w:p w:rsidR="00FE010B" w:rsidRDefault="00FE010B">
      <w:pPr>
        <w:rPr>
          <w:lang w:eastAsia="ko-KR"/>
        </w:rPr>
      </w:pPr>
    </w:p>
    <w:p w:rsidR="00002508" w:rsidRDefault="00FE010B">
      <w:pPr>
        <w:rPr>
          <w:lang w:eastAsia="ko-KR"/>
        </w:rPr>
      </w:pPr>
      <w:r>
        <w:rPr>
          <w:rFonts w:hint="eastAsia"/>
          <w:lang w:eastAsia="ko-KR"/>
        </w:rPr>
        <w:t xml:space="preserve">* </w:t>
      </w:r>
      <w:r w:rsidR="00C93D42">
        <w:rPr>
          <w:lang w:eastAsia="ko-KR"/>
        </w:rPr>
        <w:t>기</w:t>
      </w:r>
      <w:r w:rsidR="00C93D42">
        <w:rPr>
          <w:lang w:eastAsia="ko-KR"/>
        </w:rPr>
        <w:t>본</w:t>
      </w:r>
      <w:r w:rsidR="00C93D42">
        <w:rPr>
          <w:lang w:eastAsia="ko-KR"/>
        </w:rPr>
        <w:t xml:space="preserve"> </w:t>
      </w:r>
      <w:proofErr w:type="spellStart"/>
      <w:proofErr w:type="gramStart"/>
      <w:r w:rsidR="00C93D42">
        <w:rPr>
          <w:lang w:eastAsia="ko-KR"/>
        </w:rPr>
        <w:t>공사조건</w:t>
      </w:r>
      <w:proofErr w:type="spellEnd"/>
      <w:r w:rsidR="00C93D42">
        <w:rPr>
          <w:lang w:eastAsia="ko-KR"/>
        </w:rPr>
        <w:t xml:space="preserve"> :</w:t>
      </w:r>
      <w:proofErr w:type="gramEnd"/>
      <w:r w:rsidR="00C93D42">
        <w:rPr>
          <w:lang w:eastAsia="ko-KR"/>
        </w:rPr>
        <w:t xml:space="preserve"> </w:t>
      </w:r>
      <w:r w:rsidR="00C93D42">
        <w:rPr>
          <w:lang w:eastAsia="ko-KR"/>
        </w:rPr>
        <w:t>「에어컨</w:t>
      </w:r>
      <w:r w:rsidR="00C93D42">
        <w:rPr>
          <w:lang w:eastAsia="ko-KR"/>
        </w:rPr>
        <w:t xml:space="preserve"> </w:t>
      </w:r>
      <w:proofErr w:type="spellStart"/>
      <w:r w:rsidR="00C93D42">
        <w:rPr>
          <w:lang w:eastAsia="ko-KR"/>
        </w:rPr>
        <w:t>설치」는</w:t>
      </w:r>
      <w:proofErr w:type="spellEnd"/>
      <w:r w:rsidR="00C93D42">
        <w:rPr>
          <w:lang w:eastAsia="ko-KR"/>
        </w:rPr>
        <w:t xml:space="preserve"> </w:t>
      </w:r>
      <w:r w:rsidR="00C93D42">
        <w:rPr>
          <w:lang w:eastAsia="ko-KR"/>
        </w:rPr>
        <w:t>새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에어컨</w:t>
      </w:r>
      <w:r w:rsidR="00C93D42">
        <w:rPr>
          <w:lang w:eastAsia="ko-KR"/>
        </w:rPr>
        <w:t xml:space="preserve"> 1</w:t>
      </w:r>
      <w:r w:rsidR="00C93D42">
        <w:rPr>
          <w:lang w:eastAsia="ko-KR"/>
        </w:rPr>
        <w:t>대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구입과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설치를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모두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포함한다</w:t>
      </w:r>
      <w:r w:rsidR="00C93D42">
        <w:rPr>
          <w:lang w:eastAsia="ko-KR"/>
        </w:rPr>
        <w:t xml:space="preserve">. </w:t>
      </w:r>
      <w:r w:rsidR="00C93D42">
        <w:rPr>
          <w:lang w:eastAsia="ko-KR"/>
        </w:rPr>
        <w:t>「</w:t>
      </w:r>
      <w:proofErr w:type="spellStart"/>
      <w:r w:rsidR="00C93D42">
        <w:rPr>
          <w:lang w:eastAsia="ko-KR"/>
        </w:rPr>
        <w:t>침상용</w:t>
      </w:r>
      <w:proofErr w:type="spellEnd"/>
      <w:r w:rsidR="00C93D42">
        <w:rPr>
          <w:lang w:eastAsia="ko-KR"/>
        </w:rPr>
        <w:t xml:space="preserve"> </w:t>
      </w:r>
      <w:proofErr w:type="spellStart"/>
      <w:r w:rsidR="00C93D42">
        <w:rPr>
          <w:lang w:eastAsia="ko-KR"/>
        </w:rPr>
        <w:t>마루공사</w:t>
      </w:r>
      <w:proofErr w:type="spellEnd"/>
      <w:r w:rsidR="00C93D42">
        <w:rPr>
          <w:lang w:eastAsia="ko-KR"/>
        </w:rPr>
        <w:t>」</w:t>
      </w:r>
      <w:r w:rsidR="00C93D42">
        <w:rPr>
          <w:lang w:eastAsia="ko-KR"/>
        </w:rPr>
        <w:t xml:space="preserve">, </w:t>
      </w:r>
      <w:r w:rsidR="00C93D42">
        <w:rPr>
          <w:lang w:eastAsia="ko-KR"/>
        </w:rPr>
        <w:t>「</w:t>
      </w:r>
      <w:proofErr w:type="spellStart"/>
      <w:r w:rsidR="00C93D42">
        <w:rPr>
          <w:lang w:eastAsia="ko-KR"/>
        </w:rPr>
        <w:t>수도설비</w:t>
      </w:r>
      <w:proofErr w:type="spellEnd"/>
      <w:r w:rsidR="00C93D42">
        <w:rPr>
          <w:lang w:eastAsia="ko-KR"/>
        </w:rPr>
        <w:t xml:space="preserve"> </w:t>
      </w:r>
      <w:r w:rsidR="00C93D42">
        <w:rPr>
          <w:lang w:eastAsia="ko-KR"/>
        </w:rPr>
        <w:t>배관</w:t>
      </w:r>
      <w:r w:rsidR="00C93D42">
        <w:rPr>
          <w:lang w:eastAsia="ko-KR"/>
        </w:rPr>
        <w:t>·</w:t>
      </w:r>
      <w:proofErr w:type="spellStart"/>
      <w:r w:rsidR="00C93D42">
        <w:rPr>
          <w:lang w:eastAsia="ko-KR"/>
        </w:rPr>
        <w:t>배수공사</w:t>
      </w:r>
      <w:proofErr w:type="spellEnd"/>
      <w:r w:rsidR="00C93D42">
        <w:rPr>
          <w:lang w:eastAsia="ko-KR"/>
        </w:rPr>
        <w:t>」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등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세부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내역서는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원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견적에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없으므로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현장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조건을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동일하게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안내하고</w:t>
      </w:r>
      <w:r w:rsidR="00C93D42">
        <w:rPr>
          <w:lang w:eastAsia="ko-KR"/>
        </w:rPr>
        <w:t xml:space="preserve"> </w:t>
      </w:r>
      <w:proofErr w:type="spellStart"/>
      <w:r w:rsidR="00C93D42">
        <w:rPr>
          <w:lang w:eastAsia="ko-KR"/>
        </w:rPr>
        <w:t>질의답변을</w:t>
      </w:r>
      <w:proofErr w:type="spellEnd"/>
      <w:r w:rsidR="00C93D42">
        <w:rPr>
          <w:lang w:eastAsia="ko-KR"/>
        </w:rPr>
        <w:t xml:space="preserve"> </w:t>
      </w:r>
      <w:r w:rsidR="00C93D42">
        <w:rPr>
          <w:lang w:eastAsia="ko-KR"/>
        </w:rPr>
        <w:t>모든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업체에</w:t>
      </w:r>
      <w:r w:rsidR="00C93D42">
        <w:rPr>
          <w:lang w:eastAsia="ko-KR"/>
        </w:rPr>
        <w:t xml:space="preserve"> </w:t>
      </w:r>
      <w:r w:rsidR="00C93D42">
        <w:rPr>
          <w:lang w:eastAsia="ko-KR"/>
        </w:rPr>
        <w:t>공유한다</w:t>
      </w:r>
      <w:r w:rsidR="00C93D42">
        <w:rPr>
          <w:lang w:eastAsia="ko-KR"/>
        </w:rPr>
        <w:t>.</w:t>
      </w:r>
    </w:p>
    <w:p w:rsidR="00414F16" w:rsidRDefault="00414F16">
      <w:pPr>
        <w:rPr>
          <w:lang w:eastAsia="ko-KR"/>
        </w:rPr>
      </w:pPr>
    </w:p>
    <w:p w:rsidR="00002508" w:rsidRDefault="00C93D42">
      <w:pPr>
        <w:pStyle w:val="21"/>
        <w:rPr>
          <w:lang w:eastAsia="ko-KR"/>
        </w:rPr>
      </w:pPr>
      <w:r>
        <w:rPr>
          <w:rFonts w:ascii="맑은 고딕" w:hAnsi="맑은 고딕"/>
          <w:lang w:eastAsia="ko-KR"/>
        </w:rPr>
        <w:t>제출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도면</w:t>
      </w:r>
      <w:r>
        <w:rPr>
          <w:rFonts w:ascii="맑은 고딕" w:hAnsi="맑은 고딕"/>
          <w:lang w:eastAsia="ko-KR"/>
        </w:rPr>
        <w:t>(</w:t>
      </w:r>
      <w:r>
        <w:rPr>
          <w:rFonts w:ascii="맑은 고딕" w:hAnsi="맑은 고딕"/>
          <w:lang w:eastAsia="ko-KR"/>
        </w:rPr>
        <w:t>참고용</w:t>
      </w:r>
      <w:r>
        <w:rPr>
          <w:rFonts w:ascii="맑은 고딕" w:hAnsi="맑은 고딕"/>
          <w:lang w:eastAsia="ko-KR"/>
        </w:rPr>
        <w:t>)</w:t>
      </w:r>
    </w:p>
    <w:p w:rsidR="00002508" w:rsidRDefault="00C93D42">
      <w:pPr>
        <w:rPr>
          <w:lang w:eastAsia="ko-KR"/>
        </w:rPr>
      </w:pPr>
      <w:proofErr w:type="spellStart"/>
      <w:r>
        <w:rPr>
          <w:lang w:eastAsia="ko-KR"/>
        </w:rPr>
        <w:t>도면상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규모</w:t>
      </w:r>
      <w:r>
        <w:rPr>
          <w:lang w:eastAsia="ko-KR"/>
        </w:rPr>
        <w:t xml:space="preserve"> </w:t>
      </w:r>
      <w:r>
        <w:rPr>
          <w:lang w:eastAsia="ko-KR"/>
        </w:rPr>
        <w:t>약</w:t>
      </w:r>
      <w:r>
        <w:rPr>
          <w:lang w:eastAsia="ko-KR"/>
        </w:rPr>
        <w:t xml:space="preserve"> 2.28m × 4.39m(</w:t>
      </w:r>
      <w:r>
        <w:rPr>
          <w:lang w:eastAsia="ko-KR"/>
        </w:rPr>
        <w:t>약</w:t>
      </w:r>
      <w:r>
        <w:rPr>
          <w:lang w:eastAsia="ko-KR"/>
        </w:rPr>
        <w:t xml:space="preserve"> 10</w:t>
      </w:r>
      <w:r>
        <w:rPr>
          <w:lang w:eastAsia="ko-KR"/>
        </w:rPr>
        <w:t>㎡</w:t>
      </w:r>
      <w:r>
        <w:rPr>
          <w:lang w:eastAsia="ko-KR"/>
        </w:rPr>
        <w:t xml:space="preserve">). </w:t>
      </w:r>
      <w:r>
        <w:rPr>
          <w:lang w:eastAsia="ko-KR"/>
        </w:rPr>
        <w:t>원본</w:t>
      </w:r>
      <w:r>
        <w:rPr>
          <w:lang w:eastAsia="ko-KR"/>
        </w:rPr>
        <w:t xml:space="preserve"> </w:t>
      </w:r>
      <w:r>
        <w:rPr>
          <w:lang w:eastAsia="ko-KR"/>
        </w:rPr>
        <w:t>도면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배치</w:t>
      </w:r>
      <w:r>
        <w:rPr>
          <w:lang w:eastAsia="ko-KR"/>
        </w:rPr>
        <w:t xml:space="preserve"> </w:t>
      </w:r>
      <w:r>
        <w:rPr>
          <w:lang w:eastAsia="ko-KR"/>
        </w:rPr>
        <w:t>부분만</w:t>
      </w:r>
      <w:r>
        <w:rPr>
          <w:lang w:eastAsia="ko-KR"/>
        </w:rPr>
        <w:t xml:space="preserve"> </w:t>
      </w:r>
      <w:r>
        <w:rPr>
          <w:lang w:eastAsia="ko-KR"/>
        </w:rPr>
        <w:t>발췌함</w:t>
      </w:r>
      <w:r>
        <w:rPr>
          <w:lang w:eastAsia="ko-KR"/>
        </w:rPr>
        <w:t xml:space="preserve">. </w:t>
      </w:r>
      <w:r>
        <w:rPr>
          <w:lang w:eastAsia="ko-KR"/>
        </w:rPr>
        <w:t>실제</w:t>
      </w:r>
      <w:r>
        <w:rPr>
          <w:lang w:eastAsia="ko-KR"/>
        </w:rPr>
        <w:t xml:space="preserve"> </w:t>
      </w:r>
      <w:r>
        <w:rPr>
          <w:lang w:eastAsia="ko-KR"/>
        </w:rPr>
        <w:t>면적과</w:t>
      </w:r>
      <w:r>
        <w:rPr>
          <w:lang w:eastAsia="ko-KR"/>
        </w:rPr>
        <w:t xml:space="preserve"> </w:t>
      </w:r>
      <w:r>
        <w:rPr>
          <w:lang w:eastAsia="ko-KR"/>
        </w:rPr>
        <w:t>적법한</w:t>
      </w:r>
      <w:r>
        <w:rPr>
          <w:lang w:eastAsia="ko-KR"/>
        </w:rPr>
        <w:t xml:space="preserve"> </w:t>
      </w:r>
      <w:r>
        <w:rPr>
          <w:lang w:eastAsia="ko-KR"/>
        </w:rPr>
        <w:t>용도는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실측</w:t>
      </w:r>
      <w:r>
        <w:rPr>
          <w:lang w:eastAsia="ko-KR"/>
        </w:rPr>
        <w:t>·</w:t>
      </w:r>
      <w:r>
        <w:rPr>
          <w:lang w:eastAsia="ko-KR"/>
        </w:rPr>
        <w:t>건축물대장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성남시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승인사항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확인</w:t>
      </w:r>
      <w:r>
        <w:rPr>
          <w:lang w:eastAsia="ko-KR"/>
        </w:rPr>
        <w:t xml:space="preserve"> </w:t>
      </w:r>
      <w:r>
        <w:rPr>
          <w:lang w:eastAsia="ko-KR"/>
        </w:rPr>
        <w:t>필요</w:t>
      </w:r>
      <w:r>
        <w:rPr>
          <w:lang w:eastAsia="ko-KR"/>
        </w:rPr>
        <w:t>.</w:t>
      </w:r>
    </w:p>
    <w:p w:rsidR="00002508" w:rsidRDefault="00C93D42">
      <w:r>
        <w:rPr>
          <w:noProof/>
          <w:lang w:eastAsia="ko-KR"/>
        </w:rPr>
        <w:drawing>
          <wp:inline distT="0" distB="0" distL="0" distR="0">
            <wp:extent cx="4140000" cy="36945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rest_plan_landscap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0000" cy="3694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508" w:rsidRDefault="00C93D42">
      <w:pPr>
        <w:pStyle w:val="21"/>
        <w:pageBreakBefore/>
        <w:rPr>
          <w:lang w:eastAsia="ko-KR"/>
        </w:rPr>
      </w:pPr>
      <w:r>
        <w:rPr>
          <w:rFonts w:ascii="맑은 고딕" w:hAnsi="맑은 고딕"/>
          <w:lang w:eastAsia="ko-KR"/>
        </w:rPr>
        <w:lastRenderedPageBreak/>
        <w:t>[</w:t>
      </w:r>
      <w:r>
        <w:rPr>
          <w:rFonts w:ascii="맑은 고딕" w:hAnsi="맑은 고딕"/>
          <w:lang w:eastAsia="ko-KR"/>
        </w:rPr>
        <w:t>별첨</w:t>
      </w:r>
      <w:r>
        <w:rPr>
          <w:rFonts w:ascii="맑은 고딕" w:hAnsi="맑은 고딕"/>
          <w:lang w:eastAsia="ko-KR"/>
        </w:rPr>
        <w:t xml:space="preserve"> 2] </w:t>
      </w:r>
      <w:r>
        <w:rPr>
          <w:rFonts w:ascii="맑은 고딕" w:hAnsi="맑은 고딕"/>
          <w:lang w:eastAsia="ko-KR"/>
        </w:rPr>
        <w:t>입찰가격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산출내역서</w:t>
      </w:r>
      <w:r>
        <w:rPr>
          <w:rFonts w:ascii="맑은 고딕" w:hAnsi="맑은 고딕"/>
          <w:lang w:eastAsia="ko-KR"/>
        </w:rPr>
        <w:t xml:space="preserve"> (</w:t>
      </w:r>
      <w:r>
        <w:rPr>
          <w:rFonts w:ascii="맑은 고딕" w:hAnsi="맑은 고딕"/>
          <w:lang w:eastAsia="ko-KR"/>
        </w:rPr>
        <w:t>업체</w:t>
      </w:r>
      <w:r>
        <w:rPr>
          <w:rFonts w:ascii="맑은 고딕" w:hAnsi="맑은 고딕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제출용</w:t>
      </w:r>
      <w:r>
        <w:rPr>
          <w:rFonts w:ascii="맑은 고딕" w:hAnsi="맑은 고딕"/>
          <w:lang w:eastAsia="ko-KR"/>
        </w:rPr>
        <w:t>)</w:t>
      </w:r>
    </w:p>
    <w:p w:rsidR="00002508" w:rsidRDefault="00C93D42">
      <w:pPr>
        <w:rPr>
          <w:lang w:eastAsia="ko-KR"/>
        </w:rPr>
      </w:pPr>
      <w:proofErr w:type="spellStart"/>
      <w:proofErr w:type="gramStart"/>
      <w:r>
        <w:rPr>
          <w:lang w:eastAsia="ko-KR"/>
        </w:rPr>
        <w:t>공사명</w:t>
      </w:r>
      <w:proofErr w:type="spellEnd"/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산들마을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청소노동자</w:t>
      </w:r>
      <w:r>
        <w:rPr>
          <w:lang w:eastAsia="ko-KR"/>
        </w:rPr>
        <w:t xml:space="preserve"> </w:t>
      </w:r>
      <w:r>
        <w:rPr>
          <w:lang w:eastAsia="ko-KR"/>
        </w:rPr>
        <w:t>휴게시설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신설공사</w:t>
      </w:r>
      <w:proofErr w:type="spellEnd"/>
    </w:p>
    <w:p w:rsidR="00002508" w:rsidRDefault="00C93D42">
      <w:pPr>
        <w:rPr>
          <w:lang w:eastAsia="ko-KR"/>
        </w:rPr>
      </w:pPr>
      <w:proofErr w:type="spellStart"/>
      <w:proofErr w:type="gramStart"/>
      <w:r>
        <w:rPr>
          <w:lang w:eastAsia="ko-KR"/>
        </w:rPr>
        <w:t>업체명</w:t>
      </w:r>
      <w:proofErr w:type="spellEnd"/>
      <w:r>
        <w:rPr>
          <w:lang w:eastAsia="ko-KR"/>
        </w:rPr>
        <w:t xml:space="preserve"> :</w:t>
      </w:r>
      <w:proofErr w:type="gramEnd"/>
      <w:r>
        <w:rPr>
          <w:lang w:eastAsia="ko-KR"/>
        </w:rPr>
        <w:t xml:space="preserve"> ________________________________  </w:t>
      </w:r>
      <w:r>
        <w:rPr>
          <w:lang w:eastAsia="ko-KR"/>
        </w:rPr>
        <w:t xml:space="preserve">    </w:t>
      </w:r>
      <w:r>
        <w:rPr>
          <w:lang w:eastAsia="ko-KR"/>
        </w:rPr>
        <w:t>작성일</w:t>
      </w:r>
      <w:r>
        <w:rPr>
          <w:lang w:eastAsia="ko-KR"/>
        </w:rPr>
        <w:t xml:space="preserve"> : 2026. ____ . ____ .</w:t>
      </w:r>
    </w:p>
    <w:p w:rsidR="00002508" w:rsidRDefault="00C93D42">
      <w:pPr>
        <w:rPr>
          <w:lang w:eastAsia="ko-KR"/>
        </w:rPr>
      </w:pPr>
      <w:r>
        <w:rPr>
          <w:lang w:eastAsia="ko-KR"/>
        </w:rPr>
        <w:t>아래</w:t>
      </w:r>
      <w:r>
        <w:rPr>
          <w:lang w:eastAsia="ko-KR"/>
        </w:rPr>
        <w:t xml:space="preserve"> </w:t>
      </w:r>
      <w:r>
        <w:rPr>
          <w:lang w:eastAsia="ko-KR"/>
        </w:rPr>
        <w:t>품명</w:t>
      </w:r>
      <w:r>
        <w:rPr>
          <w:lang w:eastAsia="ko-KR"/>
        </w:rPr>
        <w:t>·</w:t>
      </w:r>
      <w:r>
        <w:rPr>
          <w:lang w:eastAsia="ko-KR"/>
        </w:rPr>
        <w:t>규격</w:t>
      </w:r>
      <w:r>
        <w:rPr>
          <w:lang w:eastAsia="ko-KR"/>
        </w:rPr>
        <w:t>·</w:t>
      </w:r>
      <w:r>
        <w:rPr>
          <w:lang w:eastAsia="ko-KR"/>
        </w:rPr>
        <w:t>수량은</w:t>
      </w:r>
      <w:r>
        <w:rPr>
          <w:lang w:eastAsia="ko-KR"/>
        </w:rPr>
        <w:t xml:space="preserve"> </w:t>
      </w:r>
      <w:r>
        <w:rPr>
          <w:lang w:eastAsia="ko-KR"/>
        </w:rPr>
        <w:t>변경할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없으며</w:t>
      </w:r>
      <w:r>
        <w:rPr>
          <w:lang w:eastAsia="ko-KR"/>
        </w:rPr>
        <w:t xml:space="preserve">, </w:t>
      </w:r>
      <w:r>
        <w:rPr>
          <w:lang w:eastAsia="ko-KR"/>
        </w:rPr>
        <w:t>단가와</w:t>
      </w:r>
      <w:r>
        <w:rPr>
          <w:lang w:eastAsia="ko-KR"/>
        </w:rPr>
        <w:t xml:space="preserve"> </w:t>
      </w:r>
      <w:r>
        <w:rPr>
          <w:lang w:eastAsia="ko-KR"/>
        </w:rPr>
        <w:t>금액은</w:t>
      </w:r>
      <w:r>
        <w:rPr>
          <w:lang w:eastAsia="ko-KR"/>
        </w:rPr>
        <w:t xml:space="preserve"> </w:t>
      </w:r>
      <w:r>
        <w:rPr>
          <w:lang w:eastAsia="ko-KR"/>
        </w:rPr>
        <w:t>업체별로</w:t>
      </w:r>
      <w:r>
        <w:rPr>
          <w:lang w:eastAsia="ko-KR"/>
        </w:rPr>
        <w:t xml:space="preserve"> </w:t>
      </w:r>
      <w:r>
        <w:rPr>
          <w:lang w:eastAsia="ko-KR"/>
        </w:rPr>
        <w:t>작성한다</w:t>
      </w:r>
      <w:r>
        <w:rPr>
          <w:lang w:eastAsia="ko-KR"/>
        </w:rPr>
        <w:t xml:space="preserve">. </w:t>
      </w:r>
      <w:r>
        <w:rPr>
          <w:lang w:eastAsia="ko-KR"/>
        </w:rPr>
        <w:t>금액은</w:t>
      </w:r>
      <w:r>
        <w:rPr>
          <w:lang w:eastAsia="ko-KR"/>
        </w:rPr>
        <w:t xml:space="preserve"> </w:t>
      </w:r>
      <w:r>
        <w:rPr>
          <w:lang w:eastAsia="ko-KR"/>
        </w:rPr>
        <w:t>부가가치세</w:t>
      </w:r>
      <w:r>
        <w:rPr>
          <w:lang w:eastAsia="ko-KR"/>
        </w:rPr>
        <w:t xml:space="preserve"> </w:t>
      </w:r>
      <w:r>
        <w:rPr>
          <w:lang w:eastAsia="ko-KR"/>
        </w:rPr>
        <w:t>제외</w:t>
      </w:r>
      <w:r>
        <w:rPr>
          <w:lang w:eastAsia="ko-KR"/>
        </w:rPr>
        <w:t xml:space="preserve"> </w:t>
      </w:r>
      <w:r>
        <w:rPr>
          <w:lang w:eastAsia="ko-KR"/>
        </w:rPr>
        <w:t>기준이다</w:t>
      </w:r>
      <w:r>
        <w:rPr>
          <w:lang w:eastAsia="ko-KR"/>
        </w:rPr>
        <w:t xml:space="preserve">. </w:t>
      </w:r>
      <w:r>
        <w:rPr>
          <w:lang w:eastAsia="ko-KR"/>
        </w:rPr>
        <w:t>에어컨</w:t>
      </w:r>
      <w:r>
        <w:rPr>
          <w:lang w:eastAsia="ko-KR"/>
        </w:rPr>
        <w:t>(4</w:t>
      </w:r>
      <w:r>
        <w:rPr>
          <w:lang w:eastAsia="ko-KR"/>
        </w:rPr>
        <w:t>번</w:t>
      </w:r>
      <w:r>
        <w:rPr>
          <w:lang w:eastAsia="ko-KR"/>
        </w:rPr>
        <w:t>)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신규</w:t>
      </w:r>
      <w:r>
        <w:rPr>
          <w:lang w:eastAsia="ko-KR"/>
        </w:rPr>
        <w:t xml:space="preserve"> </w:t>
      </w:r>
      <w:r>
        <w:rPr>
          <w:lang w:eastAsia="ko-KR"/>
        </w:rPr>
        <w:t>구입과</w:t>
      </w:r>
      <w:r>
        <w:rPr>
          <w:lang w:eastAsia="ko-KR"/>
        </w:rPr>
        <w:t xml:space="preserve"> </w:t>
      </w:r>
      <w:r>
        <w:rPr>
          <w:lang w:eastAsia="ko-KR"/>
        </w:rPr>
        <w:t>설치를</w:t>
      </w:r>
      <w:r>
        <w:rPr>
          <w:lang w:eastAsia="ko-KR"/>
        </w:rPr>
        <w:t xml:space="preserve"> </w:t>
      </w:r>
      <w:r>
        <w:rPr>
          <w:lang w:eastAsia="ko-KR"/>
        </w:rPr>
        <w:t>모두</w:t>
      </w:r>
      <w:r>
        <w:rPr>
          <w:lang w:eastAsia="ko-KR"/>
        </w:rPr>
        <w:t xml:space="preserve"> </w:t>
      </w:r>
      <w:r>
        <w:rPr>
          <w:lang w:eastAsia="ko-KR"/>
        </w:rPr>
        <w:t>포함하며</w:t>
      </w:r>
      <w:r>
        <w:rPr>
          <w:lang w:eastAsia="ko-KR"/>
        </w:rPr>
        <w:t xml:space="preserve">,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항목은</w:t>
      </w:r>
      <w:r>
        <w:rPr>
          <w:lang w:eastAsia="ko-KR"/>
        </w:rPr>
        <w:t xml:space="preserve"> 2026</w:t>
      </w:r>
      <w:r>
        <w:rPr>
          <w:lang w:eastAsia="ko-KR"/>
        </w:rPr>
        <w:t>년</w:t>
      </w:r>
      <w:r>
        <w:rPr>
          <w:lang w:eastAsia="ko-KR"/>
        </w:rPr>
        <w:t xml:space="preserve"> 11</w:t>
      </w:r>
      <w:r>
        <w:rPr>
          <w:lang w:eastAsia="ko-KR"/>
        </w:rPr>
        <w:t>월</w:t>
      </w:r>
      <w:r>
        <w:rPr>
          <w:lang w:eastAsia="ko-KR"/>
        </w:rPr>
        <w:t xml:space="preserve"> 10</w:t>
      </w:r>
      <w:r>
        <w:rPr>
          <w:lang w:eastAsia="ko-KR"/>
        </w:rPr>
        <w:t>일까지</w:t>
      </w:r>
      <w:r>
        <w:rPr>
          <w:lang w:eastAsia="ko-KR"/>
        </w:rPr>
        <w:t xml:space="preserve"> </w:t>
      </w:r>
      <w:r>
        <w:rPr>
          <w:lang w:eastAsia="ko-KR"/>
        </w:rPr>
        <w:t>준공한다</w:t>
      </w:r>
      <w:r>
        <w:rPr>
          <w:lang w:eastAsia="ko-KR"/>
        </w:rPr>
        <w:t>.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"/>
        <w:gridCol w:w="3118"/>
        <w:gridCol w:w="1247"/>
        <w:gridCol w:w="624"/>
        <w:gridCol w:w="1361"/>
        <w:gridCol w:w="1644"/>
      </w:tblGrid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proofErr w:type="spellStart"/>
            <w:r>
              <w:rPr>
                <w:sz w:val="16"/>
              </w:rPr>
              <w:t>번호</w:t>
            </w:r>
            <w:proofErr w:type="spellEnd"/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품명</w:t>
            </w:r>
          </w:p>
        </w:tc>
        <w:tc>
          <w:tcPr>
            <w:tcW w:w="1247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규격</w:t>
            </w: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수량</w:t>
            </w:r>
          </w:p>
        </w:tc>
        <w:tc>
          <w:tcPr>
            <w:tcW w:w="1361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단가</w:t>
            </w:r>
            <w:r>
              <w:rPr>
                <w:sz w:val="16"/>
              </w:rPr>
              <w:t xml:space="preserve"> (</w:t>
            </w:r>
            <w:r>
              <w:rPr>
                <w:sz w:val="16"/>
              </w:rPr>
              <w:t>원</w:t>
            </w:r>
            <w:r>
              <w:rPr>
                <w:sz w:val="16"/>
              </w:rPr>
              <w:t>)</w:t>
            </w:r>
          </w:p>
        </w:tc>
        <w:tc>
          <w:tcPr>
            <w:tcW w:w="164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공급가액</w:t>
            </w:r>
            <w:r>
              <w:rPr>
                <w:sz w:val="16"/>
              </w:rPr>
              <w:t xml:space="preserve"> (</w:t>
            </w:r>
            <w:r>
              <w:rPr>
                <w:sz w:val="16"/>
              </w:rPr>
              <w:t>원</w:t>
            </w:r>
            <w:r>
              <w:rPr>
                <w:sz w:val="16"/>
              </w:rPr>
              <w:t>)</w:t>
            </w: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씽크대설치</w:t>
            </w:r>
          </w:p>
        </w:tc>
        <w:tc>
          <w:tcPr>
            <w:tcW w:w="1247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600*1200</w:t>
            </w: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2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주방용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수전</w:t>
            </w:r>
          </w:p>
        </w:tc>
        <w:tc>
          <w:tcPr>
            <w:tcW w:w="1247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3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  <w:rPr>
                <w:lang w:eastAsia="ko-KR"/>
              </w:rPr>
            </w:pPr>
            <w:proofErr w:type="spellStart"/>
            <w:r>
              <w:rPr>
                <w:sz w:val="16"/>
                <w:lang w:eastAsia="ko-KR"/>
              </w:rPr>
              <w:t>수도설비</w:t>
            </w:r>
            <w:proofErr w:type="spellEnd"/>
            <w:r>
              <w:rPr>
                <w:sz w:val="16"/>
                <w:lang w:eastAsia="ko-KR"/>
              </w:rPr>
              <w:t xml:space="preserve"> </w:t>
            </w:r>
            <w:r>
              <w:rPr>
                <w:sz w:val="16"/>
                <w:lang w:eastAsia="ko-KR"/>
              </w:rPr>
              <w:t>배관</w:t>
            </w:r>
            <w:proofErr w:type="gramStart"/>
            <w:r>
              <w:rPr>
                <w:sz w:val="16"/>
                <w:lang w:eastAsia="ko-KR"/>
              </w:rPr>
              <w:t>,</w:t>
            </w:r>
            <w:proofErr w:type="spellStart"/>
            <w:r>
              <w:rPr>
                <w:sz w:val="16"/>
                <w:lang w:eastAsia="ko-KR"/>
              </w:rPr>
              <w:t>배수공사</w:t>
            </w:r>
            <w:proofErr w:type="spellEnd"/>
            <w:proofErr w:type="gramEnd"/>
          </w:p>
        </w:tc>
        <w:tc>
          <w:tcPr>
            <w:tcW w:w="1247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식</w:t>
            </w: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4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에어컨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설치</w:t>
            </w:r>
          </w:p>
        </w:tc>
        <w:tc>
          <w:tcPr>
            <w:tcW w:w="1247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5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침상용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마루공사</w:t>
            </w:r>
          </w:p>
        </w:tc>
        <w:tc>
          <w:tcPr>
            <w:tcW w:w="1247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식</w:t>
            </w: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6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벽단열공사</w:t>
            </w:r>
          </w:p>
        </w:tc>
        <w:tc>
          <w:tcPr>
            <w:tcW w:w="1247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10</w:t>
            </w:r>
            <w:r>
              <w:rPr>
                <w:sz w:val="16"/>
              </w:rPr>
              <w:t>제곱미터</w:t>
            </w: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7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바닥난방공사</w:t>
            </w:r>
          </w:p>
        </w:tc>
        <w:tc>
          <w:tcPr>
            <w:tcW w:w="1247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8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벽페인트</w:t>
            </w:r>
          </w:p>
        </w:tc>
        <w:tc>
          <w:tcPr>
            <w:tcW w:w="1247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9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바닥장판</w:t>
            </w:r>
          </w:p>
        </w:tc>
        <w:tc>
          <w:tcPr>
            <w:tcW w:w="1247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10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창문하이샤시</w:t>
            </w:r>
            <w:r>
              <w:rPr>
                <w:sz w:val="16"/>
              </w:rPr>
              <w:t>700*1200</w:t>
            </w:r>
          </w:p>
        </w:tc>
        <w:tc>
          <w:tcPr>
            <w:tcW w:w="1247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11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실시평면도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도면</w:t>
            </w:r>
          </w:p>
        </w:tc>
        <w:tc>
          <w:tcPr>
            <w:tcW w:w="1247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482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12</w:t>
            </w:r>
          </w:p>
        </w:tc>
        <w:tc>
          <w:tcPr>
            <w:tcW w:w="3118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일반관리비</w:t>
            </w:r>
          </w:p>
        </w:tc>
        <w:tc>
          <w:tcPr>
            <w:tcW w:w="1247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624" w:type="dxa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1361" w:type="dxa"/>
            <w:vAlign w:val="center"/>
          </w:tcPr>
          <w:p w:rsidR="00002508" w:rsidRDefault="00002508">
            <w:pPr>
              <w:spacing w:after="0"/>
            </w:pP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1361" w:type="dxa"/>
            <w:gridSpan w:val="5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공급가액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합계</w:t>
            </w: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1361" w:type="dxa"/>
            <w:gridSpan w:val="5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부가가치세</w:t>
            </w:r>
            <w:r>
              <w:rPr>
                <w:sz w:val="16"/>
              </w:rPr>
              <w:t xml:space="preserve"> (10%)</w:t>
            </w: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  <w:tr w:rsidR="00002508">
        <w:trPr>
          <w:trHeight w:val="329"/>
          <w:jc w:val="center"/>
        </w:trPr>
        <w:tc>
          <w:tcPr>
            <w:tcW w:w="1361" w:type="dxa"/>
            <w:gridSpan w:val="5"/>
            <w:vAlign w:val="center"/>
          </w:tcPr>
          <w:p w:rsidR="00002508" w:rsidRDefault="00C93D42">
            <w:pPr>
              <w:spacing w:after="0"/>
            </w:pPr>
            <w:r>
              <w:rPr>
                <w:sz w:val="16"/>
              </w:rPr>
              <w:t>계약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총액</w:t>
            </w:r>
            <w:r>
              <w:rPr>
                <w:sz w:val="16"/>
              </w:rPr>
              <w:t xml:space="preserve"> (VAT </w:t>
            </w:r>
            <w:r>
              <w:rPr>
                <w:sz w:val="16"/>
              </w:rPr>
              <w:t>포함</w:t>
            </w:r>
            <w:r>
              <w:rPr>
                <w:sz w:val="16"/>
              </w:rPr>
              <w:t>)</w:t>
            </w:r>
          </w:p>
        </w:tc>
        <w:tc>
          <w:tcPr>
            <w:tcW w:w="1644" w:type="dxa"/>
            <w:vAlign w:val="center"/>
          </w:tcPr>
          <w:p w:rsidR="00002508" w:rsidRDefault="00002508">
            <w:pPr>
              <w:spacing w:after="0"/>
            </w:pPr>
          </w:p>
        </w:tc>
      </w:tr>
    </w:tbl>
    <w:p w:rsidR="00FE010B" w:rsidRDefault="00FE010B">
      <w:pPr>
        <w:rPr>
          <w:color w:val="222A34"/>
          <w:sz w:val="19"/>
          <w:lang w:eastAsia="ko-KR"/>
        </w:rPr>
      </w:pPr>
    </w:p>
    <w:sectPr w:rsidR="00FE010B" w:rsidSect="00034616">
      <w:footerReference w:type="default" r:id="rId9"/>
      <w:pgSz w:w="11906" w:h="16838"/>
      <w:pgMar w:top="794" w:right="1134" w:bottom="737" w:left="1134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D42" w:rsidRDefault="00C93D42">
      <w:pPr>
        <w:spacing w:after="0" w:line="240" w:lineRule="auto"/>
      </w:pPr>
      <w:r>
        <w:separator/>
      </w:r>
    </w:p>
  </w:endnote>
  <w:endnote w:type="continuationSeparator" w:id="0">
    <w:p w:rsidR="00C93D42" w:rsidRDefault="00C93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08" w:rsidRDefault="00C93D42">
    <w:pPr>
      <w:pStyle w:val="a6"/>
      <w:jc w:val="right"/>
      <w:rPr>
        <w:rFonts w:hint="eastAsia"/>
        <w:lang w:eastAsia="ko-KR"/>
      </w:rPr>
    </w:pPr>
    <w:r>
      <w:rPr>
        <w:color w:val="6E7982"/>
        <w:sz w:val="15"/>
        <w:lang w:eastAsia="ko-KR"/>
      </w:rPr>
      <w:t>산들마을아파트</w:t>
    </w:r>
    <w:r>
      <w:rPr>
        <w:color w:val="6E7982"/>
        <w:sz w:val="15"/>
        <w:lang w:eastAsia="ko-KR"/>
      </w:rPr>
      <w:t xml:space="preserve"> | </w:t>
    </w:r>
    <w:r>
      <w:rPr>
        <w:color w:val="6E7982"/>
        <w:sz w:val="15"/>
        <w:lang w:eastAsia="ko-KR"/>
      </w:rPr>
      <w:t>휴게시설</w:t>
    </w:r>
    <w:r>
      <w:rPr>
        <w:color w:val="6E7982"/>
        <w:sz w:val="15"/>
        <w:lang w:eastAsia="ko-KR"/>
      </w:rPr>
      <w:t xml:space="preserve"> </w:t>
    </w:r>
    <w:r>
      <w:rPr>
        <w:color w:val="6E7982"/>
        <w:sz w:val="15"/>
        <w:lang w:eastAsia="ko-KR"/>
      </w:rPr>
      <w:t>공사</w:t>
    </w:r>
    <w:r>
      <w:rPr>
        <w:color w:val="6E7982"/>
        <w:sz w:val="15"/>
        <w:lang w:eastAsia="ko-KR"/>
      </w:rPr>
      <w:t xml:space="preserve"> </w:t>
    </w:r>
    <w:r>
      <w:rPr>
        <w:color w:val="6E7982"/>
        <w:sz w:val="15"/>
        <w:lang w:eastAsia="ko-KR"/>
      </w:rPr>
      <w:t>입찰공고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D42" w:rsidRDefault="00C93D42">
      <w:pPr>
        <w:spacing w:after="0" w:line="240" w:lineRule="auto"/>
      </w:pPr>
      <w:r>
        <w:separator/>
      </w:r>
    </w:p>
  </w:footnote>
  <w:footnote w:type="continuationSeparator" w:id="0">
    <w:p w:rsidR="00C93D42" w:rsidRDefault="00C93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02508"/>
    <w:rsid w:val="000046CE"/>
    <w:rsid w:val="0002642D"/>
    <w:rsid w:val="00034616"/>
    <w:rsid w:val="0004597A"/>
    <w:rsid w:val="0005460F"/>
    <w:rsid w:val="0006063C"/>
    <w:rsid w:val="0015074B"/>
    <w:rsid w:val="00274C33"/>
    <w:rsid w:val="0029639D"/>
    <w:rsid w:val="00326F90"/>
    <w:rsid w:val="00327FB3"/>
    <w:rsid w:val="00414F16"/>
    <w:rsid w:val="009B6028"/>
    <w:rsid w:val="00A06F01"/>
    <w:rsid w:val="00A53960"/>
    <w:rsid w:val="00A652F9"/>
    <w:rsid w:val="00AA1D8D"/>
    <w:rsid w:val="00B27046"/>
    <w:rsid w:val="00B47730"/>
    <w:rsid w:val="00C93D42"/>
    <w:rsid w:val="00CB0664"/>
    <w:rsid w:val="00D31E47"/>
    <w:rsid w:val="00F02067"/>
    <w:rsid w:val="00F35519"/>
    <w:rsid w:val="00FC6160"/>
    <w:rsid w:val="00FC693F"/>
    <w:rsid w:val="00FE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C1CAC7"/>
  <w14:defaultImageDpi w14:val="300"/>
  <w15:docId w15:val="{0A93DFC9-3ED2-4924-80C6-E60B4BA8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20" w:line="245" w:lineRule="auto"/>
    </w:pPr>
    <w:rPr>
      <w:rFonts w:ascii="맑은 고딕" w:eastAsia="맑은 고딕" w:hAnsi="맑은 고딕"/>
      <w:color w:val="1C252E"/>
      <w:sz w:val="17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9354C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140" w:after="50"/>
      <w:outlineLvl w:val="1"/>
    </w:pPr>
    <w:rPr>
      <w:rFonts w:asciiTheme="majorHAnsi" w:eastAsiaTheme="majorEastAsia" w:hAnsiTheme="majorHAnsi" w:cstheme="majorBidi"/>
      <w:b/>
      <w:bCs/>
      <w:color w:val="19354C"/>
      <w:sz w:val="20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ff1">
    <w:name w:val="바탕글"/>
    <w:basedOn w:val="a1"/>
    <w:rsid w:val="0004597A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5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E39215-A854-4BA3-991D-785F3039A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797</Words>
  <Characters>4546</Characters>
  <Application>Microsoft Office Word</Application>
  <DocSecurity>0</DocSecurity>
  <Lines>37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산들마을 미화원 휴게시설 신설공사 입찰공고 검토초안</vt:lpstr>
      <vt:lpstr/>
    </vt:vector>
  </TitlesOfParts>
  <Manager/>
  <Company/>
  <LinksUpToDate>false</LinksUpToDate>
  <CharactersWithSpaces>5333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산들마을 미화원 휴게시설 신설공사 입찰공고 검토초안</dc:title>
  <dc:subject>입주자대표회의 의결 전 공고문 검토안 - 상한액 미확정</dc:subject>
  <dc:creator>산들마을</dc:creator>
  <cp:keywords/>
  <dc:description>generated by python-docx</dc:description>
  <cp:lastModifiedBy>sec</cp:lastModifiedBy>
  <cp:revision>7</cp:revision>
  <dcterms:created xsi:type="dcterms:W3CDTF">2026-10-22T05:03:00Z</dcterms:created>
  <dcterms:modified xsi:type="dcterms:W3CDTF">2026-10-22T08:44:00Z</dcterms:modified>
  <cp:category/>
</cp:coreProperties>
</file>